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FBB9" w14:textId="20EF672F" w:rsidR="00766C7D" w:rsidRPr="00964040" w:rsidRDefault="00964040">
      <w:pPr>
        <w:jc w:val="center"/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  <w:sz w:val="52"/>
        </w:rPr>
        <w:br/>
      </w:r>
      <w:r>
        <w:rPr>
          <w:rFonts w:ascii="Verdana" w:hAnsi="Verdana"/>
          <w:b/>
          <w:color w:val="000000" w:themeColor="text1"/>
          <w:sz w:val="52"/>
        </w:rPr>
        <w:br/>
      </w:r>
      <w:r w:rsidR="00D1617A">
        <w:rPr>
          <w:rFonts w:ascii="Verdana" w:hAnsi="Verdana"/>
          <w:b/>
          <w:color w:val="000000" w:themeColor="text1"/>
          <w:sz w:val="52"/>
        </w:rPr>
        <w:t>Student</w:t>
      </w:r>
      <w:r>
        <w:rPr>
          <w:rFonts w:ascii="Verdana" w:hAnsi="Verdana"/>
          <w:b/>
          <w:color w:val="000000" w:themeColor="text1"/>
          <w:sz w:val="52"/>
        </w:rPr>
        <w:br/>
      </w:r>
      <w:r w:rsidRPr="00964040">
        <w:rPr>
          <w:rFonts w:ascii="Verdana" w:hAnsi="Verdana"/>
          <w:b/>
          <w:color w:val="000000" w:themeColor="text1"/>
          <w:sz w:val="52"/>
        </w:rPr>
        <w:t>Detective Notebook</w:t>
      </w:r>
    </w:p>
    <w:p w14:paraId="369AB9A8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68D12683" w14:textId="77777777" w:rsidR="00766C7D" w:rsidRPr="00964040" w:rsidRDefault="00EA4CFC">
      <w:pPr>
        <w:jc w:val="center"/>
        <w:rPr>
          <w:rFonts w:ascii="Verdana" w:hAnsi="Verdana"/>
          <w:color w:val="000000" w:themeColor="text1"/>
          <w:sz w:val="48"/>
          <w:szCs w:val="48"/>
        </w:rPr>
      </w:pPr>
      <w:r w:rsidRPr="00964040">
        <w:rPr>
          <w:rFonts w:ascii="Verdana" w:hAnsi="Verdana"/>
          <w:b/>
          <w:color w:val="000000" w:themeColor="text1"/>
          <w:sz w:val="48"/>
          <w:szCs w:val="48"/>
        </w:rPr>
        <w:t xml:space="preserve">CASE FILE: </w:t>
      </w:r>
      <w:r w:rsidRPr="00964040">
        <w:rPr>
          <w:rFonts w:ascii="Verdana" w:hAnsi="Verdana"/>
          <w:i/>
          <w:color w:val="000000" w:themeColor="text1"/>
          <w:sz w:val="48"/>
          <w:szCs w:val="48"/>
        </w:rPr>
        <w:t>The Crayon Caper</w:t>
      </w:r>
    </w:p>
    <w:p w14:paraId="3ABF708B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5D4D4F20" w14:textId="66BA5179" w:rsidR="00766C7D" w:rsidRPr="00964040" w:rsidRDefault="00EA4CFC">
      <w:pPr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>_______________</w:t>
      </w:r>
      <w:r w:rsidR="00964040">
        <w:rPr>
          <w:rFonts w:ascii="Verdana" w:hAnsi="Verdana"/>
          <w:color w:val="000000" w:themeColor="text1"/>
        </w:rPr>
        <w:t>_____</w:t>
      </w:r>
      <w:r w:rsidRPr="00964040">
        <w:rPr>
          <w:rFonts w:ascii="Verdana" w:hAnsi="Verdana"/>
          <w:color w:val="000000" w:themeColor="text1"/>
        </w:rPr>
        <w:t xml:space="preserve">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__________________</w:t>
      </w:r>
    </w:p>
    <w:p w14:paraId="79E1552A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548D2497" w14:textId="77777777" w:rsidR="00766C7D" w:rsidRDefault="00EA4CFC">
      <w:pPr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My detective goal: </w:t>
      </w:r>
      <w:r w:rsidRPr="00964040">
        <w:rPr>
          <w:rFonts w:ascii="Verdana" w:hAnsi="Verdana"/>
          <w:color w:val="000000" w:themeColor="text1"/>
        </w:rPr>
        <w:t>I will read carefully, notice clues, and use evidence.</w:t>
      </w:r>
    </w:p>
    <w:p w14:paraId="71D3B4A9" w14:textId="77777777" w:rsidR="007A160E" w:rsidRDefault="007A160E">
      <w:pPr>
        <w:jc w:val="center"/>
        <w:rPr>
          <w:rFonts w:ascii="Verdana" w:hAnsi="Verdana"/>
          <w:color w:val="000000" w:themeColor="text1"/>
        </w:rPr>
      </w:pPr>
    </w:p>
    <w:p w14:paraId="1BC10579" w14:textId="4D3FAFE2" w:rsidR="007A160E" w:rsidRDefault="00AA2564">
      <w:pPr>
        <w:jc w:val="center"/>
        <w:rPr>
          <w:rFonts w:ascii="Verdana" w:hAnsi="Verdana"/>
          <w:color w:val="000000" w:themeColor="text1"/>
        </w:rPr>
      </w:pPr>
      <w:r w:rsidRPr="00940903">
        <w:rPr>
          <w:rFonts w:ascii="Verdana" w:hAnsi="Verdana"/>
          <w:iCs/>
          <w:noProof/>
          <w:color w:val="000000" w:themeColor="text1"/>
          <w:sz w:val="21"/>
          <w:szCs w:val="21"/>
        </w:rPr>
        <w:drawing>
          <wp:inline distT="0" distB="0" distL="0" distR="0" wp14:anchorId="1F4B41F4" wp14:editId="2F09978A">
            <wp:extent cx="6533674" cy="935567"/>
            <wp:effectExtent l="0" t="0" r="0" b="0"/>
            <wp:docPr id="4476204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20484" name="Picture 447620484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674" cy="93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1D9DA" w14:textId="77777777" w:rsidR="007A160E" w:rsidRPr="00964040" w:rsidRDefault="007A160E">
      <w:pPr>
        <w:jc w:val="center"/>
        <w:rPr>
          <w:rFonts w:ascii="Verdana" w:hAnsi="Verdana"/>
          <w:color w:val="000000" w:themeColor="text1"/>
        </w:rPr>
      </w:pPr>
    </w:p>
    <w:p w14:paraId="45C1AA45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31ADE4BF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72D3865" w14:textId="77777777" w:rsidR="00766C7D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Pre-Reading Investigation</w:t>
      </w:r>
    </w:p>
    <w:p w14:paraId="5D140E47" w14:textId="77777777" w:rsidR="007A160E" w:rsidRPr="00964040" w:rsidRDefault="007A160E" w:rsidP="007A160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6574AD55" w14:textId="77777777" w:rsidR="007A160E" w:rsidRPr="00964040" w:rsidRDefault="007A160E" w:rsidP="007A160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482A732A" w14:textId="77777777" w:rsidR="007A160E" w:rsidRPr="00964040" w:rsidRDefault="007A160E" w:rsidP="007A160E">
      <w:pPr>
        <w:spacing w:after="0"/>
        <w:contextualSpacing/>
        <w:rPr>
          <w:rFonts w:ascii="Verdana" w:hAnsi="Verdana"/>
          <w:color w:val="000000" w:themeColor="text1"/>
        </w:rPr>
      </w:pPr>
    </w:p>
    <w:p w14:paraId="27F8D078" w14:textId="42F4C6E9" w:rsidR="00766C7D" w:rsidRPr="00676A3A" w:rsidRDefault="00EA4CFC" w:rsidP="00964040">
      <w:pPr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676A3A">
        <w:rPr>
          <w:rFonts w:ascii="Verdana" w:hAnsi="Verdana"/>
          <w:color w:val="000000" w:themeColor="text1"/>
          <w:sz w:val="24"/>
          <w:szCs w:val="24"/>
        </w:rPr>
        <w:t>Title: The Crayon Caper</w:t>
      </w:r>
      <w:r w:rsidR="00964040" w:rsidRPr="00676A3A">
        <w:rPr>
          <w:rFonts w:ascii="Verdana" w:hAnsi="Verdana"/>
          <w:color w:val="000000" w:themeColor="text1"/>
          <w:sz w:val="24"/>
          <w:szCs w:val="24"/>
        </w:rPr>
        <w:t xml:space="preserve">      </w:t>
      </w:r>
      <w:r w:rsidRPr="00676A3A">
        <w:rPr>
          <w:rFonts w:ascii="Verdana" w:hAnsi="Verdana"/>
          <w:color w:val="000000" w:themeColor="text1"/>
          <w:sz w:val="24"/>
          <w:szCs w:val="24"/>
        </w:rPr>
        <w:t>Author: Katie Baron</w:t>
      </w:r>
      <w:r w:rsidR="00964040" w:rsidRPr="00676A3A">
        <w:rPr>
          <w:rFonts w:ascii="Verdana" w:hAnsi="Verdana"/>
          <w:color w:val="000000" w:themeColor="text1"/>
          <w:sz w:val="24"/>
          <w:szCs w:val="24"/>
        </w:rPr>
        <w:t xml:space="preserve">      </w:t>
      </w:r>
      <w:r w:rsidRPr="00676A3A">
        <w:rPr>
          <w:rFonts w:ascii="Verdana" w:hAnsi="Verdana"/>
          <w:color w:val="000000" w:themeColor="text1"/>
          <w:sz w:val="24"/>
          <w:szCs w:val="24"/>
        </w:rPr>
        <w:t>Number of chapters: 11</w:t>
      </w:r>
    </w:p>
    <w:p w14:paraId="4C9807F8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Title Word Study</w:t>
      </w:r>
    </w:p>
    <w:p w14:paraId="04F9BA1C" w14:textId="7DB31264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Caper (noun): a prank or trick.</w:t>
      </w:r>
      <w:r w:rsidR="00390FE6" w:rsidRPr="00964040">
        <w:rPr>
          <w:rFonts w:ascii="Verdana" w:hAnsi="Verdana"/>
          <w:color w:val="000000" w:themeColor="text1"/>
        </w:rPr>
        <w:t xml:space="preserve"> </w:t>
      </w:r>
      <w:r w:rsidRPr="00964040">
        <w:rPr>
          <w:rFonts w:ascii="Verdana" w:hAnsi="Verdana"/>
          <w:color w:val="000000" w:themeColor="text1"/>
        </w:rPr>
        <w:t>In slang, caper can also mean a criminal act.</w:t>
      </w:r>
    </w:p>
    <w:p w14:paraId="7B656DE7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In this book, I think caper means: ____________________________________________</w:t>
      </w:r>
    </w:p>
    <w:p w14:paraId="7D363DC9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0419D0">
        <w:rPr>
          <w:rFonts w:ascii="Verdana" w:hAnsi="Verdana"/>
          <w:b/>
          <w:bCs/>
          <w:color w:val="000000" w:themeColor="text1"/>
        </w:rPr>
        <w:t>Alliteration:</w:t>
      </w:r>
      <w:r w:rsidRPr="00964040">
        <w:rPr>
          <w:rFonts w:ascii="Verdana" w:hAnsi="Verdana"/>
          <w:color w:val="000000" w:themeColor="text1"/>
        </w:rPr>
        <w:t xml:space="preserve"> when words start with the same sound.</w:t>
      </w:r>
    </w:p>
    <w:p w14:paraId="24ED466D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Crayon Caper</w:t>
      </w:r>
      <w:r w:rsidRPr="00964040">
        <w:rPr>
          <w:rFonts w:ascii="Verdana" w:hAnsi="Verdana"/>
          <w:color w:val="000000" w:themeColor="text1"/>
        </w:rPr>
        <w:t xml:space="preserve"> is alliteration because both words start with the /k/ sound.</w:t>
      </w:r>
    </w:p>
    <w:p w14:paraId="3DB3878F" w14:textId="767EDB6A" w:rsidR="00766C7D" w:rsidRPr="00964040" w:rsidRDefault="00EA4CFC" w:rsidP="0076322B">
      <w:pPr>
        <w:spacing w:after="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might the author use alliteration in the title?</w:t>
      </w:r>
    </w:p>
    <w:p w14:paraId="2B644920" w14:textId="3FF1AA78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is fun to say  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is easy to remember  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sounds like a mystery    </w:t>
      </w:r>
      <w:r w:rsidR="007A160E">
        <w:rPr>
          <w:rFonts w:ascii="Verdana" w:hAnsi="Verdana"/>
          <w:color w:val="000000" w:themeColor="text1"/>
        </w:rPr>
        <w:br/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Other: ____________</w:t>
      </w:r>
      <w:r w:rsidR="00390FE6" w:rsidRPr="00964040">
        <w:rPr>
          <w:rFonts w:ascii="Verdana" w:hAnsi="Verdana"/>
          <w:color w:val="000000" w:themeColor="text1"/>
        </w:rPr>
        <w:t>___</w:t>
      </w:r>
      <w:r w:rsidRPr="00964040">
        <w:rPr>
          <w:rFonts w:ascii="Verdana" w:hAnsi="Verdana"/>
          <w:color w:val="000000" w:themeColor="text1"/>
        </w:rPr>
        <w:t>______</w:t>
      </w:r>
    </w:p>
    <w:p w14:paraId="415611BD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1ADA3F64" w14:textId="77777777" w:rsidR="00766C7D" w:rsidRPr="007A160E" w:rsidRDefault="00EA4CFC">
      <w:pPr>
        <w:rPr>
          <w:rFonts w:ascii="Verdana" w:hAnsi="Verdana"/>
          <w:bCs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Clues From the Cover </w:t>
      </w:r>
      <w:r w:rsidRPr="007A160E">
        <w:rPr>
          <w:rFonts w:ascii="Verdana" w:hAnsi="Verdana"/>
          <w:bCs/>
          <w:color w:val="000000" w:themeColor="text1"/>
        </w:rPr>
        <w:t>(3 things you notice):</w:t>
      </w:r>
    </w:p>
    <w:p w14:paraId="61606A0C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________________________________________________</w:t>
      </w:r>
    </w:p>
    <w:p w14:paraId="4AD12AE5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2) ________________________________________________</w:t>
      </w:r>
    </w:p>
    <w:p w14:paraId="5567798B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________________________________________________</w:t>
      </w:r>
    </w:p>
    <w:p w14:paraId="7DAEA7FA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6F7B40C3" w14:textId="68B4B45C" w:rsidR="00390FE6" w:rsidRPr="00964040" w:rsidRDefault="00390FE6" w:rsidP="00390FE6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</w:t>
      </w:r>
      <w:r w:rsidR="000419D0">
        <w:rPr>
          <w:rFonts w:ascii="Verdana" w:hAnsi="Verdana"/>
          <w:color w:val="000000" w:themeColor="text1"/>
        </w:rPr>
        <w:t>halkboard</w:t>
      </w:r>
      <w:r w:rsidRPr="00964040">
        <w:rPr>
          <w:rFonts w:ascii="Verdana" w:hAnsi="Verdana"/>
          <w:color w:val="000000" w:themeColor="text1"/>
        </w:rPr>
        <w:t xml:space="preserve"> </w:t>
      </w:r>
      <w:r w:rsidR="000419D0">
        <w:rPr>
          <w:rFonts w:ascii="Verdana" w:hAnsi="Verdana"/>
          <w:color w:val="000000" w:themeColor="text1"/>
        </w:rPr>
        <w:t>C</w:t>
      </w:r>
      <w:r w:rsidRPr="00964040">
        <w:rPr>
          <w:rFonts w:ascii="Verdana" w:hAnsi="Verdana"/>
          <w:color w:val="000000" w:themeColor="text1"/>
        </w:rPr>
        <w:t>lue: The chalkboard might be important because:</w:t>
      </w:r>
    </w:p>
    <w:p w14:paraId="45C16049" w14:textId="77777777" w:rsidR="0076322B" w:rsidRDefault="00390FE6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tells me this story happens at school  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looks like a classroom sign    </w:t>
      </w:r>
    </w:p>
    <w:p w14:paraId="376396DF" w14:textId="0DCE7DEB" w:rsidR="00390FE6" w:rsidRPr="00964040" w:rsidRDefault="00390FE6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It connects to a mystery series  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Other: ________________________</w:t>
      </w:r>
    </w:p>
    <w:p w14:paraId="42DB3B35" w14:textId="77777777" w:rsidR="00390FE6" w:rsidRPr="00964040" w:rsidRDefault="00390FE6">
      <w:pPr>
        <w:rPr>
          <w:rFonts w:ascii="Verdana" w:hAnsi="Verdana"/>
          <w:color w:val="000000" w:themeColor="text1"/>
        </w:rPr>
      </w:pPr>
    </w:p>
    <w:p w14:paraId="306F23E6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Back Cover Predictions</w:t>
      </w:r>
    </w:p>
    <w:p w14:paraId="32C0EE9F" w14:textId="1636612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I think this book will be about: </w:t>
      </w:r>
      <w:r w:rsidRPr="00964040">
        <w:rPr>
          <w:rFonts w:ascii="Verdana" w:hAnsi="Verdana"/>
          <w:color w:val="000000" w:themeColor="text1"/>
        </w:rPr>
        <w:t>________________________________________________________</w:t>
      </w:r>
      <w:r w:rsidR="00EC06BA">
        <w:rPr>
          <w:rFonts w:ascii="Verdana" w:hAnsi="Verdana"/>
          <w:color w:val="000000" w:themeColor="text1"/>
        </w:rPr>
        <w:t>_______</w:t>
      </w:r>
      <w:r w:rsidRPr="00964040">
        <w:rPr>
          <w:rFonts w:ascii="Verdana" w:hAnsi="Verdana"/>
          <w:color w:val="000000" w:themeColor="text1"/>
        </w:rPr>
        <w:t>____</w:t>
      </w:r>
    </w:p>
    <w:p w14:paraId="2316411B" w14:textId="4B0BD25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________________________________________________________</w:t>
      </w:r>
      <w:r w:rsidR="00EC06BA">
        <w:rPr>
          <w:rFonts w:ascii="Verdana" w:hAnsi="Verdana"/>
          <w:color w:val="000000" w:themeColor="text1"/>
        </w:rPr>
        <w:t>_______</w:t>
      </w:r>
      <w:r w:rsidRPr="00964040">
        <w:rPr>
          <w:rFonts w:ascii="Verdana" w:hAnsi="Verdana"/>
          <w:color w:val="000000" w:themeColor="text1"/>
        </w:rPr>
        <w:t>____</w:t>
      </w:r>
    </w:p>
    <w:p w14:paraId="2F63ECF2" w14:textId="77777777" w:rsidR="0076322B" w:rsidRDefault="0076322B">
      <w:pPr>
        <w:rPr>
          <w:rFonts w:ascii="Verdana" w:hAnsi="Verdana"/>
          <w:b/>
          <w:color w:val="000000" w:themeColor="text1"/>
        </w:rPr>
      </w:pPr>
    </w:p>
    <w:p w14:paraId="5B3487D2" w14:textId="36F6A6A6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Genre Guess (circle one): </w:t>
      </w:r>
    </w:p>
    <w:p w14:paraId="6C15B4F9" w14:textId="2BEE1082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Mystery / Realistic Fiction / Funny / </w:t>
      </w:r>
      <w:r w:rsidR="0076322B">
        <w:rPr>
          <w:rFonts w:ascii="Verdana" w:hAnsi="Verdana"/>
          <w:color w:val="000000" w:themeColor="text1"/>
        </w:rPr>
        <w:t xml:space="preserve">Dogs / </w:t>
      </w:r>
      <w:r w:rsidRPr="00964040">
        <w:rPr>
          <w:rFonts w:ascii="Verdana" w:hAnsi="Verdana"/>
          <w:color w:val="000000" w:themeColor="text1"/>
        </w:rPr>
        <w:t>Other: ___________________</w:t>
      </w:r>
      <w:r w:rsidRPr="00964040">
        <w:rPr>
          <w:rFonts w:ascii="Verdana" w:hAnsi="Verdana"/>
          <w:color w:val="000000" w:themeColor="text1"/>
        </w:rPr>
        <w:br w:type="page"/>
      </w:r>
    </w:p>
    <w:p w14:paraId="3F1BBBDC" w14:textId="21A5BB0B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1: The Missing Crayons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1DE2B52D" w14:textId="77777777" w:rsidR="007A160E" w:rsidRPr="00964040" w:rsidRDefault="007A160E" w:rsidP="007A160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1D4D33BA" w14:textId="77777777" w:rsidR="007A160E" w:rsidRPr="00964040" w:rsidRDefault="007A160E" w:rsidP="007A160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35C618C6" w14:textId="77777777" w:rsidR="007A160E" w:rsidRPr="00964040" w:rsidRDefault="007A160E" w:rsidP="007A160E">
      <w:pPr>
        <w:spacing w:after="0"/>
        <w:contextualSpacing/>
        <w:rPr>
          <w:rFonts w:ascii="Verdana" w:hAnsi="Verdana"/>
          <w:color w:val="000000" w:themeColor="text1"/>
        </w:rPr>
      </w:pPr>
    </w:p>
    <w:p w14:paraId="0398083A" w14:textId="77777777" w:rsidR="00E82192" w:rsidRDefault="00E82192">
      <w:pPr>
        <w:rPr>
          <w:rFonts w:ascii="Verdana" w:hAnsi="Verdana"/>
          <w:b/>
          <w:bCs/>
          <w:color w:val="000000" w:themeColor="text1"/>
        </w:rPr>
      </w:pPr>
    </w:p>
    <w:p w14:paraId="0011D280" w14:textId="5D1B83B1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</w:t>
      </w:r>
      <w:r w:rsidR="00F07FDD" w:rsidRPr="00964040">
        <w:rPr>
          <w:rFonts w:ascii="Verdana" w:hAnsi="Verdana"/>
          <w:color w:val="000000" w:themeColor="text1"/>
        </w:rPr>
        <w:t>_________________________________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46C52FB9" w14:textId="3F03F8B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 w:rsidR="007A160E"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</w:t>
      </w:r>
      <w:r w:rsidR="00F07FDD" w:rsidRPr="00964040">
        <w:rPr>
          <w:rFonts w:ascii="Verdana" w:hAnsi="Verdana"/>
          <w:color w:val="000000" w:themeColor="text1"/>
        </w:rPr>
        <w:t>_________________________________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15C4A108" w14:textId="2E8DA58E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="00F07FDD" w:rsidRPr="00964040">
        <w:rPr>
          <w:rFonts w:ascii="Verdana" w:hAnsi="Verdana"/>
          <w:color w:val="000000" w:themeColor="text1"/>
        </w:rPr>
        <w:t>________________________________</w:t>
      </w:r>
      <w:r w:rsidRPr="00964040">
        <w:rPr>
          <w:rFonts w:ascii="Verdana" w:hAnsi="Verdana"/>
          <w:color w:val="000000" w:themeColor="text1"/>
        </w:rPr>
        <w:t>_______________________</w:t>
      </w:r>
    </w:p>
    <w:p w14:paraId="33626256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60633A15" w14:textId="77777777" w:rsidR="00766C7D" w:rsidRPr="00964040" w:rsidRDefault="00EA4CFC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59B82459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085759AE" w14:textId="4E9DF3F9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</w:t>
      </w:r>
      <w:r w:rsidR="00F07FDD" w:rsidRPr="00964040">
        <w:rPr>
          <w:rFonts w:ascii="Verdana" w:hAnsi="Verdana"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   2) _________</w:t>
      </w:r>
      <w:r w:rsidR="00F07FDD" w:rsidRPr="00964040">
        <w:rPr>
          <w:rFonts w:ascii="Verdana" w:hAnsi="Verdana"/>
          <w:color w:val="000000" w:themeColor="text1"/>
        </w:rPr>
        <w:t>____________</w:t>
      </w:r>
      <w:r w:rsidRPr="00964040">
        <w:rPr>
          <w:rFonts w:ascii="Verdana" w:hAnsi="Verdana"/>
          <w:color w:val="000000" w:themeColor="text1"/>
        </w:rPr>
        <w:t>___________</w:t>
      </w:r>
    </w:p>
    <w:p w14:paraId="1A18188B" w14:textId="501C392A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</w:t>
      </w:r>
      <w:r w:rsidR="00F07FDD" w:rsidRPr="00964040"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______________   4) _________</w:t>
      </w:r>
      <w:r w:rsidR="00F07FDD" w:rsidRPr="00964040">
        <w:rPr>
          <w:rFonts w:ascii="Verdana" w:hAnsi="Verdana"/>
          <w:color w:val="000000" w:themeColor="text1"/>
        </w:rPr>
        <w:t>___________</w:t>
      </w:r>
      <w:r w:rsidRPr="00964040">
        <w:rPr>
          <w:rFonts w:ascii="Verdana" w:hAnsi="Verdana"/>
          <w:color w:val="000000" w:themeColor="text1"/>
        </w:rPr>
        <w:t>____________</w:t>
      </w:r>
    </w:p>
    <w:p w14:paraId="2972460B" w14:textId="3DACBB6D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One clue that matters most: </w:t>
      </w:r>
      <w:r w:rsidR="00F07FDD" w:rsidRPr="00964040">
        <w:rPr>
          <w:rFonts w:ascii="Verdana" w:hAnsi="Verdana"/>
          <w:color w:val="000000" w:themeColor="text1"/>
        </w:rPr>
        <w:t>______________________</w:t>
      </w:r>
      <w:r w:rsidRPr="00964040">
        <w:rPr>
          <w:rFonts w:ascii="Verdana" w:hAnsi="Verdana"/>
          <w:color w:val="000000" w:themeColor="text1"/>
        </w:rPr>
        <w:t>____</w:t>
      </w:r>
      <w:r w:rsidR="007A160E"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1FF5DAA8" w14:textId="2406315F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 w:rsidR="0076322B"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 w:rsidR="0076322B"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</w:t>
      </w:r>
      <w:r w:rsidR="00F07FDD" w:rsidRPr="00964040">
        <w:rPr>
          <w:rFonts w:ascii="Verdana" w:hAnsi="Verdana"/>
          <w:color w:val="000000" w:themeColor="text1"/>
        </w:rPr>
        <w:t>________________________</w:t>
      </w:r>
      <w:r w:rsidRPr="00964040">
        <w:rPr>
          <w:rFonts w:ascii="Verdana" w:hAnsi="Verdana"/>
          <w:color w:val="000000" w:themeColor="text1"/>
        </w:rPr>
        <w:t>_________________</w:t>
      </w:r>
    </w:p>
    <w:p w14:paraId="35D21D86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58C363E3" w14:textId="6A0496A2" w:rsidR="00766C7D" w:rsidRPr="00964040" w:rsidRDefault="00F11F09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EA4CFC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5ADBDCDF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3FB535F2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25E36413" w14:textId="77777777" w:rsidR="00766C7D" w:rsidRDefault="00766C7D">
      <w:pPr>
        <w:rPr>
          <w:rFonts w:ascii="Verdana" w:hAnsi="Verdana"/>
          <w:color w:val="000000" w:themeColor="text1"/>
        </w:rPr>
      </w:pPr>
    </w:p>
    <w:p w14:paraId="33926A83" w14:textId="6934F1BC" w:rsidR="007A160E" w:rsidRDefault="007A160E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34778BA4" w14:textId="1D2A7B08" w:rsidR="007A160E" w:rsidRPr="00964040" w:rsidRDefault="007A160E" w:rsidP="007A160E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2FA9B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ED4CDA4" w14:textId="122E777C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1: The Missing Crayons</w:t>
      </w:r>
      <w:r w:rsidR="00E82192">
        <w:rPr>
          <w:rFonts w:ascii="Verdana" w:hAnsi="Verdana"/>
          <w:color w:val="000000" w:themeColor="text1"/>
        </w:rPr>
        <w:t xml:space="preserve"> - </w:t>
      </w:r>
      <w:r w:rsidRPr="00964040">
        <w:rPr>
          <w:rFonts w:ascii="Verdana" w:hAnsi="Verdana"/>
          <w:color w:val="000000" w:themeColor="text1"/>
        </w:rPr>
        <w:t>Think Like a Detective</w:t>
      </w:r>
    </w:p>
    <w:p w14:paraId="1D8FA126" w14:textId="77777777" w:rsidR="00390FE6" w:rsidRPr="00964040" w:rsidRDefault="00390FE6" w:rsidP="00390FE6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44E21BC4" w14:textId="29991F70" w:rsidR="00766C7D" w:rsidRPr="00964040" w:rsidRDefault="00EA4CFC" w:rsidP="00390FE6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>___________________</w:t>
      </w:r>
      <w:r w:rsidR="00390FE6" w:rsidRPr="00964040">
        <w:rPr>
          <w:rFonts w:ascii="Verdana" w:hAnsi="Verdana"/>
          <w:color w:val="000000" w:themeColor="text1"/>
        </w:rPr>
        <w:t>_________________</w:t>
      </w:r>
      <w:r w:rsidRPr="00964040">
        <w:rPr>
          <w:rFonts w:ascii="Verdana" w:hAnsi="Verdana"/>
          <w:color w:val="000000" w:themeColor="text1"/>
        </w:rPr>
        <w:t xml:space="preserve">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0B07AE97" w14:textId="77777777" w:rsidR="00390FE6" w:rsidRPr="00964040" w:rsidRDefault="00390FE6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31500C8A" w14:textId="7EA4C4C8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 w:rsidR="00577404">
        <w:rPr>
          <w:rFonts w:ascii="Verdana" w:hAnsi="Verdana"/>
          <w:b/>
          <w:color w:val="000000" w:themeColor="text1"/>
        </w:rPr>
        <w:t>________</w:t>
      </w:r>
      <w:r w:rsidR="00F07FDD" w:rsidRPr="00964040">
        <w:rPr>
          <w:rFonts w:ascii="Verdana" w:hAnsi="Verdana"/>
          <w:color w:val="000000" w:themeColor="text1"/>
        </w:rPr>
        <w:t>_________________</w:t>
      </w:r>
      <w:r w:rsidRPr="00964040">
        <w:rPr>
          <w:rFonts w:ascii="Verdana" w:hAnsi="Verdana"/>
          <w:color w:val="000000" w:themeColor="text1"/>
        </w:rPr>
        <w:t>______________________</w:t>
      </w:r>
    </w:p>
    <w:p w14:paraId="66FDD7E8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3350CDF4" w14:textId="2FA3CB0A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 w:rsidR="00577404">
        <w:rPr>
          <w:rFonts w:ascii="Verdana" w:hAnsi="Verdana"/>
          <w:color w:val="000000" w:themeColor="text1"/>
        </w:rPr>
        <w:t>__</w:t>
      </w:r>
      <w:r w:rsidR="00F07FDD" w:rsidRPr="00964040">
        <w:rPr>
          <w:rFonts w:ascii="Verdana" w:hAnsi="Verdana"/>
          <w:color w:val="000000" w:themeColor="text1"/>
        </w:rPr>
        <w:t>__________________________</w:t>
      </w:r>
      <w:r w:rsidR="00390FE6" w:rsidRPr="00964040">
        <w:rPr>
          <w:rFonts w:ascii="Verdana" w:hAnsi="Verdana"/>
          <w:color w:val="000000" w:themeColor="text1"/>
        </w:rPr>
        <w:t>________________________</w:t>
      </w:r>
      <w:r w:rsidRPr="00964040">
        <w:rPr>
          <w:rFonts w:ascii="Verdana" w:hAnsi="Verdana"/>
          <w:color w:val="000000" w:themeColor="text1"/>
        </w:rPr>
        <w:t>_____________</w:t>
      </w:r>
    </w:p>
    <w:p w14:paraId="3DF9C7FB" w14:textId="4748A90D" w:rsidR="00766C7D" w:rsidRPr="00964040" w:rsidRDefault="002248B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EA4CFC" w:rsidRPr="00964040">
        <w:rPr>
          <w:rFonts w:ascii="Verdana" w:hAnsi="Verdana"/>
          <w:color w:val="000000" w:themeColor="text1"/>
        </w:rPr>
        <w:t>_</w:t>
      </w:r>
      <w:r w:rsidR="00390FE6" w:rsidRPr="00964040">
        <w:rPr>
          <w:rFonts w:ascii="Verdana" w:hAnsi="Verdana"/>
          <w:color w:val="000000" w:themeColor="text1"/>
        </w:rPr>
        <w:t>_____________________</w:t>
      </w:r>
      <w:r w:rsidR="00F07FDD" w:rsidRPr="00964040">
        <w:rPr>
          <w:rFonts w:ascii="Verdana" w:hAnsi="Verdana"/>
          <w:color w:val="000000" w:themeColor="text1"/>
        </w:rPr>
        <w:t>__________________________</w:t>
      </w:r>
      <w:r w:rsidR="00390FE6" w:rsidRPr="00964040">
        <w:rPr>
          <w:rFonts w:ascii="Verdana" w:hAnsi="Verdana"/>
          <w:color w:val="000000" w:themeColor="text1"/>
        </w:rPr>
        <w:t>____</w:t>
      </w:r>
    </w:p>
    <w:p w14:paraId="49F53E37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6060A323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765F69C7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4569DEFE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61ACC496" w14:textId="16569F1C" w:rsidR="00766C7D" w:rsidRPr="00964040" w:rsidRDefault="00F07FDD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4) Word Detective Log</w:t>
      </w:r>
      <w:r w:rsidR="00390FE6" w:rsidRPr="00964040">
        <w:rPr>
          <w:rFonts w:ascii="Verdana" w:hAnsi="Verdana"/>
          <w:b/>
          <w:color w:val="000000" w:themeColor="text1"/>
        </w:rPr>
        <w:t xml:space="preserve">: </w:t>
      </w:r>
      <w:r w:rsidRPr="00964040">
        <w:rPr>
          <w:rFonts w:ascii="Verdana" w:hAnsi="Verdana"/>
          <w:color w:val="000000" w:themeColor="text1"/>
        </w:rPr>
        <w:t>Choose 3 words from Chapter 1</w:t>
      </w:r>
    </w:p>
    <w:p w14:paraId="3BFE96DF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30EEB477" w14:textId="36311D2D" w:rsidR="00766C7D" w:rsidRPr="00964040" w:rsidRDefault="00EA4CFC" w:rsidP="00390FE6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</w:t>
      </w:r>
      <w:r w:rsidR="00390FE6" w:rsidRPr="00964040">
        <w:rPr>
          <w:rFonts w:ascii="Verdana" w:hAnsi="Verdana"/>
          <w:color w:val="000000" w:themeColor="text1"/>
        </w:rPr>
        <w:t>_________________________________</w:t>
      </w:r>
      <w:r w:rsidRPr="00964040">
        <w:rPr>
          <w:rFonts w:ascii="Verdana" w:hAnsi="Verdana"/>
          <w:color w:val="000000" w:themeColor="text1"/>
        </w:rPr>
        <w:t>____________________</w:t>
      </w:r>
    </w:p>
    <w:p w14:paraId="508E0FB2" w14:textId="15392456" w:rsidR="00766C7D" w:rsidRPr="00964040" w:rsidRDefault="00EA4CFC" w:rsidP="00390FE6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</w:t>
      </w:r>
      <w:r w:rsidR="00390FE6" w:rsidRPr="00964040">
        <w:rPr>
          <w:rFonts w:ascii="Verdana" w:hAnsi="Verdana"/>
          <w:color w:val="000000" w:themeColor="text1"/>
        </w:rPr>
        <w:t>_______________________________</w:t>
      </w:r>
      <w:r w:rsidRPr="00964040">
        <w:rPr>
          <w:rFonts w:ascii="Verdana" w:hAnsi="Verdana"/>
          <w:color w:val="000000" w:themeColor="text1"/>
        </w:rPr>
        <w:t>________________________</w:t>
      </w:r>
    </w:p>
    <w:p w14:paraId="721B77A2" w14:textId="77777777" w:rsidR="00577404" w:rsidRDefault="00EA4CFC" w:rsidP="00390FE6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 w:rsidR="00577404">
        <w:rPr>
          <w:rFonts w:ascii="Verdana" w:hAnsi="Verdana"/>
          <w:color w:val="000000" w:themeColor="text1"/>
        </w:rPr>
        <w:t>____</w:t>
      </w:r>
      <w:r w:rsidR="00390FE6" w:rsidRPr="00964040">
        <w:rPr>
          <w:rFonts w:ascii="Verdana" w:hAnsi="Verdana"/>
          <w:color w:val="000000" w:themeColor="text1"/>
        </w:rPr>
        <w:t>________________________________</w:t>
      </w:r>
      <w:r w:rsidRPr="00964040">
        <w:rPr>
          <w:rFonts w:ascii="Verdana" w:hAnsi="Verdana"/>
          <w:color w:val="000000" w:themeColor="text1"/>
        </w:rPr>
        <w:t>__________________________</w:t>
      </w:r>
    </w:p>
    <w:p w14:paraId="74FD1107" w14:textId="46958BA8" w:rsidR="00766C7D" w:rsidRPr="00964040" w:rsidRDefault="00577404" w:rsidP="00390FE6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B8332EE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41F96076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6F65C1F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0438CF28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3A97AA7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16E5BE21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0042D3C6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EC30AE8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B861C11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3A14CE4E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164D6577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323A4253" w14:textId="4B19552C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2: Tails and Trails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4872AD1C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40AF1F88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15B5822E" w14:textId="77777777" w:rsidR="00F07FDD" w:rsidRPr="00964040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51BC4052" w14:textId="77777777" w:rsidR="00E82192" w:rsidRDefault="00E82192" w:rsidP="00577404">
      <w:pPr>
        <w:rPr>
          <w:rFonts w:ascii="Verdana" w:hAnsi="Verdana"/>
          <w:b/>
          <w:color w:val="000000" w:themeColor="text1"/>
        </w:rPr>
      </w:pPr>
    </w:p>
    <w:p w14:paraId="73859E0B" w14:textId="534323AB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680D0CA5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57AB117F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58CB232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040F9BB5" w14:textId="77777777" w:rsidR="00577404" w:rsidRPr="00964040" w:rsidRDefault="00577404" w:rsidP="00577404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65D525C0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3D161D07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14646D10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6BB8B848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61E01525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32B0426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2EEF5702" w14:textId="0711A314" w:rsidR="00577404" w:rsidRPr="00964040" w:rsidRDefault="00F11F09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577404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2EE9C46A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5920E46F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5DE84C91" w14:textId="77777777" w:rsidR="00577404" w:rsidRDefault="00577404" w:rsidP="00577404">
      <w:pPr>
        <w:rPr>
          <w:rFonts w:ascii="Verdana" w:hAnsi="Verdana"/>
          <w:color w:val="000000" w:themeColor="text1"/>
        </w:rPr>
      </w:pPr>
    </w:p>
    <w:p w14:paraId="33CE3323" w14:textId="77777777" w:rsidR="00577404" w:rsidRDefault="0057740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088CA51A" w14:textId="77777777" w:rsidR="00577404" w:rsidRPr="00964040" w:rsidRDefault="00577404" w:rsidP="00577404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692B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0F564547" w14:textId="73A18490" w:rsidR="00577404" w:rsidRPr="00964040" w:rsidRDefault="00577404" w:rsidP="00577404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>
        <w:rPr>
          <w:rFonts w:ascii="Verdana" w:hAnsi="Verdana"/>
          <w:color w:val="000000" w:themeColor="text1"/>
        </w:rPr>
        <w:t>2</w:t>
      </w:r>
      <w:r w:rsidRPr="00964040"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</w:rPr>
        <w:t>Tails and Trails</w:t>
      </w:r>
      <w:r w:rsidR="00E82192">
        <w:rPr>
          <w:rFonts w:ascii="Verdana" w:hAnsi="Verdana"/>
          <w:color w:val="000000" w:themeColor="text1"/>
        </w:rPr>
        <w:t xml:space="preserve"> - </w:t>
      </w:r>
      <w:r w:rsidRPr="00964040">
        <w:rPr>
          <w:rFonts w:ascii="Verdana" w:hAnsi="Verdana"/>
          <w:color w:val="000000" w:themeColor="text1"/>
        </w:rPr>
        <w:t>Think Like a Detective</w:t>
      </w:r>
    </w:p>
    <w:p w14:paraId="7BAC7860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2292F4EF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7ACB4A9D" w14:textId="77777777" w:rsidR="00577404" w:rsidRPr="00964040" w:rsidRDefault="00577404" w:rsidP="00577404">
      <w:pPr>
        <w:spacing w:after="0"/>
        <w:contextualSpacing/>
        <w:rPr>
          <w:rFonts w:ascii="Verdana" w:hAnsi="Verdana"/>
          <w:color w:val="000000" w:themeColor="text1"/>
        </w:rPr>
      </w:pPr>
    </w:p>
    <w:p w14:paraId="63FA6869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18847C42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2D9FA9F9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61487F8F" w14:textId="588D511A" w:rsidR="00577404" w:rsidRPr="00964040" w:rsidRDefault="002248B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577404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210F6EAB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68154AF2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13E901EE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6CFBBD08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04898C04" w14:textId="10DCDAFA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2</w:t>
      </w:r>
    </w:p>
    <w:p w14:paraId="2BCD263C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784088C9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5ECC81AD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6697B106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646F1196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1402A29A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4424B221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4ED28111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7CAE4449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47E9FED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8CA273B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0E4FDE00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29045821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26B5B152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23606DA2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55AA755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70F443A" w14:textId="22C995D3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3: The Mystery Grows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0EC15468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40C9BAD9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24F96387" w14:textId="77777777" w:rsidR="00F07FDD" w:rsidRPr="00964040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6050401C" w14:textId="77777777" w:rsidR="00E82192" w:rsidRDefault="00E82192" w:rsidP="00577404">
      <w:pPr>
        <w:rPr>
          <w:rFonts w:ascii="Verdana" w:hAnsi="Verdana"/>
          <w:b/>
          <w:bCs/>
          <w:color w:val="000000" w:themeColor="text1"/>
        </w:rPr>
      </w:pPr>
    </w:p>
    <w:p w14:paraId="1304DA55" w14:textId="2A858BC8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3C38B3AA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665150DB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5897C21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50FCDE37" w14:textId="77777777" w:rsidR="00577404" w:rsidRPr="00964040" w:rsidRDefault="00577404" w:rsidP="00577404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0FE5CE3B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7E2576A3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7E4536CF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40549D1C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37F5D905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12AD04CE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129DFD79" w14:textId="716DC73B" w:rsidR="00577404" w:rsidRPr="00964040" w:rsidRDefault="00F11F09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577404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5211CBFE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0FCBC297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16F4E33D" w14:textId="77777777" w:rsidR="00577404" w:rsidRDefault="00577404" w:rsidP="00577404">
      <w:pPr>
        <w:rPr>
          <w:rFonts w:ascii="Verdana" w:hAnsi="Verdana"/>
          <w:color w:val="000000" w:themeColor="text1"/>
        </w:rPr>
      </w:pPr>
    </w:p>
    <w:p w14:paraId="4BBE6078" w14:textId="77777777" w:rsidR="00577404" w:rsidRDefault="0057740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6187B61B" w14:textId="77777777" w:rsidR="00577404" w:rsidRPr="00964040" w:rsidRDefault="00577404" w:rsidP="00577404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6213D5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039FAD0C" w14:textId="19EE5C0B" w:rsidR="00577404" w:rsidRPr="00964040" w:rsidRDefault="00577404" w:rsidP="00577404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>
        <w:rPr>
          <w:rFonts w:ascii="Verdana" w:hAnsi="Verdana"/>
          <w:color w:val="000000" w:themeColor="text1"/>
        </w:rPr>
        <w:t>3</w:t>
      </w:r>
      <w:r w:rsidRPr="00964040">
        <w:rPr>
          <w:rFonts w:ascii="Verdana" w:hAnsi="Verdana"/>
          <w:color w:val="000000" w:themeColor="text1"/>
        </w:rPr>
        <w:t xml:space="preserve">: The </w:t>
      </w:r>
      <w:r>
        <w:rPr>
          <w:rFonts w:ascii="Verdana" w:hAnsi="Verdana"/>
          <w:color w:val="000000" w:themeColor="text1"/>
        </w:rPr>
        <w:t>Mystery Grows</w:t>
      </w:r>
      <w:r w:rsidR="00E82192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1FBE5098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6326A9A3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5D46CAEC" w14:textId="77777777" w:rsidR="00577404" w:rsidRPr="00964040" w:rsidRDefault="00577404" w:rsidP="00577404">
      <w:pPr>
        <w:spacing w:after="0"/>
        <w:contextualSpacing/>
        <w:rPr>
          <w:rFonts w:ascii="Verdana" w:hAnsi="Verdana"/>
          <w:color w:val="000000" w:themeColor="text1"/>
        </w:rPr>
      </w:pPr>
    </w:p>
    <w:p w14:paraId="7FE3B179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5D1C64D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25549B7D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39DDE406" w14:textId="3662C88A" w:rsidR="00577404" w:rsidRPr="00964040" w:rsidRDefault="002248B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577404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3ECAF687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0B606540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0C18F150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33EE5238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6DB47B88" w14:textId="00CA86FB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3</w:t>
      </w:r>
    </w:p>
    <w:p w14:paraId="3FF41208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1164A00A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5C5C5F05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EB63648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F4D3E7A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1628B64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5C8A303A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3C69040D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23CD3E8A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13E5097B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54A962E3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014388F1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6E93D4D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0CE16BD9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3EF31DA4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0FC4E872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F81646C" w14:textId="1A4A43D5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4: Smells Like a Clue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040A406A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1388EE7C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3140E7BC" w14:textId="77777777" w:rsidR="00F07FDD" w:rsidRPr="00964040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0DA88196" w14:textId="77777777" w:rsidR="00E82192" w:rsidRDefault="00E82192" w:rsidP="00577404">
      <w:pPr>
        <w:rPr>
          <w:rFonts w:ascii="Verdana" w:hAnsi="Verdana"/>
          <w:b/>
          <w:bCs/>
          <w:color w:val="000000" w:themeColor="text1"/>
        </w:rPr>
      </w:pPr>
    </w:p>
    <w:p w14:paraId="7E72230F" w14:textId="684DD9C6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7BB7F034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5A870189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0852CE59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6BC2DD2F" w14:textId="77777777" w:rsidR="00577404" w:rsidRPr="00964040" w:rsidRDefault="00577404" w:rsidP="00577404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2DAC3E66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43E29F4E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68063B6A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522247AB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0EB5DDCC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7508A56C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</w:p>
    <w:p w14:paraId="67BF08FB" w14:textId="291520A9" w:rsidR="00577404" w:rsidRPr="00F11F09" w:rsidRDefault="00577404" w:rsidP="00577404">
      <w:pPr>
        <w:rPr>
          <w:rFonts w:ascii="Verdana" w:hAnsi="Verdana"/>
          <w:bCs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Archer’s Signals </w:t>
      </w:r>
      <w:r w:rsidRPr="00F11F09">
        <w:rPr>
          <w:rFonts w:ascii="Verdana" w:hAnsi="Verdana"/>
          <w:bCs/>
          <w:color w:val="000000" w:themeColor="text1"/>
        </w:rPr>
        <w:t>(check all that match)</w:t>
      </w:r>
    </w:p>
    <w:p w14:paraId="26C882FD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7555FCC6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7ECF2219" w14:textId="77777777" w:rsidR="00577404" w:rsidRDefault="00577404" w:rsidP="00577404">
      <w:pPr>
        <w:rPr>
          <w:rFonts w:ascii="Verdana" w:hAnsi="Verdana"/>
          <w:color w:val="000000" w:themeColor="text1"/>
        </w:rPr>
      </w:pPr>
    </w:p>
    <w:p w14:paraId="6B5C281E" w14:textId="77777777" w:rsidR="00577404" w:rsidRDefault="0057740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497BFDA9" w14:textId="77777777" w:rsidR="00577404" w:rsidRPr="00964040" w:rsidRDefault="00577404" w:rsidP="00577404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BF127D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213513F0" w14:textId="78C0E2EC" w:rsidR="00577404" w:rsidRPr="00964040" w:rsidRDefault="00577404" w:rsidP="00577404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>
        <w:rPr>
          <w:rFonts w:ascii="Verdana" w:hAnsi="Verdana"/>
          <w:color w:val="000000" w:themeColor="text1"/>
        </w:rPr>
        <w:t>4</w:t>
      </w:r>
      <w:r w:rsidRPr="00964040"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</w:rPr>
        <w:t>Smells Like a Clue</w:t>
      </w:r>
      <w:r w:rsidR="00E82192">
        <w:rPr>
          <w:rFonts w:ascii="Verdana" w:hAnsi="Verdana"/>
          <w:color w:val="000000" w:themeColor="text1"/>
        </w:rPr>
        <w:t xml:space="preserve"> - </w:t>
      </w:r>
      <w:r w:rsidRPr="00964040">
        <w:rPr>
          <w:rFonts w:ascii="Verdana" w:hAnsi="Verdana"/>
          <w:color w:val="000000" w:themeColor="text1"/>
        </w:rPr>
        <w:t>Think Like a Detective</w:t>
      </w:r>
    </w:p>
    <w:p w14:paraId="0C4A9F74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25D3E0A3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4C5D893B" w14:textId="77777777" w:rsidR="00577404" w:rsidRPr="00964040" w:rsidRDefault="00577404" w:rsidP="00577404">
      <w:pPr>
        <w:spacing w:after="0"/>
        <w:contextualSpacing/>
        <w:rPr>
          <w:rFonts w:ascii="Verdana" w:hAnsi="Verdana"/>
          <w:color w:val="000000" w:themeColor="text1"/>
        </w:rPr>
      </w:pPr>
    </w:p>
    <w:p w14:paraId="3B66893B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67AB6C61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3669BE2C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11B17E45" w14:textId="473A10CE" w:rsidR="00577404" w:rsidRPr="00964040" w:rsidRDefault="002248B4" w:rsidP="00577404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577404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413A993C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0015739C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5200CEDC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040CA7B1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696B514C" w14:textId="39E8DD12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4</w:t>
      </w:r>
    </w:p>
    <w:p w14:paraId="551AB922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7D3D3619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30515ABD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C12CFAA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38B57FC7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5F3D906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16D98BF5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32DAE223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12223208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4E6242A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C062F22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244AF6F5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6AF0D30B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3DD361F" w14:textId="77777777" w:rsidR="00577404" w:rsidRDefault="00577404" w:rsidP="00577404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872171B" w14:textId="77777777" w:rsidR="00577404" w:rsidRPr="00964040" w:rsidRDefault="00577404" w:rsidP="00577404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5BED4A76" w14:textId="77777777" w:rsidR="00577404" w:rsidRPr="00964040" w:rsidRDefault="00577404" w:rsidP="00577404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53FD0CC" w14:textId="092481D4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5: Reading Corner Clues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529AFDEF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7B0FBE66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4474E54C" w14:textId="77777777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71825106" w14:textId="77777777" w:rsidR="00E82192" w:rsidRPr="00964040" w:rsidRDefault="00E82192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6F2F4A8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044BC26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696D2E9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1CA18D3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7CB3EE9D" w14:textId="77777777" w:rsidR="00676A3A" w:rsidRPr="00964040" w:rsidRDefault="00676A3A" w:rsidP="00676A3A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1DD6099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373B297E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73B3AAB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4EA9873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577B3872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68D231E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62D19694" w14:textId="59A50D53" w:rsidR="00676A3A" w:rsidRPr="00964040" w:rsidRDefault="00F11F09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676A3A" w:rsidRPr="00964040">
        <w:rPr>
          <w:rFonts w:ascii="Verdana" w:hAnsi="Verdana"/>
          <w:b/>
          <w:color w:val="000000" w:themeColor="text1"/>
        </w:rPr>
        <w:t xml:space="preserve"> </w:t>
      </w:r>
      <w:r w:rsidR="00676A3A" w:rsidRPr="00F11F09">
        <w:rPr>
          <w:rFonts w:ascii="Verdana" w:hAnsi="Verdana"/>
          <w:bCs/>
          <w:color w:val="000000" w:themeColor="text1"/>
        </w:rPr>
        <w:t>(check all that match)</w:t>
      </w:r>
    </w:p>
    <w:p w14:paraId="1D8A8AE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670073C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176740D0" w14:textId="77777777" w:rsidR="00676A3A" w:rsidRDefault="00676A3A" w:rsidP="00676A3A">
      <w:pPr>
        <w:rPr>
          <w:rFonts w:ascii="Verdana" w:hAnsi="Verdana"/>
          <w:color w:val="000000" w:themeColor="text1"/>
        </w:rPr>
      </w:pPr>
    </w:p>
    <w:p w14:paraId="6F2E2E05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59A87A70" w14:textId="77777777" w:rsidR="00676A3A" w:rsidRPr="00964040" w:rsidRDefault="00676A3A" w:rsidP="00676A3A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6E080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2B360F17" w14:textId="0D8AE005" w:rsidR="00676A3A" w:rsidRPr="00964040" w:rsidRDefault="00676A3A" w:rsidP="00676A3A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 w:rsidR="00F11F09">
        <w:rPr>
          <w:rFonts w:ascii="Verdana" w:hAnsi="Verdana"/>
          <w:color w:val="000000" w:themeColor="text1"/>
        </w:rPr>
        <w:t>5</w:t>
      </w:r>
      <w:r w:rsidRPr="00964040">
        <w:rPr>
          <w:rFonts w:ascii="Verdana" w:hAnsi="Verdana"/>
          <w:color w:val="000000" w:themeColor="text1"/>
        </w:rPr>
        <w:t xml:space="preserve">: </w:t>
      </w:r>
      <w:r w:rsidR="00F11F09">
        <w:rPr>
          <w:rFonts w:ascii="Verdana" w:hAnsi="Verdana"/>
          <w:color w:val="000000" w:themeColor="text1"/>
        </w:rPr>
        <w:t>Reading Corner Clues</w:t>
      </w:r>
      <w:r w:rsidR="00E82192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53EDC171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6322EEF4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4E35FDDA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08586DA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4373C19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4AD6857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22CBD8C4" w14:textId="319CA813" w:rsidR="00676A3A" w:rsidRPr="00964040" w:rsidRDefault="002248B4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676A3A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653B2C47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2A1E9E20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73A4EE8A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196017D3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2A894F48" w14:textId="7239B27C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5</w:t>
      </w:r>
    </w:p>
    <w:p w14:paraId="70B356D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2B17869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40924A4F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4739862D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4DD3F26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36CC3D4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545736D7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30DFA77B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0F28D734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2CD49E3D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73C7546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40FE409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750007C3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1D36C52B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5936C9E0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5EB8C9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1971B9C8" w14:textId="5409CABC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6: Hidden in Plain Sight</w:t>
      </w:r>
      <w:r w:rsidR="00E82192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Chapter Snapshot</w:t>
      </w:r>
    </w:p>
    <w:p w14:paraId="53B36E45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196DA2D9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29C45690" w14:textId="77777777" w:rsidR="00F07FDD" w:rsidRPr="00964040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7DF65E21" w14:textId="77777777" w:rsidR="00E82192" w:rsidRDefault="00E82192" w:rsidP="00676A3A">
      <w:pPr>
        <w:rPr>
          <w:rFonts w:ascii="Verdana" w:hAnsi="Verdana"/>
          <w:b/>
          <w:bCs/>
          <w:color w:val="000000" w:themeColor="text1"/>
        </w:rPr>
      </w:pPr>
    </w:p>
    <w:p w14:paraId="6E546416" w14:textId="16B37759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3690A41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65F3E92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5945A05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5F242102" w14:textId="77777777" w:rsidR="00676A3A" w:rsidRPr="00964040" w:rsidRDefault="00676A3A" w:rsidP="00676A3A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081344E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664769C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5CB2981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4A809FA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4FAC4BAE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3C82AB9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7BFE5623" w14:textId="27E0D3FC" w:rsidR="00676A3A" w:rsidRPr="00964040" w:rsidRDefault="00F11F09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676A3A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673B6E1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6DFAEEB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4EA519E8" w14:textId="77777777" w:rsidR="00676A3A" w:rsidRDefault="00676A3A" w:rsidP="00676A3A">
      <w:pPr>
        <w:rPr>
          <w:rFonts w:ascii="Verdana" w:hAnsi="Verdana"/>
          <w:color w:val="000000" w:themeColor="text1"/>
        </w:rPr>
      </w:pPr>
    </w:p>
    <w:p w14:paraId="2EDFA5EF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54ED94B2" w14:textId="77777777" w:rsidR="00676A3A" w:rsidRPr="00964040" w:rsidRDefault="00676A3A" w:rsidP="00676A3A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E4675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5691CF85" w14:textId="1CED18E7" w:rsidR="00676A3A" w:rsidRPr="00964040" w:rsidRDefault="00676A3A" w:rsidP="00676A3A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 w:rsidR="00131114">
        <w:rPr>
          <w:rFonts w:ascii="Verdana" w:hAnsi="Verdana"/>
          <w:color w:val="000000" w:themeColor="text1"/>
        </w:rPr>
        <w:t>6</w:t>
      </w:r>
      <w:r w:rsidRPr="00964040">
        <w:rPr>
          <w:rFonts w:ascii="Verdana" w:hAnsi="Verdana"/>
          <w:color w:val="000000" w:themeColor="text1"/>
        </w:rPr>
        <w:t xml:space="preserve">: </w:t>
      </w:r>
      <w:r w:rsidR="00131114">
        <w:rPr>
          <w:rFonts w:ascii="Verdana" w:hAnsi="Verdana"/>
          <w:color w:val="000000" w:themeColor="text1"/>
        </w:rPr>
        <w:t>Hidden in Plain Sight</w:t>
      </w:r>
      <w:r w:rsidR="00E82192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32D2F310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61C38D2B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260B9B17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26498D7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6EC5968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2D2B9F2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7D84FE9E" w14:textId="34294C8C" w:rsidR="00676A3A" w:rsidRPr="00964040" w:rsidRDefault="002248B4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676A3A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1EC48A8C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7503D2A8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2EB560E8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7F537114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3AECD9FA" w14:textId="385F38D4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6</w:t>
      </w:r>
    </w:p>
    <w:p w14:paraId="2B73205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7AAC7F3F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469A8554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0F9C1A8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78871136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70AC33E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194F5B44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46D046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54F1FA4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377D94D8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67C3FA2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645FD81F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4BF2FB1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4396CB43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B00AE7F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3432F9DB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4FB34722" w14:textId="199B9DE0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7: Art Room Rumor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0997BE4B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61951925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51B9CAD1" w14:textId="77777777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29FFC9E0" w14:textId="77777777" w:rsidR="00E82192" w:rsidRPr="00964040" w:rsidRDefault="00E82192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283D330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4EDA6855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2BE15CD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7FB3ADB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2B1D6C14" w14:textId="77777777" w:rsidR="00676A3A" w:rsidRPr="00964040" w:rsidRDefault="00676A3A" w:rsidP="00676A3A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22C8002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6DB9A2B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05A33CB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625C046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17EFEDAA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71DE8F16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02242CEB" w14:textId="36EB8937" w:rsidR="00676A3A" w:rsidRPr="00964040" w:rsidRDefault="00F11F09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676A3A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40DBD27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4C2607A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6A0196FE" w14:textId="77777777" w:rsidR="00676A3A" w:rsidRDefault="00676A3A" w:rsidP="00676A3A">
      <w:pPr>
        <w:rPr>
          <w:rFonts w:ascii="Verdana" w:hAnsi="Verdana"/>
          <w:color w:val="000000" w:themeColor="text1"/>
        </w:rPr>
      </w:pPr>
    </w:p>
    <w:p w14:paraId="5A0A86FB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60E93CEC" w14:textId="77777777" w:rsidR="00676A3A" w:rsidRPr="00964040" w:rsidRDefault="00676A3A" w:rsidP="00676A3A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31F9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346FFFB5" w14:textId="10FB431D" w:rsidR="00676A3A" w:rsidRPr="00964040" w:rsidRDefault="00676A3A" w:rsidP="00676A3A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 w:rsidR="00131114">
        <w:rPr>
          <w:rFonts w:ascii="Verdana" w:hAnsi="Verdana"/>
          <w:color w:val="000000" w:themeColor="text1"/>
        </w:rPr>
        <w:t>7</w:t>
      </w:r>
      <w:r w:rsidRPr="00964040">
        <w:rPr>
          <w:rFonts w:ascii="Verdana" w:hAnsi="Verdana"/>
          <w:color w:val="000000" w:themeColor="text1"/>
        </w:rPr>
        <w:t xml:space="preserve">: </w:t>
      </w:r>
      <w:r w:rsidR="00131114">
        <w:rPr>
          <w:rFonts w:ascii="Verdana" w:hAnsi="Verdana"/>
          <w:color w:val="000000" w:themeColor="text1"/>
        </w:rPr>
        <w:t>Art Room Rumor</w:t>
      </w:r>
      <w:r w:rsidR="00E82192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47B19566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02BD514F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33E502B7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73A5F71A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4105A25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1032EF2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0D0D8071" w14:textId="1FEB664A" w:rsidR="00676A3A" w:rsidRPr="00964040" w:rsidRDefault="002248B4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676A3A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54788913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2F2F7F3C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4C30F8C3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0DC43420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098B9E91" w14:textId="2D73DB92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7</w:t>
      </w:r>
    </w:p>
    <w:p w14:paraId="4C4EDC1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085E6023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279AC2E8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77340DDA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230460A7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79FCB54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6EC2E04B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4523A158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02F18FCE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826755B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670DB4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729944F7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7CF7B74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463E3ECF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5CFC7153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5B946D1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3DB323A8" w14:textId="6B66B338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8: Maya’s Ideas</w:t>
      </w:r>
      <w:r w:rsidR="00E82192">
        <w:rPr>
          <w:rFonts w:ascii="Verdana" w:hAnsi="Verdana"/>
          <w:color w:val="000000" w:themeColor="text1"/>
        </w:rPr>
        <w:t xml:space="preserve"> – Chapter Snapshot</w:t>
      </w:r>
    </w:p>
    <w:p w14:paraId="1F60F710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5933D9B3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304B269B" w14:textId="77777777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01C6C2C9" w14:textId="77777777" w:rsidR="00F42FF5" w:rsidRPr="00964040" w:rsidRDefault="00F42FF5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2EFB632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7D16CAFE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6E76629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4EB11F7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7C11AFC9" w14:textId="77777777" w:rsidR="00676A3A" w:rsidRPr="00964040" w:rsidRDefault="00676A3A" w:rsidP="00676A3A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4D91A6C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67B73A5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7B45071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222E237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5DA7037B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100461B3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1324D7E3" w14:textId="4EDFE41D" w:rsidR="00676A3A" w:rsidRPr="00964040" w:rsidRDefault="00F11F09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676A3A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077ADA5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0F17CC6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1F0A0C46" w14:textId="77777777" w:rsidR="00676A3A" w:rsidRDefault="00676A3A" w:rsidP="00676A3A">
      <w:pPr>
        <w:rPr>
          <w:rFonts w:ascii="Verdana" w:hAnsi="Verdana"/>
          <w:color w:val="000000" w:themeColor="text1"/>
        </w:rPr>
      </w:pPr>
    </w:p>
    <w:p w14:paraId="5F85A661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254CC5FC" w14:textId="77777777" w:rsidR="00676A3A" w:rsidRPr="00964040" w:rsidRDefault="00676A3A" w:rsidP="00676A3A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419D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6E70C112" w14:textId="64DF85C1" w:rsidR="00676A3A" w:rsidRPr="00964040" w:rsidRDefault="00676A3A" w:rsidP="00676A3A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 w:rsidR="00131114">
        <w:rPr>
          <w:rFonts w:ascii="Verdana" w:hAnsi="Verdana"/>
          <w:color w:val="000000" w:themeColor="text1"/>
        </w:rPr>
        <w:t>8</w:t>
      </w:r>
      <w:r w:rsidRPr="00964040">
        <w:rPr>
          <w:rFonts w:ascii="Verdana" w:hAnsi="Verdana"/>
          <w:color w:val="000000" w:themeColor="text1"/>
        </w:rPr>
        <w:t xml:space="preserve">: </w:t>
      </w:r>
      <w:r w:rsidR="00131114">
        <w:rPr>
          <w:rFonts w:ascii="Verdana" w:hAnsi="Verdana"/>
          <w:color w:val="000000" w:themeColor="text1"/>
        </w:rPr>
        <w:t>Maya’s Ideas</w:t>
      </w:r>
      <w:r w:rsidR="00F42FF5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76ABB98F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34FAA40D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0E745F5E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217B480E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11880FB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2) My prediction (with evidence):</w:t>
      </w:r>
    </w:p>
    <w:p w14:paraId="2BCE9B2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I predict </w:t>
      </w:r>
      <w:r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_______________________________________________________________</w:t>
      </w:r>
    </w:p>
    <w:p w14:paraId="30239E5C" w14:textId="7755EFF2" w:rsidR="00676A3A" w:rsidRPr="00964040" w:rsidRDefault="00D26C9D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will happen next because </w:t>
      </w:r>
      <w:r w:rsidR="00676A3A" w:rsidRPr="00964040">
        <w:rPr>
          <w:rFonts w:ascii="Verdana" w:hAnsi="Verdana"/>
          <w:color w:val="000000" w:themeColor="text1"/>
        </w:rPr>
        <w:t>____________________________________________________</w:t>
      </w:r>
    </w:p>
    <w:p w14:paraId="05AC14FA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35AD7557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5A7B5F20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49FD2445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3ABA3362" w14:textId="6C1832D5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8</w:t>
      </w:r>
    </w:p>
    <w:p w14:paraId="145205CE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29B56317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2EA72620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D6E5903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6D59BB8D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67D0CE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2664DD5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068C7A99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647FC33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22A30858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6383ED4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5733EBA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7DE369F5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1864E07B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7104878D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55D1274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4B379B2F" w14:textId="1AD84D49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9: Buddy Time</w:t>
      </w:r>
      <w:r w:rsidR="00F42FF5">
        <w:rPr>
          <w:rFonts w:ascii="Verdana" w:hAnsi="Verdana"/>
          <w:color w:val="000000" w:themeColor="text1"/>
        </w:rPr>
        <w:t xml:space="preserve"> – Chapter Snapshot</w:t>
      </w:r>
    </w:p>
    <w:p w14:paraId="11A03611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0A6AA5B2" w14:textId="77777777" w:rsidR="00577404" w:rsidRPr="00964040" w:rsidRDefault="00577404" w:rsidP="00577404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1A4511C4" w14:textId="77777777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4992BF88" w14:textId="77777777" w:rsidR="00F42FF5" w:rsidRPr="00964040" w:rsidRDefault="00F42FF5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5F366EAD" w14:textId="7719B2DF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4640CDC5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3F22E02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37FCF22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7DE1D944" w14:textId="77777777" w:rsidR="00676A3A" w:rsidRPr="00964040" w:rsidRDefault="00676A3A" w:rsidP="00676A3A">
      <w:pPr>
        <w:rPr>
          <w:rFonts w:ascii="Verdana" w:hAnsi="Verdana"/>
          <w:b/>
          <w:bCs/>
          <w:color w:val="000000" w:themeColor="text1"/>
        </w:rPr>
      </w:pPr>
      <w:r w:rsidRPr="00964040">
        <w:rPr>
          <w:rFonts w:ascii="Verdana" w:hAnsi="Verdana"/>
          <w:b/>
          <w:bCs/>
          <w:color w:val="000000" w:themeColor="text1"/>
        </w:rPr>
        <w:t>Clue Hunt</w:t>
      </w:r>
    </w:p>
    <w:p w14:paraId="5C58FA8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Clues I noticed (write 2–4):</w:t>
      </w:r>
    </w:p>
    <w:p w14:paraId="5C8F7AA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1) ________________________________   2) ________________________________</w:t>
      </w:r>
    </w:p>
    <w:p w14:paraId="07627886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3) ________________________________   4) ________________________________</w:t>
      </w:r>
    </w:p>
    <w:p w14:paraId="67B66433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One clue that matters most: __________________________</w:t>
      </w:r>
      <w:r>
        <w:rPr>
          <w:rFonts w:ascii="Verdana" w:hAnsi="Verdana"/>
          <w:color w:val="000000" w:themeColor="text1"/>
        </w:rPr>
        <w:t>______</w:t>
      </w:r>
      <w:r w:rsidRPr="00964040">
        <w:rPr>
          <w:rFonts w:ascii="Verdana" w:hAnsi="Verdana"/>
          <w:color w:val="000000" w:themeColor="text1"/>
        </w:rPr>
        <w:t>_________</w:t>
      </w:r>
    </w:p>
    <w:p w14:paraId="7ECF700B" w14:textId="77777777" w:rsidR="0076322B" w:rsidRPr="00964040" w:rsidRDefault="0076322B" w:rsidP="0076322B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Why it matter</w:t>
      </w:r>
      <w:r>
        <w:rPr>
          <w:rFonts w:ascii="Verdana" w:hAnsi="Verdana"/>
          <w:color w:val="000000" w:themeColor="text1"/>
        </w:rPr>
        <w:t>s</w:t>
      </w:r>
      <w:r w:rsidRPr="00964040">
        <w:rPr>
          <w:rFonts w:ascii="Verdana" w:hAnsi="Verdana"/>
          <w:color w:val="000000" w:themeColor="text1"/>
        </w:rPr>
        <w:t>: ____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</w:t>
      </w:r>
    </w:p>
    <w:p w14:paraId="31B5EA6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2AED4755" w14:textId="53D5D7AF" w:rsidR="00676A3A" w:rsidRPr="00964040" w:rsidRDefault="00F11F09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676A3A" w:rsidRPr="00964040">
        <w:rPr>
          <w:rFonts w:ascii="Verdana" w:hAnsi="Verdana"/>
          <w:b/>
          <w:color w:val="000000" w:themeColor="text1"/>
        </w:rPr>
        <w:t xml:space="preserve"> (check all that match)</w:t>
      </w:r>
    </w:p>
    <w:p w14:paraId="6BD6554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189276FD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45EB747E" w14:textId="77777777" w:rsidR="00676A3A" w:rsidRDefault="00676A3A" w:rsidP="00676A3A">
      <w:pPr>
        <w:rPr>
          <w:rFonts w:ascii="Verdana" w:hAnsi="Verdana"/>
          <w:color w:val="000000" w:themeColor="text1"/>
        </w:rPr>
      </w:pPr>
    </w:p>
    <w:p w14:paraId="74E0E288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725F76A9" w14:textId="77777777" w:rsidR="00676A3A" w:rsidRPr="00964040" w:rsidRDefault="00676A3A" w:rsidP="00676A3A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5829F4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784E5984" w14:textId="524A68FD" w:rsidR="00676A3A" w:rsidRPr="00964040" w:rsidRDefault="00676A3A" w:rsidP="00676A3A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 xml:space="preserve">Chapter </w:t>
      </w:r>
      <w:r w:rsidR="00131114">
        <w:rPr>
          <w:rFonts w:ascii="Verdana" w:hAnsi="Verdana"/>
          <w:color w:val="000000" w:themeColor="text1"/>
        </w:rPr>
        <w:t>9</w:t>
      </w:r>
      <w:r w:rsidRPr="00964040">
        <w:rPr>
          <w:rFonts w:ascii="Verdana" w:hAnsi="Verdana"/>
          <w:color w:val="000000" w:themeColor="text1"/>
        </w:rPr>
        <w:t xml:space="preserve">: </w:t>
      </w:r>
      <w:r w:rsidR="00131114">
        <w:rPr>
          <w:rFonts w:ascii="Verdana" w:hAnsi="Verdana"/>
          <w:color w:val="000000" w:themeColor="text1"/>
        </w:rPr>
        <w:t>Buddy Time</w:t>
      </w:r>
      <w:r w:rsidR="00F42FF5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70CD2206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089F30CD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5E1FDC3F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07514A70" w14:textId="078CC243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 w:rsidRPr="00AA2564">
        <w:rPr>
          <w:rFonts w:ascii="Verdana" w:hAnsi="Verdana"/>
          <w:bCs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</w:t>
      </w:r>
      <w:r w:rsidR="00AA2564">
        <w:rPr>
          <w:rFonts w:ascii="Verdana" w:hAnsi="Verdana"/>
          <w:color w:val="000000" w:themeColor="text1"/>
        </w:rPr>
        <w:t>__</w:t>
      </w:r>
      <w:r w:rsidRPr="00964040">
        <w:rPr>
          <w:rFonts w:ascii="Verdana" w:hAnsi="Verdana"/>
          <w:color w:val="000000" w:themeColor="text1"/>
        </w:rPr>
        <w:t>____________________________</w:t>
      </w:r>
    </w:p>
    <w:p w14:paraId="54A14D3A" w14:textId="77777777" w:rsidR="00676A3A" w:rsidRPr="002248B4" w:rsidRDefault="00676A3A" w:rsidP="00676A3A">
      <w:pPr>
        <w:rPr>
          <w:rFonts w:ascii="Verdana" w:hAnsi="Verdana"/>
          <w:color w:val="000000" w:themeColor="text1"/>
        </w:rPr>
      </w:pPr>
      <w:r w:rsidRPr="002248B4">
        <w:rPr>
          <w:rFonts w:ascii="Verdana" w:hAnsi="Verdana"/>
          <w:b/>
          <w:color w:val="000000" w:themeColor="text1"/>
        </w:rPr>
        <w:t>2) My prediction (with evidence):</w:t>
      </w:r>
    </w:p>
    <w:p w14:paraId="4B1CA028" w14:textId="3C3A99CE" w:rsidR="00676A3A" w:rsidRPr="002248B4" w:rsidRDefault="00676A3A" w:rsidP="00676A3A">
      <w:pPr>
        <w:rPr>
          <w:rFonts w:ascii="Verdana" w:hAnsi="Verdana"/>
          <w:color w:val="000000" w:themeColor="text1"/>
        </w:rPr>
      </w:pPr>
      <w:r w:rsidRPr="002248B4">
        <w:rPr>
          <w:rFonts w:ascii="Verdana" w:hAnsi="Verdana"/>
          <w:color w:val="000000" w:themeColor="text1"/>
        </w:rPr>
        <w:t>I predict ______________________________________</w:t>
      </w:r>
      <w:r w:rsidR="002248B4" w:rsidRPr="002248B4">
        <w:rPr>
          <w:rFonts w:ascii="Verdana" w:hAnsi="Verdana"/>
          <w:color w:val="000000" w:themeColor="text1"/>
        </w:rPr>
        <w:t xml:space="preserve">took the missing crayons </w:t>
      </w:r>
    </w:p>
    <w:p w14:paraId="2439029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2248B4">
        <w:rPr>
          <w:rFonts w:ascii="Verdana" w:hAnsi="Verdana"/>
          <w:color w:val="000000" w:themeColor="text1"/>
        </w:rPr>
        <w:t>because __________________________________________________________________</w:t>
      </w:r>
    </w:p>
    <w:p w14:paraId="5EB25E57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7BDA082B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76784E48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00601952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2265344F" w14:textId="4D3B5B0A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 xml:space="preserve">Choose 3 words from Chapter </w:t>
      </w:r>
      <w:r w:rsidR="00B72945">
        <w:rPr>
          <w:rFonts w:ascii="Verdana" w:hAnsi="Verdana"/>
          <w:color w:val="000000" w:themeColor="text1"/>
        </w:rPr>
        <w:t>9</w:t>
      </w:r>
    </w:p>
    <w:p w14:paraId="1F946E6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1C5C25A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61C84E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F227B16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8D8E28B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377C96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65759B1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6BCC20DD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1115B81F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9453E3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070FD0E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49A8CE96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6C0A3BC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FA4926B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791EB36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3F9566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4034C389" w14:textId="115773F5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10: Laying Out the Clues</w:t>
      </w:r>
      <w:r w:rsidR="00F42FF5">
        <w:rPr>
          <w:rFonts w:ascii="Verdana" w:hAnsi="Verdana"/>
          <w:color w:val="000000" w:themeColor="text1"/>
        </w:rPr>
        <w:t xml:space="preserve"> – Chapter Snapshot</w:t>
      </w:r>
    </w:p>
    <w:p w14:paraId="28D49F59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3FCE7242" w14:textId="77777777" w:rsidR="0062464E" w:rsidRPr="00964040" w:rsidRDefault="0062464E" w:rsidP="0062464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7AD4ECA9" w14:textId="77777777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4D142535" w14:textId="77777777" w:rsidR="00F42FF5" w:rsidRPr="00964040" w:rsidRDefault="00F42FF5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3AA6ED89" w14:textId="48DA6B3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30F36268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04130E1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6A1162A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2B69B222" w14:textId="6DB7E7FB" w:rsidR="00766C7D" w:rsidRPr="00676A3A" w:rsidRDefault="00237F21">
      <w:pPr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Clue Review</w:t>
      </w:r>
    </w:p>
    <w:p w14:paraId="348CE43D" w14:textId="77777777" w:rsidR="003810C8" w:rsidRDefault="00237F21" w:rsidP="003810C8">
      <w:pPr>
        <w:spacing w:line="480" w:lineRule="auto"/>
        <w:ind w:left="540" w:hanging="54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Based on Charlie’s list of clues, what do you think are the 3 most important?</w:t>
      </w:r>
      <w:r>
        <w:rPr>
          <w:rFonts w:ascii="Verdana" w:hAnsi="Verdana"/>
          <w:color w:val="000000" w:themeColor="text1"/>
        </w:rPr>
        <w:br/>
        <w:t>1._____________________________________________________________</w:t>
      </w:r>
      <w:r>
        <w:rPr>
          <w:rFonts w:ascii="Verdana" w:hAnsi="Verdana"/>
          <w:color w:val="000000" w:themeColor="text1"/>
        </w:rPr>
        <w:br/>
        <w:t>2._____________________________________________________________</w:t>
      </w:r>
      <w:r>
        <w:rPr>
          <w:rFonts w:ascii="Verdana" w:hAnsi="Verdana"/>
          <w:color w:val="000000" w:themeColor="text1"/>
        </w:rPr>
        <w:br/>
        <w:t>3._____________________________________________________________</w:t>
      </w:r>
    </w:p>
    <w:p w14:paraId="1CAB2F68" w14:textId="1C1CBB73" w:rsidR="003810C8" w:rsidRDefault="003810C8" w:rsidP="003810C8">
      <w:pPr>
        <w:spacing w:line="480" w:lineRule="auto"/>
        <w:ind w:left="540" w:hanging="54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 chose these clues because</w:t>
      </w:r>
      <w:r>
        <w:rPr>
          <w:rFonts w:ascii="Verdana" w:hAnsi="Verdana"/>
          <w:color w:val="000000" w:themeColor="text1"/>
        </w:rPr>
        <w:br/>
      </w:r>
      <w:r w:rsidRPr="003810C8">
        <w:rPr>
          <w:rFonts w:ascii="Segoe UI Symbol" w:hAnsi="Segoe UI Symbol" w:cs="Segoe UI Symbol"/>
          <w:color w:val="000000" w:themeColor="text1"/>
        </w:rPr>
        <w:t>☐</w:t>
      </w:r>
      <w:r w:rsidRPr="003810C8">
        <w:rPr>
          <w:rFonts w:ascii="Verdana" w:hAnsi="Verdana"/>
          <w:color w:val="000000" w:themeColor="text1"/>
        </w:rPr>
        <w:t xml:space="preserve"> They tell </w:t>
      </w:r>
      <w:r w:rsidRPr="003810C8">
        <w:rPr>
          <w:rFonts w:ascii="Verdana" w:hAnsi="Verdana"/>
          <w:b/>
          <w:bCs/>
          <w:color w:val="000000" w:themeColor="text1"/>
        </w:rPr>
        <w:t>where</w:t>
      </w:r>
      <w:r w:rsidRPr="003810C8">
        <w:rPr>
          <w:rFonts w:ascii="Verdana" w:hAnsi="Verdana"/>
          <w:color w:val="000000" w:themeColor="text1"/>
        </w:rPr>
        <w:t xml:space="preserve"> to look next.</w:t>
      </w:r>
      <w:r w:rsidRPr="003810C8">
        <w:rPr>
          <w:rFonts w:ascii="Verdana" w:hAnsi="Verdana"/>
          <w:color w:val="000000" w:themeColor="text1"/>
        </w:rPr>
        <w:br/>
      </w:r>
      <w:r w:rsidRPr="003810C8">
        <w:rPr>
          <w:rFonts w:ascii="Segoe UI Symbol" w:hAnsi="Segoe UI Symbol" w:cs="Segoe UI Symbol"/>
          <w:color w:val="000000" w:themeColor="text1"/>
        </w:rPr>
        <w:t>☐</w:t>
      </w:r>
      <w:r w:rsidRPr="003810C8">
        <w:rPr>
          <w:rFonts w:ascii="Verdana" w:hAnsi="Verdana"/>
          <w:color w:val="000000" w:themeColor="text1"/>
        </w:rPr>
        <w:t xml:space="preserve"> They help figure out </w:t>
      </w:r>
      <w:r w:rsidRPr="003810C8">
        <w:rPr>
          <w:rFonts w:ascii="Verdana" w:hAnsi="Verdana"/>
          <w:b/>
          <w:bCs/>
          <w:color w:val="000000" w:themeColor="text1"/>
        </w:rPr>
        <w:t>who</w:t>
      </w:r>
      <w:r w:rsidRPr="003810C8">
        <w:rPr>
          <w:rFonts w:ascii="Verdana" w:hAnsi="Verdana"/>
          <w:color w:val="000000" w:themeColor="text1"/>
        </w:rPr>
        <w:t xml:space="preserve"> did it.</w:t>
      </w:r>
      <w:r w:rsidRPr="003810C8">
        <w:rPr>
          <w:rFonts w:ascii="Verdana" w:hAnsi="Verdana"/>
          <w:color w:val="000000" w:themeColor="text1"/>
        </w:rPr>
        <w:br/>
      </w:r>
      <w:r w:rsidRPr="003810C8">
        <w:rPr>
          <w:rFonts w:ascii="Segoe UI Symbol" w:hAnsi="Segoe UI Symbol" w:cs="Segoe UI Symbol"/>
          <w:color w:val="000000" w:themeColor="text1"/>
        </w:rPr>
        <w:t>☐</w:t>
      </w:r>
      <w:r w:rsidRPr="003810C8">
        <w:rPr>
          <w:rFonts w:ascii="Verdana" w:hAnsi="Verdana"/>
          <w:color w:val="000000" w:themeColor="text1"/>
        </w:rPr>
        <w:t xml:space="preserve"> They help explain </w:t>
      </w:r>
      <w:r w:rsidRPr="003810C8">
        <w:rPr>
          <w:rFonts w:ascii="Verdana" w:hAnsi="Verdana"/>
          <w:b/>
          <w:bCs/>
          <w:color w:val="000000" w:themeColor="text1"/>
        </w:rPr>
        <w:t>why</w:t>
      </w:r>
      <w:r w:rsidRPr="003810C8">
        <w:rPr>
          <w:rFonts w:ascii="Verdana" w:hAnsi="Verdana"/>
          <w:color w:val="000000" w:themeColor="text1"/>
        </w:rPr>
        <w:t xml:space="preserve"> it happened.</w:t>
      </w:r>
      <w:r w:rsidRPr="003810C8">
        <w:rPr>
          <w:rFonts w:ascii="Verdana" w:hAnsi="Verdana"/>
          <w:color w:val="000000" w:themeColor="text1"/>
        </w:rPr>
        <w:br/>
      </w:r>
      <w:r w:rsidRPr="003810C8">
        <w:rPr>
          <w:rFonts w:ascii="Segoe UI Symbol" w:hAnsi="Segoe UI Symbol" w:cs="Segoe UI Symbol"/>
          <w:color w:val="000000" w:themeColor="text1"/>
        </w:rPr>
        <w:t>☐</w:t>
      </w:r>
      <w:r w:rsidRPr="003810C8">
        <w:rPr>
          <w:rFonts w:ascii="Verdana" w:hAnsi="Verdana"/>
          <w:color w:val="000000" w:themeColor="text1"/>
        </w:rPr>
        <w:t xml:space="preserve"> They connect to other clues.</w:t>
      </w:r>
    </w:p>
    <w:p w14:paraId="393996B2" w14:textId="60936C3F" w:rsidR="00766C7D" w:rsidRPr="00964040" w:rsidRDefault="00F11F09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EA4CFC" w:rsidRPr="00964040">
        <w:rPr>
          <w:rFonts w:ascii="Verdana" w:hAnsi="Verdana"/>
          <w:b/>
          <w:color w:val="000000" w:themeColor="text1"/>
        </w:rPr>
        <w:t xml:space="preserve"> </w:t>
      </w:r>
      <w:r w:rsidR="00EA4CFC" w:rsidRPr="00676A3A">
        <w:rPr>
          <w:rFonts w:ascii="Verdana" w:hAnsi="Verdana"/>
          <w:bCs/>
          <w:color w:val="000000" w:themeColor="text1"/>
        </w:rPr>
        <w:t>(check all that match)</w:t>
      </w:r>
    </w:p>
    <w:p w14:paraId="7156F105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2F693C29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5BCBC07D" w14:textId="77777777" w:rsidR="00676A3A" w:rsidRDefault="00676A3A" w:rsidP="00676A3A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713C6524" w14:textId="34B4EDC9" w:rsidR="00766C7D" w:rsidRPr="00964040" w:rsidRDefault="00676A3A" w:rsidP="008C75C1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4CFC" w:rsidRPr="00964040">
        <w:rPr>
          <w:rFonts w:ascii="Verdana" w:hAnsi="Verdana"/>
          <w:color w:val="000000" w:themeColor="text1"/>
        </w:rPr>
        <w:br w:type="page"/>
      </w:r>
    </w:p>
    <w:p w14:paraId="3500FB02" w14:textId="5C62315C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10: Laying Out the Clues</w:t>
      </w:r>
      <w:r w:rsidR="00F42FF5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2029166E" w14:textId="77777777" w:rsidR="00676A3A" w:rsidRDefault="00676A3A" w:rsidP="00676A3A">
      <w:pPr>
        <w:spacing w:after="0" w:line="240" w:lineRule="auto"/>
        <w:contextualSpacing/>
        <w:rPr>
          <w:rFonts w:ascii="Verdana" w:hAnsi="Verdana"/>
          <w:b/>
          <w:color w:val="000000" w:themeColor="text1"/>
        </w:rPr>
      </w:pPr>
    </w:p>
    <w:p w14:paraId="3B2AFF37" w14:textId="7D1EC2EE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7B8DB340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0622890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>
        <w:rPr>
          <w:rFonts w:ascii="Verdana" w:hAnsi="Verdana"/>
          <w:b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75EF7EDF" w14:textId="77777777" w:rsidR="00676A3A" w:rsidRPr="002F0A9B" w:rsidRDefault="00676A3A" w:rsidP="00676A3A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b/>
          <w:color w:val="000000" w:themeColor="text1"/>
        </w:rPr>
        <w:t>2) My prediction (with evidence):</w:t>
      </w:r>
    </w:p>
    <w:p w14:paraId="7FE32D17" w14:textId="77777777" w:rsidR="00676A3A" w:rsidRPr="002F0A9B" w:rsidRDefault="00676A3A" w:rsidP="00676A3A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color w:val="000000" w:themeColor="text1"/>
        </w:rPr>
        <w:t>I predict _________________________________________________________________</w:t>
      </w:r>
    </w:p>
    <w:p w14:paraId="4945C3C4" w14:textId="4A07913D" w:rsidR="00676A3A" w:rsidRPr="00964040" w:rsidRDefault="002F0A9B" w:rsidP="00676A3A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color w:val="000000" w:themeColor="text1"/>
        </w:rPr>
        <w:t xml:space="preserve">will happen next because </w:t>
      </w:r>
      <w:r w:rsidR="00676A3A" w:rsidRPr="002F0A9B">
        <w:rPr>
          <w:rFonts w:ascii="Verdana" w:hAnsi="Verdana"/>
          <w:color w:val="000000" w:themeColor="text1"/>
        </w:rPr>
        <w:t>____________________________________________________</w:t>
      </w:r>
    </w:p>
    <w:p w14:paraId="118D8A33" w14:textId="77777777" w:rsidR="00EC092A" w:rsidRDefault="00EC092A" w:rsidP="00EC092A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7DFB72A8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326A96B6" w14:textId="77777777" w:rsidR="00EC092A" w:rsidRPr="00EC092A" w:rsidRDefault="00EC092A" w:rsidP="00EC092A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3E248B60" w14:textId="77777777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3BBE157E" w14:textId="0AA263D9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>Choose 3 words from Chapter 1</w:t>
      </w:r>
      <w:r w:rsidR="00B72945">
        <w:rPr>
          <w:rFonts w:ascii="Verdana" w:hAnsi="Verdana"/>
          <w:color w:val="000000" w:themeColor="text1"/>
        </w:rPr>
        <w:t>0</w:t>
      </w:r>
    </w:p>
    <w:p w14:paraId="064B4C2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11B46129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50002D3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1D2C60F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7E0500B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20F87EF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782A81BE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1C05DF2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1BE0D393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1B216CE5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6C5B5366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069B5177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0F90FACE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47F269A2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39CB398E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46BBDEC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64C2F7C2" w14:textId="4161AB4F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11: Secret Friend Steps Up</w:t>
      </w:r>
      <w:r w:rsidR="00F42FF5">
        <w:rPr>
          <w:rFonts w:ascii="Verdana" w:hAnsi="Verdana"/>
          <w:color w:val="000000" w:themeColor="text1"/>
        </w:rPr>
        <w:t xml:space="preserve"> – Chapter Snapshot</w:t>
      </w:r>
    </w:p>
    <w:p w14:paraId="315DA898" w14:textId="77777777" w:rsidR="00F07FDD" w:rsidRPr="00964040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40FFDBDF" w14:textId="77777777" w:rsidR="0062464E" w:rsidRPr="00964040" w:rsidRDefault="0062464E" w:rsidP="0062464E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7E2750C2" w14:textId="22C31755" w:rsidR="00F07FDD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3A6D2233" w14:textId="77777777" w:rsidR="00F42FF5" w:rsidRPr="00964040" w:rsidRDefault="00F42FF5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7F042572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first?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5D1D9321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>What happened next?</w:t>
      </w:r>
      <w:r w:rsidRPr="00964040">
        <w:rPr>
          <w:rFonts w:ascii="Verdana" w:hAnsi="Verdana"/>
          <w:color w:val="000000" w:themeColor="text1"/>
        </w:rPr>
        <w:t>___</w:t>
      </w:r>
      <w:r>
        <w:rPr>
          <w:rFonts w:ascii="Verdana" w:hAnsi="Verdana"/>
          <w:color w:val="000000" w:themeColor="text1"/>
        </w:rPr>
        <w:t>_</w:t>
      </w:r>
      <w:r w:rsidRPr="00964040">
        <w:rPr>
          <w:rFonts w:ascii="Verdana" w:hAnsi="Verdana"/>
          <w:color w:val="000000" w:themeColor="text1"/>
        </w:rPr>
        <w:t>___________________________________________________</w:t>
      </w:r>
    </w:p>
    <w:p w14:paraId="52A2379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What happened last? </w:t>
      </w:r>
      <w:r w:rsidRPr="00964040">
        <w:rPr>
          <w:rFonts w:ascii="Verdana" w:hAnsi="Verdana"/>
          <w:color w:val="000000" w:themeColor="text1"/>
        </w:rPr>
        <w:t>_______________________________________________________</w:t>
      </w:r>
    </w:p>
    <w:p w14:paraId="343CB869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</w:p>
    <w:p w14:paraId="6EBA2D17" w14:textId="0E9DF990" w:rsidR="00766C7D" w:rsidRPr="00676A3A" w:rsidRDefault="0076322B">
      <w:pPr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Mystery Solved</w:t>
      </w:r>
    </w:p>
    <w:p w14:paraId="7760C45D" w14:textId="3949B624" w:rsidR="00766C7D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Who was the Secret Friend? ____________</w:t>
      </w:r>
      <w:r w:rsidR="00676A3A">
        <w:rPr>
          <w:rFonts w:ascii="Verdana" w:hAnsi="Verdana"/>
          <w:color w:val="000000" w:themeColor="text1"/>
        </w:rPr>
        <w:t>__________________</w:t>
      </w:r>
      <w:r w:rsidRPr="00964040">
        <w:rPr>
          <w:rFonts w:ascii="Verdana" w:hAnsi="Verdana"/>
          <w:color w:val="000000" w:themeColor="text1"/>
        </w:rPr>
        <w:t>_____________________</w:t>
      </w:r>
    </w:p>
    <w:p w14:paraId="2CF6B1A8" w14:textId="0CA254E1" w:rsidR="0076322B" w:rsidRPr="00964040" w:rsidRDefault="00E83EA8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Were you surprised</w:t>
      </w:r>
      <w:r w:rsidR="0076322B">
        <w:rPr>
          <w:rFonts w:ascii="Verdana" w:hAnsi="Verdana"/>
          <w:color w:val="000000" w:themeColor="text1"/>
        </w:rPr>
        <w:t>?</w:t>
      </w:r>
      <w:r>
        <w:rPr>
          <w:rFonts w:ascii="Verdana" w:hAnsi="Verdana"/>
          <w:color w:val="000000" w:themeColor="text1"/>
        </w:rPr>
        <w:t xml:space="preserve"> </w:t>
      </w:r>
      <w:r w:rsidR="0076322B">
        <w:rPr>
          <w:rFonts w:ascii="Verdana" w:hAnsi="Verdana"/>
          <w:color w:val="000000" w:themeColor="text1"/>
        </w:rPr>
        <w:t>___________________</w:t>
      </w:r>
      <w:r>
        <w:rPr>
          <w:rFonts w:ascii="Verdana" w:hAnsi="Verdana"/>
          <w:color w:val="000000" w:themeColor="text1"/>
        </w:rPr>
        <w:t>_______________________</w:t>
      </w:r>
      <w:r w:rsidR="0076322B">
        <w:rPr>
          <w:rFonts w:ascii="Verdana" w:hAnsi="Verdana"/>
          <w:color w:val="000000" w:themeColor="text1"/>
        </w:rPr>
        <w:t>_______________</w:t>
      </w:r>
    </w:p>
    <w:p w14:paraId="565A0B1C" w14:textId="218542BC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Motive (why did they do it)? ______________</w:t>
      </w:r>
      <w:r w:rsidR="00676A3A">
        <w:rPr>
          <w:rFonts w:ascii="Verdana" w:hAnsi="Verdana"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</w:t>
      </w:r>
    </w:p>
    <w:p w14:paraId="57691D98" w14:textId="3CF564C3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How did they do it? ______________________</w:t>
      </w:r>
      <w:r w:rsidR="00676A3A">
        <w:rPr>
          <w:rFonts w:ascii="Verdana" w:hAnsi="Verdana"/>
          <w:color w:val="000000" w:themeColor="text1"/>
        </w:rPr>
        <w:t>__________</w:t>
      </w:r>
      <w:r w:rsidRPr="00964040">
        <w:rPr>
          <w:rFonts w:ascii="Verdana" w:hAnsi="Verdana"/>
          <w:color w:val="000000" w:themeColor="text1"/>
        </w:rPr>
        <w:t>__________________________</w:t>
      </w:r>
    </w:p>
    <w:p w14:paraId="76A123B0" w14:textId="5865B8BE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How did the class make it right? ______________</w:t>
      </w:r>
      <w:r w:rsidR="00676A3A">
        <w:rPr>
          <w:rFonts w:ascii="Verdana" w:hAnsi="Verdana"/>
          <w:color w:val="000000" w:themeColor="text1"/>
        </w:rPr>
        <w:t>___</w:t>
      </w:r>
      <w:r w:rsidRPr="00964040">
        <w:rPr>
          <w:rFonts w:ascii="Verdana" w:hAnsi="Verdana"/>
          <w:color w:val="000000" w:themeColor="text1"/>
        </w:rPr>
        <w:t>_______________________________</w:t>
      </w:r>
    </w:p>
    <w:p w14:paraId="1EE2FE1E" w14:textId="77777777" w:rsidR="00766C7D" w:rsidRPr="00964040" w:rsidRDefault="00766C7D">
      <w:pPr>
        <w:rPr>
          <w:rFonts w:ascii="Verdana" w:hAnsi="Verdana"/>
          <w:color w:val="000000" w:themeColor="text1"/>
        </w:rPr>
      </w:pPr>
    </w:p>
    <w:p w14:paraId="053B7D06" w14:textId="03C9F06E" w:rsidR="00766C7D" w:rsidRPr="00964040" w:rsidRDefault="00F11F09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Archer’s Signals</w:t>
      </w:r>
      <w:r w:rsidR="00EA4CFC" w:rsidRPr="00964040">
        <w:rPr>
          <w:rFonts w:ascii="Verdana" w:hAnsi="Verdana"/>
          <w:b/>
          <w:color w:val="000000" w:themeColor="text1"/>
        </w:rPr>
        <w:t xml:space="preserve"> </w:t>
      </w:r>
      <w:r w:rsidR="00EA4CFC" w:rsidRPr="00E57DB5">
        <w:rPr>
          <w:rFonts w:ascii="Verdana" w:hAnsi="Verdana"/>
          <w:bCs/>
          <w:color w:val="000000" w:themeColor="text1"/>
        </w:rPr>
        <w:t>(check all that match)</w:t>
      </w:r>
    </w:p>
    <w:p w14:paraId="56380487" w14:textId="77777777" w:rsidR="00766C7D" w:rsidRPr="00964040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sniffing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sitting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soft whine</w:t>
      </w:r>
    </w:p>
    <w:p w14:paraId="3E129578" w14:textId="77777777" w:rsidR="00766C7D" w:rsidRDefault="00EA4CFC">
      <w:pPr>
        <w:rPr>
          <w:rFonts w:ascii="Verdana" w:hAnsi="Verdana"/>
          <w:color w:val="000000" w:themeColor="text1"/>
        </w:rPr>
      </w:pP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tail wag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ears perked  </w:t>
      </w:r>
      <w:r w:rsidRPr="00964040">
        <w:rPr>
          <w:rFonts w:ascii="Segoe UI Symbol" w:hAnsi="Segoe UI Symbol" w:cs="Segoe UI Symbol"/>
          <w:color w:val="000000" w:themeColor="text1"/>
        </w:rPr>
        <w:t>☐</w:t>
      </w:r>
      <w:r w:rsidRPr="00964040">
        <w:rPr>
          <w:rFonts w:ascii="Verdana" w:hAnsi="Verdana"/>
          <w:color w:val="000000" w:themeColor="text1"/>
        </w:rPr>
        <w:t xml:space="preserve"> calm body</w:t>
      </w:r>
    </w:p>
    <w:p w14:paraId="454B9D1A" w14:textId="77777777" w:rsidR="008C75C1" w:rsidRPr="00964040" w:rsidRDefault="008C75C1">
      <w:pPr>
        <w:rPr>
          <w:rFonts w:ascii="Verdana" w:hAnsi="Verdana"/>
          <w:color w:val="000000" w:themeColor="text1"/>
        </w:rPr>
      </w:pPr>
    </w:p>
    <w:p w14:paraId="60A7727D" w14:textId="77777777" w:rsidR="008C75C1" w:rsidRDefault="008C75C1" w:rsidP="008C75C1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My Chapter Notes:</w:t>
      </w:r>
    </w:p>
    <w:p w14:paraId="12E01535" w14:textId="77777777" w:rsidR="008C75C1" w:rsidRPr="00964040" w:rsidRDefault="008C75C1" w:rsidP="008C75C1">
      <w:pPr>
        <w:spacing w:line="420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4040">
        <w:rPr>
          <w:rFonts w:ascii="Verdana" w:hAnsi="Verdana"/>
          <w:color w:val="000000" w:themeColor="text1"/>
        </w:rPr>
        <w:br w:type="page"/>
      </w:r>
    </w:p>
    <w:p w14:paraId="1BD51A15" w14:textId="3D502751" w:rsidR="00766C7D" w:rsidRPr="00964040" w:rsidRDefault="00EA4CFC">
      <w:pPr>
        <w:pStyle w:val="Heading1"/>
        <w:jc w:val="center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lastRenderedPageBreak/>
        <w:t>Chapter 11: Secret Friend Steps Up</w:t>
      </w:r>
      <w:r w:rsidR="00F42FF5">
        <w:rPr>
          <w:rFonts w:ascii="Verdana" w:hAnsi="Verdana"/>
          <w:color w:val="000000" w:themeColor="text1"/>
        </w:rPr>
        <w:t xml:space="preserve"> -</w:t>
      </w:r>
      <w:r w:rsidRPr="00964040">
        <w:rPr>
          <w:rFonts w:ascii="Verdana" w:hAnsi="Verdana"/>
          <w:color w:val="000000" w:themeColor="text1"/>
        </w:rPr>
        <w:t xml:space="preserve"> Think Like a Detective</w:t>
      </w:r>
    </w:p>
    <w:p w14:paraId="1BC92561" w14:textId="77777777" w:rsidR="00676A3A" w:rsidRDefault="00676A3A" w:rsidP="00676A3A">
      <w:pPr>
        <w:spacing w:after="0" w:line="240" w:lineRule="auto"/>
        <w:contextualSpacing/>
        <w:rPr>
          <w:rFonts w:ascii="Verdana" w:hAnsi="Verdana"/>
          <w:b/>
          <w:color w:val="000000" w:themeColor="text1"/>
        </w:rPr>
      </w:pPr>
    </w:p>
    <w:p w14:paraId="0EABCC4A" w14:textId="77777777" w:rsidR="00676A3A" w:rsidRPr="00964040" w:rsidRDefault="00676A3A" w:rsidP="00676A3A">
      <w:pPr>
        <w:spacing w:after="0" w:line="240" w:lineRule="auto"/>
        <w:contextualSpacing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Name: </w:t>
      </w:r>
      <w:r w:rsidRPr="00964040">
        <w:rPr>
          <w:rFonts w:ascii="Verdana" w:hAnsi="Verdana"/>
          <w:color w:val="000000" w:themeColor="text1"/>
        </w:rPr>
        <w:t xml:space="preserve">_________________________________________    </w:t>
      </w:r>
      <w:r w:rsidRPr="00964040">
        <w:rPr>
          <w:rFonts w:ascii="Verdana" w:hAnsi="Verdana"/>
          <w:b/>
          <w:color w:val="000000" w:themeColor="text1"/>
        </w:rPr>
        <w:t xml:space="preserve">Date: </w:t>
      </w:r>
      <w:r w:rsidRPr="00964040">
        <w:rPr>
          <w:rFonts w:ascii="Verdana" w:hAnsi="Verdana"/>
          <w:color w:val="000000" w:themeColor="text1"/>
        </w:rPr>
        <w:t>_____________</w:t>
      </w:r>
    </w:p>
    <w:p w14:paraId="6FC8E262" w14:textId="77777777" w:rsidR="00676A3A" w:rsidRPr="00964040" w:rsidRDefault="00676A3A" w:rsidP="00676A3A">
      <w:pPr>
        <w:spacing w:after="0"/>
        <w:contextualSpacing/>
        <w:rPr>
          <w:rFonts w:ascii="Verdana" w:hAnsi="Verdana"/>
          <w:color w:val="000000" w:themeColor="text1"/>
        </w:rPr>
      </w:pPr>
    </w:p>
    <w:p w14:paraId="6C7B88FC" w14:textId="77777777" w:rsidR="00C60975" w:rsidRPr="00964040" w:rsidRDefault="00C60975" w:rsidP="00C60975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1) Something I wondered: </w:t>
      </w:r>
      <w:r w:rsidRPr="002F0A9B">
        <w:rPr>
          <w:rFonts w:ascii="Verdana" w:hAnsi="Verdana"/>
          <w:bCs/>
          <w:color w:val="000000" w:themeColor="text1"/>
        </w:rPr>
        <w:t>________</w:t>
      </w:r>
      <w:r w:rsidRPr="00964040">
        <w:rPr>
          <w:rFonts w:ascii="Verdana" w:hAnsi="Verdana"/>
          <w:color w:val="000000" w:themeColor="text1"/>
        </w:rPr>
        <w:t>_______________________________________</w:t>
      </w:r>
    </w:p>
    <w:p w14:paraId="5A430F6D" w14:textId="51626C8A" w:rsidR="00C60975" w:rsidRPr="002F0A9B" w:rsidRDefault="00C60975" w:rsidP="00C60975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b/>
          <w:color w:val="000000" w:themeColor="text1"/>
        </w:rPr>
        <w:t xml:space="preserve">2) </w:t>
      </w:r>
      <w:r w:rsidR="00145250">
        <w:rPr>
          <w:rFonts w:ascii="Verdana" w:hAnsi="Verdana"/>
          <w:b/>
          <w:color w:val="000000" w:themeColor="text1"/>
        </w:rPr>
        <w:t>Prediction Check</w:t>
      </w:r>
    </w:p>
    <w:p w14:paraId="31889726" w14:textId="37914ACC" w:rsidR="002F0A9B" w:rsidRPr="002F0A9B" w:rsidRDefault="002F0A9B" w:rsidP="00C60975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color w:val="000000" w:themeColor="text1"/>
        </w:rPr>
        <w:t>I predicted ____________________________________________took the crayons.</w:t>
      </w:r>
    </w:p>
    <w:p w14:paraId="261D9564" w14:textId="298B0856" w:rsidR="002F0A9B" w:rsidRPr="002F0A9B" w:rsidRDefault="002F0A9B" w:rsidP="00C60975">
      <w:pPr>
        <w:rPr>
          <w:rFonts w:ascii="Verdana" w:hAnsi="Verdana"/>
          <w:color w:val="000000" w:themeColor="text1"/>
        </w:rPr>
      </w:pPr>
      <w:r w:rsidRPr="002F0A9B">
        <w:rPr>
          <w:rFonts w:ascii="Verdana" w:hAnsi="Verdana"/>
          <w:color w:val="000000" w:themeColor="text1"/>
        </w:rPr>
        <w:t>I was correct / not correct because ____________________________________</w:t>
      </w:r>
      <w:r>
        <w:rPr>
          <w:rFonts w:ascii="Verdana" w:hAnsi="Verdana"/>
          <w:color w:val="000000" w:themeColor="text1"/>
        </w:rPr>
        <w:t>___.</w:t>
      </w:r>
    </w:p>
    <w:p w14:paraId="58E70B67" w14:textId="77777777" w:rsidR="00EC092A" w:rsidRDefault="00EC092A" w:rsidP="004773DC">
      <w:pPr>
        <w:rPr>
          <w:rFonts w:ascii="Verdana" w:hAnsi="Verdana"/>
          <w:b/>
          <w:bCs/>
          <w:color w:val="000000" w:themeColor="text1"/>
        </w:rPr>
      </w:pPr>
      <w:r w:rsidRPr="00EC092A">
        <w:rPr>
          <w:rFonts w:ascii="Verdana" w:hAnsi="Verdana"/>
          <w:b/>
          <w:bCs/>
          <w:color w:val="000000" w:themeColor="text1"/>
        </w:rPr>
        <w:t>3) Character feelings:</w:t>
      </w:r>
    </w:p>
    <w:p w14:paraId="6A62A0E3" w14:textId="77777777" w:rsidR="00EC092A" w:rsidRPr="00EC092A" w:rsidRDefault="00EC092A" w:rsidP="004773DC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Choose one character from this chapter: __________________________</w:t>
      </w:r>
    </w:p>
    <w:p w14:paraId="25FA0007" w14:textId="2982EEBD" w:rsidR="00EC092A" w:rsidRPr="00EC092A" w:rsidRDefault="00EC092A" w:rsidP="004773DC">
      <w:pPr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How did the character feel? ______________________________</w:t>
      </w:r>
      <w:r>
        <w:rPr>
          <w:rFonts w:ascii="Verdana" w:hAnsi="Verdana"/>
          <w:color w:val="000000" w:themeColor="text1"/>
        </w:rPr>
        <w:t>________</w:t>
      </w:r>
      <w:r w:rsidRPr="00EC092A">
        <w:rPr>
          <w:rFonts w:ascii="Verdana" w:hAnsi="Verdana"/>
          <w:color w:val="000000" w:themeColor="text1"/>
        </w:rPr>
        <w:t>_________</w:t>
      </w:r>
      <w:r>
        <w:rPr>
          <w:rFonts w:ascii="Verdana" w:hAnsi="Verdana"/>
          <w:color w:val="000000" w:themeColor="text1"/>
        </w:rPr>
        <w:t>.</w:t>
      </w:r>
    </w:p>
    <w:p w14:paraId="4C2FA1C7" w14:textId="691364DD" w:rsidR="00EC092A" w:rsidRPr="00EC092A" w:rsidRDefault="00EC092A" w:rsidP="00EC092A">
      <w:pPr>
        <w:spacing w:after="240"/>
        <w:rPr>
          <w:rFonts w:ascii="Verdana" w:hAnsi="Verdana"/>
          <w:color w:val="000000" w:themeColor="text1"/>
        </w:rPr>
      </w:pPr>
      <w:r w:rsidRPr="00EC092A">
        <w:rPr>
          <w:rFonts w:ascii="Verdana" w:hAnsi="Verdana"/>
          <w:color w:val="000000" w:themeColor="text1"/>
        </w:rPr>
        <w:t>What in the chapter made you think that? ____________________________</w:t>
      </w:r>
      <w:r>
        <w:rPr>
          <w:rFonts w:ascii="Verdana" w:hAnsi="Verdana"/>
          <w:color w:val="000000" w:themeColor="text1"/>
        </w:rPr>
        <w:t>_______</w:t>
      </w:r>
      <w:r w:rsidRPr="00EC092A">
        <w:rPr>
          <w:rFonts w:ascii="Verdana" w:hAnsi="Verdana"/>
          <w:color w:val="000000" w:themeColor="text1"/>
        </w:rPr>
        <w:t>_</w:t>
      </w:r>
    </w:p>
    <w:p w14:paraId="18209EB2" w14:textId="02D8A49C" w:rsidR="00676A3A" w:rsidRPr="00964040" w:rsidRDefault="00676A3A" w:rsidP="004773DC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b/>
          <w:color w:val="000000" w:themeColor="text1"/>
        </w:rPr>
        <w:t xml:space="preserve">4) Word Detective Log: </w:t>
      </w:r>
      <w:r w:rsidRPr="00964040">
        <w:rPr>
          <w:rFonts w:ascii="Verdana" w:hAnsi="Verdana"/>
          <w:color w:val="000000" w:themeColor="text1"/>
        </w:rPr>
        <w:t>Choose 3 words from Chapter 1</w:t>
      </w:r>
      <w:r w:rsidR="00B72945">
        <w:rPr>
          <w:rFonts w:ascii="Verdana" w:hAnsi="Verdana"/>
          <w:color w:val="000000" w:themeColor="text1"/>
        </w:rPr>
        <w:t>1</w:t>
      </w:r>
    </w:p>
    <w:p w14:paraId="3674D60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3B438955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28F863F6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5C1FA54A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514E85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4E213C7F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6C1AC281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59A4BE0E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201C0E35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6F59C90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628270E7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3: ____________________   Page: ____________</w:t>
      </w:r>
    </w:p>
    <w:p w14:paraId="413239E4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3EE3AFDA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3FDE17BC" w14:textId="77777777" w:rsidR="00676A3A" w:rsidRDefault="00676A3A" w:rsidP="00676A3A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46416375" w14:textId="77777777" w:rsidR="00676A3A" w:rsidRPr="00964040" w:rsidRDefault="00676A3A" w:rsidP="00676A3A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55916960" w14:textId="77777777" w:rsidR="00676A3A" w:rsidRPr="00964040" w:rsidRDefault="00676A3A" w:rsidP="00676A3A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br w:type="page"/>
      </w:r>
    </w:p>
    <w:p w14:paraId="0B005AC1" w14:textId="215B0639" w:rsidR="00822FC4" w:rsidRPr="00822FC4" w:rsidRDefault="00822FC4" w:rsidP="00822FC4">
      <w:pPr>
        <w:jc w:val="center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822FC4">
        <w:rPr>
          <w:rFonts w:ascii="Verdana" w:hAnsi="Verdana"/>
          <w:b/>
          <w:bCs/>
          <w:color w:val="000000" w:themeColor="text1"/>
          <w:sz w:val="28"/>
          <w:szCs w:val="28"/>
        </w:rPr>
        <w:lastRenderedPageBreak/>
        <w:t>Therapy Dog</w:t>
      </w:r>
      <w:r w:rsidR="003E6AD0">
        <w:rPr>
          <w:rFonts w:ascii="Verdana" w:hAnsi="Verdana"/>
          <w:b/>
          <w:bCs/>
          <w:color w:val="000000" w:themeColor="text1"/>
          <w:sz w:val="28"/>
          <w:szCs w:val="28"/>
        </w:rPr>
        <w:t>s in Real Life</w:t>
      </w:r>
    </w:p>
    <w:p w14:paraId="27A64920" w14:textId="77777777" w:rsidR="00822FC4" w:rsidRPr="00822FC4" w:rsidRDefault="00822FC4" w:rsidP="00822FC4">
      <w:pPr>
        <w:jc w:val="center"/>
        <w:rPr>
          <w:rFonts w:ascii="Verdana" w:hAnsi="Verdana"/>
          <w:bCs/>
          <w:color w:val="000000" w:themeColor="text1"/>
        </w:rPr>
      </w:pPr>
      <w:r w:rsidRPr="00822FC4">
        <w:rPr>
          <w:rFonts w:ascii="Verdana" w:hAnsi="Verdana"/>
          <w:bCs/>
          <w:i/>
          <w:iCs/>
          <w:color w:val="000000" w:themeColor="text1"/>
        </w:rPr>
        <w:t>(Use the section called: “Want to know more about Therapy Dogs?”)</w:t>
      </w:r>
    </w:p>
    <w:p w14:paraId="743DE540" w14:textId="77777777" w:rsidR="00F07FDD" w:rsidRPr="00822FC4" w:rsidRDefault="00F07FDD" w:rsidP="00F07FDD">
      <w:pPr>
        <w:spacing w:after="0" w:line="240" w:lineRule="auto"/>
        <w:contextualSpacing/>
        <w:rPr>
          <w:rFonts w:ascii="Verdana" w:hAnsi="Verdana"/>
          <w:color w:val="000000" w:themeColor="text1"/>
        </w:rPr>
      </w:pPr>
    </w:p>
    <w:p w14:paraId="4E7A70EF" w14:textId="706CEE9A" w:rsidR="0062464E" w:rsidRPr="00822FC4" w:rsidRDefault="0062464E" w:rsidP="0062464E">
      <w:pPr>
        <w:spacing w:after="0" w:line="240" w:lineRule="auto"/>
        <w:contextualSpacing/>
        <w:rPr>
          <w:rFonts w:ascii="Verdana" w:hAnsi="Verdana"/>
          <w:b/>
          <w:bCs/>
          <w:color w:val="000000" w:themeColor="text1"/>
        </w:rPr>
      </w:pPr>
      <w:r w:rsidRPr="00822FC4">
        <w:rPr>
          <w:rFonts w:ascii="Verdana" w:hAnsi="Verdana"/>
          <w:b/>
          <w:bCs/>
          <w:color w:val="000000" w:themeColor="text1"/>
        </w:rPr>
        <w:t>Name: ______________________________________    Date: _____________</w:t>
      </w:r>
    </w:p>
    <w:p w14:paraId="1B112260" w14:textId="77777777" w:rsidR="00F07FDD" w:rsidRPr="00822FC4" w:rsidRDefault="00F07FDD" w:rsidP="00F07FDD">
      <w:pPr>
        <w:spacing w:after="0"/>
        <w:contextualSpacing/>
        <w:rPr>
          <w:rFonts w:ascii="Verdana" w:hAnsi="Verdana"/>
          <w:color w:val="000000" w:themeColor="text1"/>
        </w:rPr>
      </w:pPr>
    </w:p>
    <w:p w14:paraId="48037702" w14:textId="4AA7F849" w:rsidR="00822FC4" w:rsidRPr="003E6AD0" w:rsidRDefault="00822FC4" w:rsidP="003E6AD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color w:val="000000" w:themeColor="text1"/>
        </w:rPr>
      </w:pPr>
      <w:r w:rsidRPr="003E6AD0">
        <w:rPr>
          <w:rFonts w:ascii="Verdana" w:hAnsi="Verdana"/>
          <w:b/>
          <w:bCs/>
          <w:color w:val="000000" w:themeColor="text1"/>
        </w:rPr>
        <w:t>Evidence Hunt</w:t>
      </w:r>
      <w:r w:rsidR="003E6AD0">
        <w:rPr>
          <w:rFonts w:ascii="Verdana" w:hAnsi="Verdana"/>
          <w:b/>
          <w:bCs/>
          <w:color w:val="000000" w:themeColor="text1"/>
        </w:rPr>
        <w:t>:</w:t>
      </w:r>
    </w:p>
    <w:p w14:paraId="47F9732C" w14:textId="26CA85FB" w:rsidR="00822FC4" w:rsidRPr="00822FC4" w:rsidRDefault="002D0F93" w:rsidP="00822FC4">
      <w:pPr>
        <w:numPr>
          <w:ilvl w:val="0"/>
          <w:numId w:val="1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 xml:space="preserve">Archer </w:t>
      </w:r>
      <w:r>
        <w:rPr>
          <w:rFonts w:ascii="Verdana" w:hAnsi="Verdana"/>
          <w:color w:val="000000" w:themeColor="text1"/>
        </w:rPr>
        <w:t xml:space="preserve">lives in </w:t>
      </w:r>
      <w:r w:rsidR="00822FC4" w:rsidRPr="00822FC4">
        <w:rPr>
          <w:rFonts w:ascii="Verdana" w:hAnsi="Verdana"/>
          <w:color w:val="000000" w:themeColor="text1"/>
        </w:rPr>
        <w:t>__________________________.</w:t>
      </w:r>
    </w:p>
    <w:p w14:paraId="47C44AF5" w14:textId="604F4A8D" w:rsidR="00822FC4" w:rsidRDefault="00822FC4" w:rsidP="00822FC4">
      <w:pPr>
        <w:numPr>
          <w:ilvl w:val="0"/>
          <w:numId w:val="10"/>
        </w:numPr>
        <w:rPr>
          <w:rFonts w:ascii="Verdana" w:hAnsi="Verdana"/>
          <w:color w:val="000000" w:themeColor="text1"/>
        </w:rPr>
      </w:pPr>
      <w:r w:rsidRPr="00822FC4">
        <w:rPr>
          <w:rFonts w:ascii="Verdana" w:hAnsi="Verdana"/>
          <w:color w:val="000000" w:themeColor="text1"/>
        </w:rPr>
        <w:t xml:space="preserve">What did Archer and Katie have to do to become a </w:t>
      </w:r>
      <w:r w:rsidR="002D0F93">
        <w:rPr>
          <w:rFonts w:ascii="Verdana" w:hAnsi="Verdana"/>
          <w:color w:val="000000" w:themeColor="text1"/>
        </w:rPr>
        <w:t xml:space="preserve">therapy dog </w:t>
      </w:r>
      <w:r w:rsidRPr="00822FC4">
        <w:rPr>
          <w:rFonts w:ascii="Verdana" w:hAnsi="Verdana"/>
          <w:color w:val="000000" w:themeColor="text1"/>
        </w:rPr>
        <w:t>team?</w:t>
      </w:r>
      <w:r w:rsidR="002D0F93">
        <w:rPr>
          <w:rFonts w:ascii="Verdana" w:hAnsi="Verdana"/>
          <w:color w:val="000000" w:themeColor="text1"/>
        </w:rPr>
        <w:t xml:space="preserve"> </w:t>
      </w:r>
      <w:r w:rsidR="003E6AD0">
        <w:rPr>
          <w:rFonts w:ascii="Verdana" w:hAnsi="Verdana"/>
          <w:color w:val="000000" w:themeColor="text1"/>
        </w:rPr>
        <w:t>__________</w:t>
      </w:r>
    </w:p>
    <w:p w14:paraId="131DFFAE" w14:textId="7EFD176B" w:rsidR="003E6AD0" w:rsidRDefault="003E6AD0" w:rsidP="003E6AD0">
      <w:pPr>
        <w:ind w:left="72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</w:t>
      </w:r>
    </w:p>
    <w:p w14:paraId="617400CA" w14:textId="76E6C717" w:rsidR="00822FC4" w:rsidRPr="00822FC4" w:rsidRDefault="003E6AD0" w:rsidP="00822FC4">
      <w:pPr>
        <w:numPr>
          <w:ilvl w:val="0"/>
          <w:numId w:val="11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What types of places do therapy dogs visit? _______________________________</w:t>
      </w:r>
    </w:p>
    <w:p w14:paraId="1658A65F" w14:textId="77777777" w:rsidR="003E6AD0" w:rsidRPr="003E6AD0" w:rsidRDefault="003E6AD0" w:rsidP="003E6AD0">
      <w:pPr>
        <w:pStyle w:val="ListParagraph"/>
        <w:rPr>
          <w:rFonts w:ascii="Verdana" w:hAnsi="Verdana"/>
          <w:color w:val="000000" w:themeColor="text1"/>
        </w:rPr>
      </w:pPr>
      <w:r w:rsidRPr="003E6AD0">
        <w:rPr>
          <w:rFonts w:ascii="Verdana" w:hAnsi="Verdana"/>
          <w:color w:val="000000" w:themeColor="text1"/>
        </w:rPr>
        <w:t>__________________________________________________________________</w:t>
      </w:r>
    </w:p>
    <w:p w14:paraId="04003AAC" w14:textId="435B09A3" w:rsidR="00822FC4" w:rsidRPr="00822FC4" w:rsidRDefault="003E6AD0" w:rsidP="003E6AD0">
      <w:pPr>
        <w:rPr>
          <w:rFonts w:ascii="Verdana" w:hAnsi="Verdana"/>
          <w:color w:val="000000" w:themeColor="text1"/>
        </w:rPr>
      </w:pPr>
      <w:r w:rsidRPr="003E6AD0">
        <w:rPr>
          <w:rFonts w:ascii="Verdana" w:hAnsi="Verdana"/>
          <w:b/>
          <w:bCs/>
          <w:color w:val="000000" w:themeColor="text1"/>
        </w:rPr>
        <w:t>2)</w:t>
      </w:r>
      <w:r w:rsidR="00822FC4" w:rsidRPr="003E6AD0">
        <w:rPr>
          <w:rFonts w:ascii="Verdana" w:hAnsi="Verdana"/>
          <w:b/>
          <w:bCs/>
          <w:color w:val="000000" w:themeColor="text1"/>
        </w:rPr>
        <w:t xml:space="preserve"> </w:t>
      </w:r>
      <w:r w:rsidR="00822FC4" w:rsidRPr="00822FC4">
        <w:rPr>
          <w:rFonts w:ascii="Verdana" w:hAnsi="Verdana"/>
          <w:b/>
          <w:bCs/>
          <w:color w:val="000000" w:themeColor="text1"/>
        </w:rPr>
        <w:t>Fiction vs real life:</w:t>
      </w:r>
      <w:r w:rsidR="00822FC4" w:rsidRPr="00822FC4">
        <w:rPr>
          <w:rFonts w:ascii="Verdana" w:hAnsi="Verdana"/>
          <w:color w:val="000000" w:themeColor="text1"/>
        </w:rPr>
        <w:t xml:space="preserve"> Circle </w:t>
      </w:r>
      <w:r>
        <w:rPr>
          <w:rFonts w:ascii="Verdana" w:hAnsi="Verdana"/>
          <w:color w:val="000000" w:themeColor="text1"/>
        </w:rPr>
        <w:t>YES or NO</w:t>
      </w:r>
    </w:p>
    <w:p w14:paraId="74774260" w14:textId="2BCE8FB1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>Archer is always on leash</w:t>
      </w:r>
      <w:r>
        <w:rPr>
          <w:rFonts w:ascii="Verdana" w:hAnsi="Verdana"/>
          <w:color w:val="000000" w:themeColor="text1"/>
        </w:rPr>
        <w:t>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1E3A5AFB" w14:textId="10D2E899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>Archer spends all day, every day in one classroom.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3FC11DA2" w14:textId="2640DFA9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>Archer wears his vest on every therapy dog visit.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6E9AB082" w14:textId="453F822C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>Archer usually wears a bandana on therapy dog visits.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3F725134" w14:textId="2E95BFC1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>A therapy dog visit typically lasts about an hour.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1FA219F9" w14:textId="2D0B6657" w:rsidR="00822FC4" w:rsidRPr="00822FC4" w:rsidRDefault="0045267C" w:rsidP="00822FC4">
      <w:pPr>
        <w:numPr>
          <w:ilvl w:val="1"/>
          <w:numId w:val="20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real life, </w:t>
      </w:r>
      <w:r w:rsidR="00822FC4" w:rsidRPr="00822FC4">
        <w:rPr>
          <w:rFonts w:ascii="Verdana" w:hAnsi="Verdana"/>
          <w:color w:val="000000" w:themeColor="text1"/>
        </w:rPr>
        <w:t xml:space="preserve">Archer and Katie </w:t>
      </w:r>
      <w:r>
        <w:rPr>
          <w:rFonts w:ascii="Verdana" w:hAnsi="Verdana"/>
          <w:color w:val="000000" w:themeColor="text1"/>
        </w:rPr>
        <w:t>visit</w:t>
      </w:r>
      <w:r w:rsidR="00822FC4" w:rsidRPr="00822FC4">
        <w:rPr>
          <w:rFonts w:ascii="Verdana" w:hAnsi="Verdana"/>
          <w:color w:val="000000" w:themeColor="text1"/>
        </w:rPr>
        <w:t xml:space="preserve"> multiple </w:t>
      </w:r>
      <w:r w:rsidR="00145250">
        <w:rPr>
          <w:rFonts w:ascii="Verdana" w:hAnsi="Verdana"/>
          <w:color w:val="000000" w:themeColor="text1"/>
        </w:rPr>
        <w:t>location</w:t>
      </w:r>
      <w:r>
        <w:rPr>
          <w:rFonts w:ascii="Verdana" w:hAnsi="Verdana"/>
          <w:color w:val="000000" w:themeColor="text1"/>
        </w:rPr>
        <w:t xml:space="preserve">s </w:t>
      </w:r>
      <w:r w:rsidR="00822FC4" w:rsidRPr="00822FC4">
        <w:rPr>
          <w:rFonts w:ascii="Verdana" w:hAnsi="Verdana"/>
          <w:color w:val="000000" w:themeColor="text1"/>
        </w:rPr>
        <w:t>each day.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>YES</w:t>
      </w:r>
      <w:r w:rsidR="00A719A7">
        <w:rPr>
          <w:rFonts w:ascii="Verdana" w:hAnsi="Verdana"/>
          <w:color w:val="000000" w:themeColor="text1"/>
        </w:rPr>
        <w:t xml:space="preserve"> </w:t>
      </w:r>
      <w:r w:rsidR="00822FC4" w:rsidRPr="00822FC4">
        <w:rPr>
          <w:rFonts w:ascii="Verdana" w:hAnsi="Verdana"/>
          <w:color w:val="000000" w:themeColor="text1"/>
        </w:rPr>
        <w:t xml:space="preserve"> NO</w:t>
      </w:r>
    </w:p>
    <w:p w14:paraId="00627F4D" w14:textId="775DD350" w:rsidR="003E6AD0" w:rsidRPr="00964040" w:rsidRDefault="003E6AD0" w:rsidP="003E6AD0">
      <w:pPr>
        <w:rPr>
          <w:rFonts w:ascii="Verdana" w:hAnsi="Verdana"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3</w:t>
      </w:r>
      <w:r w:rsidRPr="00964040">
        <w:rPr>
          <w:rFonts w:ascii="Verdana" w:hAnsi="Verdana"/>
          <w:b/>
          <w:color w:val="000000" w:themeColor="text1"/>
        </w:rPr>
        <w:t xml:space="preserve">) Word Detective Log: </w:t>
      </w:r>
      <w:r w:rsidRPr="00964040">
        <w:rPr>
          <w:rFonts w:ascii="Verdana" w:hAnsi="Verdana"/>
          <w:color w:val="000000" w:themeColor="text1"/>
        </w:rPr>
        <w:t xml:space="preserve">Choose </w:t>
      </w:r>
      <w:r>
        <w:rPr>
          <w:rFonts w:ascii="Verdana" w:hAnsi="Verdana"/>
          <w:color w:val="000000" w:themeColor="text1"/>
        </w:rPr>
        <w:t>2</w:t>
      </w:r>
      <w:r w:rsidRPr="00964040">
        <w:rPr>
          <w:rFonts w:ascii="Verdana" w:hAnsi="Verdana"/>
          <w:color w:val="000000" w:themeColor="text1"/>
        </w:rPr>
        <w:t xml:space="preserve"> words from </w:t>
      </w:r>
      <w:r>
        <w:rPr>
          <w:rFonts w:ascii="Verdana" w:hAnsi="Verdana"/>
          <w:color w:val="000000" w:themeColor="text1"/>
        </w:rPr>
        <w:t>this section</w:t>
      </w:r>
    </w:p>
    <w:p w14:paraId="5DBA4DF1" w14:textId="77777777" w:rsidR="003E6AD0" w:rsidRPr="00964040" w:rsidRDefault="003E6AD0" w:rsidP="003E6AD0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1: ____________________   Page: ____________</w:t>
      </w:r>
    </w:p>
    <w:p w14:paraId="4F4CED65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553C118F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7C7A7AEE" w14:textId="77777777" w:rsidR="003E6AD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01CAF074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p w14:paraId="61774C82" w14:textId="77777777" w:rsidR="003E6AD0" w:rsidRPr="00964040" w:rsidRDefault="003E6AD0" w:rsidP="003E6AD0">
      <w:pPr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Word 2: ____________________   Page: ____________</w:t>
      </w:r>
    </w:p>
    <w:p w14:paraId="38BF042D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My guess (before): _________________________________________________________</w:t>
      </w:r>
    </w:p>
    <w:p w14:paraId="131000E0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>Dictionary meaning: ________________________________________________________</w:t>
      </w:r>
    </w:p>
    <w:p w14:paraId="67FE52A3" w14:textId="77777777" w:rsidR="003E6AD0" w:rsidRDefault="003E6AD0" w:rsidP="003E6AD0">
      <w:pPr>
        <w:ind w:left="180"/>
        <w:rPr>
          <w:rFonts w:ascii="Verdana" w:hAnsi="Verdana"/>
          <w:color w:val="000000" w:themeColor="text1"/>
        </w:rPr>
      </w:pPr>
      <w:r w:rsidRPr="00964040">
        <w:rPr>
          <w:rFonts w:ascii="Verdana" w:hAnsi="Verdana"/>
          <w:color w:val="000000" w:themeColor="text1"/>
        </w:rPr>
        <w:t xml:space="preserve">My sentence: </w:t>
      </w:r>
      <w:r>
        <w:rPr>
          <w:rFonts w:ascii="Verdana" w:hAnsi="Verdana"/>
          <w:color w:val="000000" w:themeColor="text1"/>
        </w:rPr>
        <w:t>____</w:t>
      </w:r>
      <w:r w:rsidRPr="00964040">
        <w:rPr>
          <w:rFonts w:ascii="Verdana" w:hAnsi="Verdana"/>
          <w:color w:val="000000" w:themeColor="text1"/>
        </w:rPr>
        <w:t>__________________________________________________________</w:t>
      </w:r>
    </w:p>
    <w:p w14:paraId="22B51913" w14:textId="77777777" w:rsidR="003E6AD0" w:rsidRPr="00964040" w:rsidRDefault="003E6AD0" w:rsidP="003E6AD0">
      <w:pPr>
        <w:ind w:left="18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_________________________________________________________________________</w:t>
      </w:r>
    </w:p>
    <w:sectPr w:rsidR="003E6AD0" w:rsidRPr="00964040" w:rsidSect="00390FE6">
      <w:pgSz w:w="12240" w:h="15840"/>
      <w:pgMar w:top="72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5B151D"/>
    <w:multiLevelType w:val="multilevel"/>
    <w:tmpl w:val="7332A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200F1C5F"/>
    <w:multiLevelType w:val="multilevel"/>
    <w:tmpl w:val="20E2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FF3251"/>
    <w:multiLevelType w:val="multilevel"/>
    <w:tmpl w:val="159E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F95DED"/>
    <w:multiLevelType w:val="multilevel"/>
    <w:tmpl w:val="8C5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55BE9"/>
    <w:multiLevelType w:val="hybridMultilevel"/>
    <w:tmpl w:val="2612082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ED37B0"/>
    <w:multiLevelType w:val="multilevel"/>
    <w:tmpl w:val="2CC4B4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66D136F6"/>
    <w:multiLevelType w:val="multilevel"/>
    <w:tmpl w:val="51C43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974BD0"/>
    <w:multiLevelType w:val="multilevel"/>
    <w:tmpl w:val="6D48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B5C90"/>
    <w:multiLevelType w:val="multilevel"/>
    <w:tmpl w:val="944E0A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6D9428E0"/>
    <w:multiLevelType w:val="multilevel"/>
    <w:tmpl w:val="ACDC00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434D86"/>
    <w:multiLevelType w:val="multilevel"/>
    <w:tmpl w:val="A7561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AA70D6"/>
    <w:multiLevelType w:val="multilevel"/>
    <w:tmpl w:val="3EB62D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424460">
    <w:abstractNumId w:val="8"/>
  </w:num>
  <w:num w:numId="2" w16cid:durableId="265619803">
    <w:abstractNumId w:val="6"/>
  </w:num>
  <w:num w:numId="3" w16cid:durableId="323242738">
    <w:abstractNumId w:val="5"/>
  </w:num>
  <w:num w:numId="4" w16cid:durableId="465784335">
    <w:abstractNumId w:val="4"/>
  </w:num>
  <w:num w:numId="5" w16cid:durableId="1678337785">
    <w:abstractNumId w:val="7"/>
  </w:num>
  <w:num w:numId="6" w16cid:durableId="673460209">
    <w:abstractNumId w:val="3"/>
  </w:num>
  <w:num w:numId="7" w16cid:durableId="620843317">
    <w:abstractNumId w:val="2"/>
  </w:num>
  <w:num w:numId="8" w16cid:durableId="1031880371">
    <w:abstractNumId w:val="1"/>
  </w:num>
  <w:num w:numId="9" w16cid:durableId="421340582">
    <w:abstractNumId w:val="0"/>
  </w:num>
  <w:num w:numId="10" w16cid:durableId="2046326351">
    <w:abstractNumId w:val="10"/>
  </w:num>
  <w:num w:numId="11" w16cid:durableId="804085433">
    <w:abstractNumId w:val="19"/>
  </w:num>
  <w:num w:numId="12" w16cid:durableId="502666907">
    <w:abstractNumId w:val="9"/>
  </w:num>
  <w:num w:numId="13" w16cid:durableId="1607931834">
    <w:abstractNumId w:val="15"/>
  </w:num>
  <w:num w:numId="14" w16cid:durableId="9990697">
    <w:abstractNumId w:val="18"/>
  </w:num>
  <w:num w:numId="15" w16cid:durableId="1326978278">
    <w:abstractNumId w:val="17"/>
  </w:num>
  <w:num w:numId="16" w16cid:durableId="1769227493">
    <w:abstractNumId w:val="20"/>
  </w:num>
  <w:num w:numId="17" w16cid:durableId="384762627">
    <w:abstractNumId w:val="14"/>
  </w:num>
  <w:num w:numId="18" w16cid:durableId="1952543674">
    <w:abstractNumId w:val="11"/>
  </w:num>
  <w:num w:numId="19" w16cid:durableId="1438137366">
    <w:abstractNumId w:val="16"/>
  </w:num>
  <w:num w:numId="20" w16cid:durableId="510340110">
    <w:abstractNumId w:val="12"/>
  </w:num>
  <w:num w:numId="21" w16cid:durableId="39462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9D0"/>
    <w:rsid w:val="0006063C"/>
    <w:rsid w:val="00131114"/>
    <w:rsid w:val="00145250"/>
    <w:rsid w:val="0015074B"/>
    <w:rsid w:val="002248B4"/>
    <w:rsid w:val="00237F21"/>
    <w:rsid w:val="0029639D"/>
    <w:rsid w:val="002D0F93"/>
    <w:rsid w:val="002F0A9B"/>
    <w:rsid w:val="003041BF"/>
    <w:rsid w:val="00326F90"/>
    <w:rsid w:val="003810C8"/>
    <w:rsid w:val="00390FE6"/>
    <w:rsid w:val="003E6AD0"/>
    <w:rsid w:val="0045267C"/>
    <w:rsid w:val="004773DC"/>
    <w:rsid w:val="00570F30"/>
    <w:rsid w:val="00577404"/>
    <w:rsid w:val="0062464E"/>
    <w:rsid w:val="00676A3A"/>
    <w:rsid w:val="006773DB"/>
    <w:rsid w:val="006D4B54"/>
    <w:rsid w:val="0076322B"/>
    <w:rsid w:val="00766C7D"/>
    <w:rsid w:val="007A160E"/>
    <w:rsid w:val="00822FC4"/>
    <w:rsid w:val="008C533D"/>
    <w:rsid w:val="008C75C1"/>
    <w:rsid w:val="009530B5"/>
    <w:rsid w:val="00964040"/>
    <w:rsid w:val="00A719A7"/>
    <w:rsid w:val="00AA1D8D"/>
    <w:rsid w:val="00AA2564"/>
    <w:rsid w:val="00B47730"/>
    <w:rsid w:val="00B72945"/>
    <w:rsid w:val="00B748A2"/>
    <w:rsid w:val="00C12017"/>
    <w:rsid w:val="00C60975"/>
    <w:rsid w:val="00C61A23"/>
    <w:rsid w:val="00CA537C"/>
    <w:rsid w:val="00CB0664"/>
    <w:rsid w:val="00D1617A"/>
    <w:rsid w:val="00D26C9D"/>
    <w:rsid w:val="00E57DB5"/>
    <w:rsid w:val="00E82192"/>
    <w:rsid w:val="00E83EA8"/>
    <w:rsid w:val="00EA4CFC"/>
    <w:rsid w:val="00EC06BA"/>
    <w:rsid w:val="00EC092A"/>
    <w:rsid w:val="00F07FDD"/>
    <w:rsid w:val="00F11F09"/>
    <w:rsid w:val="00F42FF5"/>
    <w:rsid w:val="00F774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1E4550"/>
  <w14:defaultImageDpi w14:val="300"/>
  <w15:docId w15:val="{9CFC4355-7E83-43F9-A3DF-3F8BD642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5C1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25</Pages>
  <Words>5458</Words>
  <Characters>31114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Kathleen Baron</cp:lastModifiedBy>
  <cp:revision>26</cp:revision>
  <dcterms:created xsi:type="dcterms:W3CDTF">2026-03-01T20:55:00Z</dcterms:created>
  <dcterms:modified xsi:type="dcterms:W3CDTF">2026-03-08T23:05:00Z</dcterms:modified>
  <cp:category/>
</cp:coreProperties>
</file>