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A2953" w14:textId="6074AD33" w:rsidR="00F05936" w:rsidRPr="00544574" w:rsidRDefault="007657EB">
      <w:pPr>
        <w:jc w:val="center"/>
        <w:rPr>
          <w:rFonts w:ascii="Verdana" w:hAnsi="Verdana"/>
        </w:rPr>
      </w:pPr>
      <w:r>
        <w:rPr>
          <w:rFonts w:ascii="Verdana" w:hAnsi="Verdana"/>
          <w:b/>
          <w:sz w:val="40"/>
        </w:rPr>
        <w:t>Educator Companion</w:t>
      </w:r>
    </w:p>
    <w:p w14:paraId="61483B95" w14:textId="165D0520" w:rsidR="00F05936" w:rsidRDefault="00544574">
      <w:pPr>
        <w:jc w:val="center"/>
        <w:rPr>
          <w:rFonts w:ascii="Verdana" w:hAnsi="Verdana"/>
          <w:b/>
          <w:bCs/>
          <w:i/>
          <w:sz w:val="24"/>
          <w:szCs w:val="24"/>
        </w:rPr>
      </w:pPr>
      <w:r w:rsidRPr="007657EB">
        <w:rPr>
          <w:rFonts w:ascii="Verdana" w:hAnsi="Verdana"/>
          <w:i/>
          <w:sz w:val="24"/>
          <w:szCs w:val="24"/>
        </w:rPr>
        <w:t xml:space="preserve">Use </w:t>
      </w:r>
      <w:r w:rsidR="00193586" w:rsidRPr="007657EB">
        <w:rPr>
          <w:rFonts w:ascii="Verdana" w:hAnsi="Verdana"/>
          <w:i/>
          <w:sz w:val="24"/>
          <w:szCs w:val="24"/>
        </w:rPr>
        <w:t xml:space="preserve">in conjunction </w:t>
      </w:r>
      <w:r w:rsidRPr="007657EB">
        <w:rPr>
          <w:rFonts w:ascii="Verdana" w:hAnsi="Verdana"/>
          <w:i/>
          <w:sz w:val="24"/>
          <w:szCs w:val="24"/>
        </w:rPr>
        <w:t>with the Student Detective Notebook</w:t>
      </w:r>
      <w:r w:rsidR="007657EB" w:rsidRPr="007657EB">
        <w:rPr>
          <w:rFonts w:ascii="Verdana" w:hAnsi="Verdana"/>
          <w:i/>
          <w:sz w:val="24"/>
          <w:szCs w:val="24"/>
        </w:rPr>
        <w:t xml:space="preserve">: </w:t>
      </w:r>
      <w:r w:rsidR="007657EB" w:rsidRPr="007657EB">
        <w:rPr>
          <w:rFonts w:ascii="Verdana" w:hAnsi="Verdana"/>
          <w:b/>
          <w:bCs/>
          <w:i/>
          <w:sz w:val="24"/>
          <w:szCs w:val="24"/>
        </w:rPr>
        <w:t>The Crayon Caper</w:t>
      </w:r>
    </w:p>
    <w:p w14:paraId="0E92CDD4" w14:textId="77777777" w:rsidR="0055407F" w:rsidRDefault="0055407F" w:rsidP="00242CEF">
      <w:pPr>
        <w:rPr>
          <w:rFonts w:ascii="Verdana" w:hAnsi="Verdana"/>
          <w:b/>
          <w:bCs/>
        </w:rPr>
      </w:pPr>
      <w:r w:rsidRPr="00940903">
        <w:rPr>
          <w:rFonts w:ascii="Verdana" w:hAnsi="Verdana"/>
          <w:iCs/>
          <w:noProof/>
          <w:color w:val="000000" w:themeColor="text1"/>
          <w:sz w:val="21"/>
          <w:szCs w:val="21"/>
        </w:rPr>
        <w:drawing>
          <wp:inline distT="0" distB="0" distL="0" distR="0" wp14:anchorId="1CE31C99" wp14:editId="4FCCE0D7">
            <wp:extent cx="6533674" cy="935567"/>
            <wp:effectExtent l="0" t="0" r="0" b="0"/>
            <wp:docPr id="4476204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20484" name="Picture 447620484"/>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533674" cy="935567"/>
                    </a:xfrm>
                    <a:prstGeom prst="rect">
                      <a:avLst/>
                    </a:prstGeom>
                  </pic:spPr>
                </pic:pic>
              </a:graphicData>
            </a:graphic>
          </wp:inline>
        </w:drawing>
      </w:r>
    </w:p>
    <w:p w14:paraId="6AE6BC83" w14:textId="59BEFA3D" w:rsidR="00F05936" w:rsidRPr="00544574" w:rsidRDefault="00544574" w:rsidP="00242CEF">
      <w:pPr>
        <w:rPr>
          <w:rFonts w:ascii="Verdana" w:hAnsi="Verdana"/>
        </w:rPr>
      </w:pPr>
      <w:r w:rsidRPr="00242CEF">
        <w:rPr>
          <w:rFonts w:ascii="Verdana" w:hAnsi="Verdana"/>
          <w:b/>
          <w:bCs/>
        </w:rPr>
        <w:t>Includes:</w:t>
      </w:r>
      <w:r w:rsidRPr="00544574">
        <w:rPr>
          <w:rFonts w:ascii="Verdana" w:hAnsi="Verdana"/>
        </w:rPr>
        <w:t xml:space="preserve"> Educator directions, </w:t>
      </w:r>
      <w:r w:rsidR="00AE620D" w:rsidRPr="00242CEF">
        <w:rPr>
          <w:rFonts w:ascii="Verdana" w:hAnsi="Verdana"/>
          <w:bCs/>
        </w:rPr>
        <w:t>Student Detective Notebook</w:t>
      </w:r>
      <w:r w:rsidR="00F57835">
        <w:rPr>
          <w:rFonts w:ascii="Verdana" w:hAnsi="Verdana"/>
          <w:bCs/>
        </w:rPr>
        <w:t>: Guide to Responses</w:t>
      </w:r>
      <w:r w:rsidR="00AE620D">
        <w:rPr>
          <w:rFonts w:ascii="Verdana" w:hAnsi="Verdana"/>
          <w:bCs/>
        </w:rPr>
        <w:t>,</w:t>
      </w:r>
      <w:r w:rsidR="00AE620D" w:rsidRPr="00544574">
        <w:rPr>
          <w:rFonts w:ascii="Verdana" w:hAnsi="Verdana"/>
        </w:rPr>
        <w:t xml:space="preserve"> </w:t>
      </w:r>
      <w:r w:rsidRPr="00544574">
        <w:rPr>
          <w:rFonts w:ascii="Verdana" w:hAnsi="Verdana"/>
        </w:rPr>
        <w:t>chapter s</w:t>
      </w:r>
      <w:r w:rsidR="00AD4D39" w:rsidRPr="00544574">
        <w:rPr>
          <w:rFonts w:ascii="Verdana" w:hAnsi="Verdana"/>
        </w:rPr>
        <w:t>napshots</w:t>
      </w:r>
      <w:r w:rsidRPr="00544574">
        <w:rPr>
          <w:rFonts w:ascii="Verdana" w:hAnsi="Verdana"/>
        </w:rPr>
        <w:t xml:space="preserve">, Detective </w:t>
      </w:r>
      <w:r w:rsidR="00AD4D39" w:rsidRPr="00544574">
        <w:rPr>
          <w:rFonts w:ascii="Verdana" w:hAnsi="Verdana"/>
        </w:rPr>
        <w:t>Discussion</w:t>
      </w:r>
      <w:r w:rsidRPr="00544574">
        <w:rPr>
          <w:rFonts w:ascii="Verdana" w:hAnsi="Verdana"/>
        </w:rPr>
        <w:t xml:space="preserve"> Cards, </w:t>
      </w:r>
      <w:r w:rsidR="00296153">
        <w:rPr>
          <w:rFonts w:ascii="Verdana" w:hAnsi="Verdana"/>
        </w:rPr>
        <w:t xml:space="preserve">each chapter has </w:t>
      </w:r>
      <w:r w:rsidRPr="00544574">
        <w:rPr>
          <w:rFonts w:ascii="Verdana" w:hAnsi="Verdana"/>
        </w:rPr>
        <w:t>SEL</w:t>
      </w:r>
      <w:r w:rsidR="00242CEF">
        <w:rPr>
          <w:rFonts w:ascii="Verdana" w:hAnsi="Verdana"/>
        </w:rPr>
        <w:t xml:space="preserve"> Discussion Notes, w</w:t>
      </w:r>
      <w:r w:rsidRPr="00544574">
        <w:rPr>
          <w:rFonts w:ascii="Verdana" w:hAnsi="Verdana"/>
        </w:rPr>
        <w:t>riting prompts</w:t>
      </w:r>
      <w:r w:rsidR="00242CEF">
        <w:rPr>
          <w:rFonts w:ascii="Verdana" w:hAnsi="Verdana"/>
        </w:rPr>
        <w:t>, and class activity</w:t>
      </w:r>
      <w:r w:rsidR="00A55F2B">
        <w:rPr>
          <w:rFonts w:ascii="Verdana" w:hAnsi="Verdana"/>
        </w:rPr>
        <w:t xml:space="preserve">, </w:t>
      </w:r>
      <w:r w:rsidR="00296153">
        <w:rPr>
          <w:rFonts w:ascii="Verdana" w:hAnsi="Verdana"/>
        </w:rPr>
        <w:t>and there’s also a section for Therapy Dogs in Real Life.</w:t>
      </w:r>
    </w:p>
    <w:p w14:paraId="57D34E15" w14:textId="77777777" w:rsidR="00F05936" w:rsidRPr="00314E3F" w:rsidRDefault="00544574" w:rsidP="00314E3F">
      <w:pPr>
        <w:spacing w:after="0"/>
        <w:rPr>
          <w:rFonts w:ascii="Verdana" w:hAnsi="Verdana"/>
          <w:sz w:val="24"/>
          <w:szCs w:val="24"/>
        </w:rPr>
      </w:pPr>
      <w:r w:rsidRPr="00314E3F">
        <w:rPr>
          <w:rFonts w:ascii="Verdana" w:hAnsi="Verdana"/>
          <w:b/>
          <w:sz w:val="24"/>
          <w:szCs w:val="24"/>
        </w:rPr>
        <w:t>Educator Directions</w:t>
      </w:r>
    </w:p>
    <w:p w14:paraId="60676E44" w14:textId="1C050BB6" w:rsidR="00F05936" w:rsidRDefault="00544574" w:rsidP="00616CDA">
      <w:pPr>
        <w:spacing w:after="0"/>
        <w:rPr>
          <w:rFonts w:ascii="Verdana" w:hAnsi="Verdana"/>
        </w:rPr>
      </w:pPr>
      <w:r w:rsidRPr="00544574">
        <w:rPr>
          <w:rFonts w:ascii="Verdana" w:hAnsi="Verdana"/>
        </w:rPr>
        <w:t xml:space="preserve">This companion is designed to be flexible. Choose </w:t>
      </w:r>
      <w:r w:rsidR="00242CEF">
        <w:rPr>
          <w:rFonts w:ascii="Verdana" w:hAnsi="Verdana"/>
        </w:rPr>
        <w:t>what</w:t>
      </w:r>
      <w:r w:rsidRPr="00544574">
        <w:rPr>
          <w:rFonts w:ascii="Verdana" w:hAnsi="Verdana"/>
        </w:rPr>
        <w:t xml:space="preserve"> fit</w:t>
      </w:r>
      <w:r w:rsidR="00566692">
        <w:rPr>
          <w:rFonts w:ascii="Verdana" w:hAnsi="Verdana"/>
        </w:rPr>
        <w:t>s</w:t>
      </w:r>
      <w:r w:rsidRPr="00544574">
        <w:rPr>
          <w:rFonts w:ascii="Verdana" w:hAnsi="Verdana"/>
        </w:rPr>
        <w:t xml:space="preserve"> your students and your schedule.</w:t>
      </w:r>
    </w:p>
    <w:p w14:paraId="23078688" w14:textId="77777777" w:rsidR="00CE531D" w:rsidRPr="00544574" w:rsidRDefault="00CE531D" w:rsidP="00616CDA">
      <w:pPr>
        <w:pStyle w:val="ListBullet"/>
        <w:numPr>
          <w:ilvl w:val="0"/>
          <w:numId w:val="49"/>
        </w:numPr>
        <w:spacing w:after="0"/>
        <w:rPr>
          <w:rFonts w:ascii="Verdana" w:hAnsi="Verdana"/>
        </w:rPr>
      </w:pPr>
      <w:r w:rsidRPr="00544574">
        <w:rPr>
          <w:rFonts w:ascii="Verdana" w:hAnsi="Verdana"/>
        </w:rPr>
        <w:t>Before reading: complete the Pre-Reading Investigation.</w:t>
      </w:r>
    </w:p>
    <w:p w14:paraId="72C0E2F3" w14:textId="261D7C80" w:rsidR="00CE531D" w:rsidRPr="00544574" w:rsidRDefault="00CE531D" w:rsidP="00616CDA">
      <w:pPr>
        <w:pStyle w:val="ListBullet"/>
        <w:numPr>
          <w:ilvl w:val="0"/>
          <w:numId w:val="49"/>
        </w:numPr>
        <w:spacing w:after="0"/>
        <w:rPr>
          <w:rFonts w:ascii="Verdana" w:hAnsi="Verdana"/>
        </w:rPr>
      </w:pPr>
      <w:r w:rsidRPr="00544574">
        <w:rPr>
          <w:rFonts w:ascii="Verdana" w:hAnsi="Verdana"/>
        </w:rPr>
        <w:t xml:space="preserve">During each reading session: students complete the Chapter Snapshot page and/or </w:t>
      </w:r>
      <w:r w:rsidR="003A215D">
        <w:rPr>
          <w:rFonts w:ascii="Verdana" w:hAnsi="Verdana"/>
        </w:rPr>
        <w:br/>
      </w:r>
      <w:r w:rsidRPr="00544574">
        <w:rPr>
          <w:rFonts w:ascii="Verdana" w:hAnsi="Verdana"/>
        </w:rPr>
        <w:t>the Think Like a Detective page.</w:t>
      </w:r>
    </w:p>
    <w:p w14:paraId="6CCF726B" w14:textId="77777777" w:rsidR="00CE531D" w:rsidRDefault="00CE531D" w:rsidP="00616CDA">
      <w:pPr>
        <w:pStyle w:val="ListBullet"/>
        <w:numPr>
          <w:ilvl w:val="0"/>
          <w:numId w:val="49"/>
        </w:numPr>
        <w:spacing w:after="0"/>
        <w:rPr>
          <w:rFonts w:ascii="Verdana" w:hAnsi="Verdana"/>
        </w:rPr>
      </w:pPr>
      <w:r w:rsidRPr="00544574">
        <w:rPr>
          <w:rFonts w:ascii="Verdana" w:hAnsi="Verdana"/>
        </w:rPr>
        <w:t>Use the Detective Discussion Cards as a quick discussion routine.</w:t>
      </w:r>
    </w:p>
    <w:p w14:paraId="6D6573AC" w14:textId="77777777" w:rsidR="00CE531D" w:rsidRPr="00544574" w:rsidRDefault="00CE531D" w:rsidP="00616CDA">
      <w:pPr>
        <w:pStyle w:val="ListBullet"/>
        <w:numPr>
          <w:ilvl w:val="0"/>
          <w:numId w:val="49"/>
        </w:numPr>
        <w:spacing w:after="0"/>
        <w:rPr>
          <w:rFonts w:ascii="Verdana" w:hAnsi="Verdana"/>
        </w:rPr>
      </w:pPr>
      <w:r>
        <w:rPr>
          <w:rFonts w:ascii="Verdana" w:hAnsi="Verdana"/>
        </w:rPr>
        <w:t>Use the SEL discussion notes, writing prompts, and/or class activities for each chapter to expand and enhance the learning experience.</w:t>
      </w:r>
    </w:p>
    <w:p w14:paraId="23A599BC" w14:textId="77777777" w:rsidR="00CE531D" w:rsidRDefault="00CE531D" w:rsidP="00616CDA">
      <w:pPr>
        <w:spacing w:after="0"/>
        <w:rPr>
          <w:rFonts w:ascii="Verdana" w:hAnsi="Verdana"/>
        </w:rPr>
      </w:pPr>
    </w:p>
    <w:p w14:paraId="1AF622D1" w14:textId="01B97D1E" w:rsidR="008409B0" w:rsidRDefault="008409B0" w:rsidP="000B5614">
      <w:pPr>
        <w:spacing w:after="0" w:line="240" w:lineRule="auto"/>
        <w:rPr>
          <w:rFonts w:ascii="Verdana" w:hAnsi="Verdana"/>
        </w:rPr>
      </w:pPr>
      <w:r>
        <w:rPr>
          <w:rFonts w:ascii="Verdana" w:hAnsi="Verdana"/>
        </w:rPr>
        <w:t xml:space="preserve">The </w:t>
      </w:r>
      <w:r w:rsidRPr="000B5614">
        <w:rPr>
          <w:rFonts w:ascii="Verdana" w:hAnsi="Verdana"/>
          <w:b/>
          <w:bCs/>
        </w:rPr>
        <w:t>Student Detective Notebook</w:t>
      </w:r>
      <w:r>
        <w:rPr>
          <w:rFonts w:ascii="Verdana" w:hAnsi="Verdana"/>
        </w:rPr>
        <w:t xml:space="preserve"> contains the following:</w:t>
      </w:r>
    </w:p>
    <w:p w14:paraId="3970C460" w14:textId="77A81139" w:rsidR="000B5614" w:rsidRDefault="00242CEF" w:rsidP="000B5614">
      <w:pPr>
        <w:pStyle w:val="ListParagraph"/>
        <w:numPr>
          <w:ilvl w:val="0"/>
          <w:numId w:val="27"/>
        </w:numPr>
        <w:spacing w:after="0" w:line="240" w:lineRule="auto"/>
        <w:rPr>
          <w:rFonts w:ascii="Verdana" w:hAnsi="Verdana"/>
        </w:rPr>
      </w:pPr>
      <w:r>
        <w:rPr>
          <w:rFonts w:ascii="Verdana" w:hAnsi="Verdana"/>
        </w:rPr>
        <w:t>Pre-Reading Investigation</w:t>
      </w:r>
    </w:p>
    <w:p w14:paraId="5746E254" w14:textId="1D7BE3EA" w:rsidR="00242CEF" w:rsidRDefault="00242CEF" w:rsidP="000B5614">
      <w:pPr>
        <w:pStyle w:val="ListParagraph"/>
        <w:numPr>
          <w:ilvl w:val="0"/>
          <w:numId w:val="27"/>
        </w:numPr>
        <w:spacing w:after="0" w:line="240" w:lineRule="auto"/>
        <w:rPr>
          <w:rFonts w:ascii="Verdana" w:hAnsi="Verdana"/>
        </w:rPr>
      </w:pPr>
      <w:r>
        <w:rPr>
          <w:rFonts w:ascii="Verdana" w:hAnsi="Verdana"/>
        </w:rPr>
        <w:t>2 Pages for each Chapter</w:t>
      </w:r>
    </w:p>
    <w:p w14:paraId="312FCD2E" w14:textId="6D637713" w:rsidR="00242CEF" w:rsidRPr="000B5614" w:rsidRDefault="00242CEF" w:rsidP="00242CEF">
      <w:pPr>
        <w:pStyle w:val="ListParagraph"/>
        <w:numPr>
          <w:ilvl w:val="1"/>
          <w:numId w:val="27"/>
        </w:numPr>
        <w:spacing w:after="0" w:line="240" w:lineRule="auto"/>
        <w:ind w:left="1080"/>
        <w:rPr>
          <w:rFonts w:ascii="Verdana" w:hAnsi="Verdana"/>
        </w:rPr>
      </w:pPr>
      <w:r>
        <w:rPr>
          <w:rFonts w:ascii="Verdana" w:hAnsi="Verdana"/>
        </w:rPr>
        <w:t>Chapter Snapshot</w:t>
      </w:r>
    </w:p>
    <w:p w14:paraId="0D08BFAC" w14:textId="34E34BF8" w:rsidR="008409B0" w:rsidRDefault="000B5614" w:rsidP="00242CEF">
      <w:pPr>
        <w:pStyle w:val="ListParagraph"/>
        <w:numPr>
          <w:ilvl w:val="1"/>
          <w:numId w:val="27"/>
        </w:numPr>
        <w:spacing w:after="0" w:line="240" w:lineRule="auto"/>
        <w:ind w:left="1080"/>
        <w:rPr>
          <w:rFonts w:ascii="Verdana" w:hAnsi="Verdana"/>
        </w:rPr>
      </w:pPr>
      <w:r w:rsidRPr="000B5614">
        <w:rPr>
          <w:rFonts w:ascii="Verdana" w:hAnsi="Verdana"/>
        </w:rPr>
        <w:t xml:space="preserve">Think Like a Detective </w:t>
      </w:r>
    </w:p>
    <w:p w14:paraId="32DFA56F" w14:textId="29D60DB5" w:rsidR="000B5614" w:rsidRDefault="00242CEF" w:rsidP="000B5614">
      <w:pPr>
        <w:pStyle w:val="ListParagraph"/>
        <w:numPr>
          <w:ilvl w:val="0"/>
          <w:numId w:val="27"/>
        </w:numPr>
        <w:spacing w:after="0" w:line="240" w:lineRule="auto"/>
        <w:rPr>
          <w:rFonts w:ascii="Verdana" w:hAnsi="Verdana"/>
        </w:rPr>
      </w:pPr>
      <w:r>
        <w:rPr>
          <w:rFonts w:ascii="Verdana" w:hAnsi="Verdana"/>
        </w:rPr>
        <w:t>Therapy Dogs in Real Life</w:t>
      </w:r>
    </w:p>
    <w:p w14:paraId="3F09055C" w14:textId="77777777" w:rsidR="001401F7" w:rsidRDefault="001401F7" w:rsidP="001401F7">
      <w:pPr>
        <w:spacing w:after="0" w:line="240" w:lineRule="auto"/>
        <w:rPr>
          <w:rFonts w:ascii="Verdana" w:hAnsi="Verdana"/>
        </w:rPr>
      </w:pPr>
    </w:p>
    <w:p w14:paraId="2106EC6D" w14:textId="3D3291A5" w:rsidR="001E6BF8" w:rsidRPr="00CE531D" w:rsidRDefault="00CE531D" w:rsidP="001401F7">
      <w:pPr>
        <w:spacing w:after="0" w:line="240" w:lineRule="auto"/>
        <w:rPr>
          <w:rFonts w:ascii="Verdana" w:hAnsi="Verdana"/>
          <w:b/>
          <w:bCs/>
        </w:rPr>
      </w:pPr>
      <w:r w:rsidRPr="00CE531D">
        <w:rPr>
          <w:rFonts w:ascii="Verdana" w:hAnsi="Verdana"/>
          <w:b/>
          <w:bCs/>
        </w:rPr>
        <w:t xml:space="preserve">Companion Guide </w:t>
      </w:r>
      <w:r w:rsidR="001E6BF8" w:rsidRPr="00CE531D">
        <w:rPr>
          <w:rFonts w:ascii="Verdana" w:hAnsi="Verdana"/>
          <w:b/>
          <w:bCs/>
        </w:rPr>
        <w:t>Clickable Links:</w:t>
      </w:r>
    </w:p>
    <w:p w14:paraId="497836C6" w14:textId="77777777" w:rsidR="00F57835" w:rsidRDefault="001E6BF8">
      <w:pPr>
        <w:pStyle w:val="TOC1"/>
        <w:rPr>
          <w:rFonts w:asciiTheme="minorHAnsi" w:eastAsiaTheme="minorEastAsia" w:hAnsiTheme="minorHAnsi"/>
          <w:noProof/>
          <w:kern w:val="2"/>
          <w:sz w:val="24"/>
          <w:szCs w:val="24"/>
          <w14:ligatures w14:val="standardContextual"/>
        </w:rPr>
      </w:pPr>
      <w:r w:rsidRPr="00CE531D">
        <w:fldChar w:fldCharType="begin"/>
      </w:r>
      <w:r w:rsidRPr="00CE531D">
        <w:instrText xml:space="preserve"> TOC \o "1-1" \n \h \z \u </w:instrText>
      </w:r>
      <w:r w:rsidRPr="00CE531D">
        <w:fldChar w:fldCharType="separate"/>
      </w:r>
      <w:hyperlink w:anchor="_Toc223812385" w:history="1">
        <w:r w:rsidR="00F57835" w:rsidRPr="00B17B28">
          <w:rPr>
            <w:rStyle w:val="Hyperlink"/>
            <w:rFonts w:ascii="Verdana" w:hAnsi="Verdana"/>
            <w:noProof/>
          </w:rPr>
          <w:t>Student Detective Notebook: Guide to Responses</w:t>
        </w:r>
      </w:hyperlink>
    </w:p>
    <w:p w14:paraId="23DA2CFD"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86" w:history="1">
        <w:r w:rsidRPr="00B17B28">
          <w:rPr>
            <w:rStyle w:val="Hyperlink"/>
            <w:rFonts w:ascii="Verdana" w:hAnsi="Verdana"/>
            <w:noProof/>
          </w:rPr>
          <w:t>Detective Discussion Cards</w:t>
        </w:r>
      </w:hyperlink>
    </w:p>
    <w:p w14:paraId="03FC9E56"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87" w:history="1">
        <w:r w:rsidRPr="00B17B28">
          <w:rPr>
            <w:rStyle w:val="Hyperlink"/>
            <w:rFonts w:ascii="Verdana" w:hAnsi="Verdana"/>
            <w:noProof/>
          </w:rPr>
          <w:t>Chapter Snapshots</w:t>
        </w:r>
      </w:hyperlink>
    </w:p>
    <w:p w14:paraId="0D52F41B"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88" w:history="1">
        <w:r w:rsidRPr="00B17B28">
          <w:rPr>
            <w:rStyle w:val="Hyperlink"/>
            <w:rFonts w:ascii="Verdana" w:hAnsi="Verdana"/>
            <w:noProof/>
          </w:rPr>
          <w:t>Chapter 1: The Missing Crayons</w:t>
        </w:r>
      </w:hyperlink>
    </w:p>
    <w:p w14:paraId="426B5F63"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89" w:history="1">
        <w:r w:rsidRPr="00B17B28">
          <w:rPr>
            <w:rStyle w:val="Hyperlink"/>
            <w:rFonts w:ascii="Verdana" w:hAnsi="Verdana"/>
            <w:noProof/>
          </w:rPr>
          <w:t>Chapter 2: Tails and Trails</w:t>
        </w:r>
      </w:hyperlink>
    </w:p>
    <w:p w14:paraId="2C373FEB"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90" w:history="1">
        <w:r w:rsidRPr="00B17B28">
          <w:rPr>
            <w:rStyle w:val="Hyperlink"/>
            <w:rFonts w:ascii="Verdana" w:hAnsi="Verdana"/>
            <w:noProof/>
          </w:rPr>
          <w:t>Chapter 3: The Mystery Grows</w:t>
        </w:r>
      </w:hyperlink>
    </w:p>
    <w:p w14:paraId="5E9BE3E0"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91" w:history="1">
        <w:r w:rsidRPr="00B17B28">
          <w:rPr>
            <w:rStyle w:val="Hyperlink"/>
            <w:rFonts w:ascii="Verdana" w:hAnsi="Verdana"/>
            <w:noProof/>
          </w:rPr>
          <w:t>Chapter 4: Smells Like a Clue</w:t>
        </w:r>
      </w:hyperlink>
    </w:p>
    <w:p w14:paraId="1D81E97C"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92" w:history="1">
        <w:r w:rsidRPr="00B17B28">
          <w:rPr>
            <w:rStyle w:val="Hyperlink"/>
            <w:rFonts w:ascii="Verdana" w:hAnsi="Verdana"/>
            <w:noProof/>
          </w:rPr>
          <w:t>Chapter 5: Reading Corner Clues</w:t>
        </w:r>
      </w:hyperlink>
    </w:p>
    <w:p w14:paraId="1BE6FD1C"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93" w:history="1">
        <w:r w:rsidRPr="00B17B28">
          <w:rPr>
            <w:rStyle w:val="Hyperlink"/>
            <w:rFonts w:ascii="Verdana" w:hAnsi="Verdana"/>
            <w:noProof/>
          </w:rPr>
          <w:t>Chapter 6: Hidden in Plain Sight</w:t>
        </w:r>
      </w:hyperlink>
    </w:p>
    <w:p w14:paraId="0788E475"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94" w:history="1">
        <w:r w:rsidRPr="00B17B28">
          <w:rPr>
            <w:rStyle w:val="Hyperlink"/>
            <w:rFonts w:ascii="Verdana" w:hAnsi="Verdana"/>
            <w:noProof/>
          </w:rPr>
          <w:t>Chapter 7: Art Room Rumor</w:t>
        </w:r>
      </w:hyperlink>
    </w:p>
    <w:p w14:paraId="29B10258"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95" w:history="1">
        <w:r w:rsidRPr="00B17B28">
          <w:rPr>
            <w:rStyle w:val="Hyperlink"/>
            <w:rFonts w:ascii="Verdana" w:hAnsi="Verdana"/>
            <w:noProof/>
          </w:rPr>
          <w:t>Chapter 8: Maya’s Ideas</w:t>
        </w:r>
      </w:hyperlink>
    </w:p>
    <w:p w14:paraId="06B3B966"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96" w:history="1">
        <w:r w:rsidRPr="00B17B28">
          <w:rPr>
            <w:rStyle w:val="Hyperlink"/>
            <w:rFonts w:ascii="Verdana" w:hAnsi="Verdana"/>
            <w:noProof/>
          </w:rPr>
          <w:t>Chapter 9: Buddy Time</w:t>
        </w:r>
      </w:hyperlink>
    </w:p>
    <w:p w14:paraId="37DC1FD9"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97" w:history="1">
        <w:r w:rsidRPr="00B17B28">
          <w:rPr>
            <w:rStyle w:val="Hyperlink"/>
            <w:rFonts w:ascii="Verdana" w:hAnsi="Verdana"/>
            <w:noProof/>
          </w:rPr>
          <w:t>Chapter 10: Laying Out the Clues</w:t>
        </w:r>
      </w:hyperlink>
    </w:p>
    <w:p w14:paraId="12BE9E9A"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98" w:history="1">
        <w:r w:rsidRPr="00B17B28">
          <w:rPr>
            <w:rStyle w:val="Hyperlink"/>
            <w:rFonts w:ascii="Verdana" w:hAnsi="Verdana"/>
            <w:noProof/>
          </w:rPr>
          <w:t>Chapter 11: Secret Friend Steps Up</w:t>
        </w:r>
      </w:hyperlink>
    </w:p>
    <w:p w14:paraId="35D73A76" w14:textId="77777777" w:rsidR="00F57835" w:rsidRDefault="00F57835">
      <w:pPr>
        <w:pStyle w:val="TOC1"/>
        <w:rPr>
          <w:rFonts w:asciiTheme="minorHAnsi" w:eastAsiaTheme="minorEastAsia" w:hAnsiTheme="minorHAnsi"/>
          <w:noProof/>
          <w:kern w:val="2"/>
          <w:sz w:val="24"/>
          <w:szCs w:val="24"/>
          <w14:ligatures w14:val="standardContextual"/>
        </w:rPr>
      </w:pPr>
      <w:hyperlink w:anchor="_Toc223812399" w:history="1">
        <w:r w:rsidRPr="00B17B28">
          <w:rPr>
            <w:rStyle w:val="Hyperlink"/>
            <w:rFonts w:ascii="Verdana" w:hAnsi="Verdana"/>
            <w:noProof/>
          </w:rPr>
          <w:t>Therapy Dogs in Real Life (Want to Know More About Therapy Dogs?)</w:t>
        </w:r>
      </w:hyperlink>
    </w:p>
    <w:p w14:paraId="42C47F0A" w14:textId="1CEA8368" w:rsidR="001401F7" w:rsidRPr="00CE531D" w:rsidRDefault="001E6BF8" w:rsidP="001E6BF8">
      <w:pPr>
        <w:spacing w:after="0" w:line="240" w:lineRule="auto"/>
        <w:rPr>
          <w:rFonts w:ascii="Verdana" w:hAnsi="Verdana"/>
        </w:rPr>
      </w:pPr>
      <w:r w:rsidRPr="00CE531D">
        <w:rPr>
          <w:rFonts w:ascii="Verdana" w:hAnsi="Verdana"/>
        </w:rPr>
        <w:fldChar w:fldCharType="end"/>
      </w:r>
      <w:r w:rsidR="001401F7" w:rsidRPr="00CE531D">
        <w:rPr>
          <w:rFonts w:ascii="Verdana" w:hAnsi="Verdana"/>
        </w:rPr>
        <w:br w:type="page"/>
      </w:r>
    </w:p>
    <w:p w14:paraId="30D4FDFA" w14:textId="39F66C43" w:rsidR="001C32E4" w:rsidRPr="001401F7" w:rsidRDefault="001C32E4" w:rsidP="001401F7">
      <w:pPr>
        <w:pStyle w:val="Heading1"/>
        <w:rPr>
          <w:rFonts w:ascii="Verdana" w:hAnsi="Verdana"/>
          <w:color w:val="000000" w:themeColor="text1"/>
        </w:rPr>
      </w:pPr>
      <w:bookmarkStart w:id="0" w:name="_Toc223812385"/>
      <w:r w:rsidRPr="001401F7">
        <w:rPr>
          <w:rFonts w:ascii="Verdana" w:hAnsi="Verdana"/>
          <w:color w:val="000000" w:themeColor="text1"/>
        </w:rPr>
        <w:lastRenderedPageBreak/>
        <w:t xml:space="preserve">Student Detective Notebook: </w:t>
      </w:r>
      <w:r w:rsidR="00F57835">
        <w:rPr>
          <w:rFonts w:ascii="Verdana" w:hAnsi="Verdana"/>
          <w:color w:val="000000" w:themeColor="text1"/>
        </w:rPr>
        <w:t>Guide to Responses</w:t>
      </w:r>
      <w:bookmarkEnd w:id="0"/>
    </w:p>
    <w:p w14:paraId="727960C8" w14:textId="56C3E537" w:rsidR="0017775D" w:rsidRDefault="00CB1738" w:rsidP="001C32E4">
      <w:pPr>
        <w:pStyle w:val="ListBullet"/>
        <w:ind w:left="360" w:hanging="360"/>
        <w:rPr>
          <w:rFonts w:ascii="Verdana" w:hAnsi="Verdana"/>
          <w:b/>
          <w:bCs/>
        </w:rPr>
      </w:pPr>
      <w:r>
        <w:rPr>
          <w:rFonts w:ascii="Verdana" w:hAnsi="Verdana"/>
          <w:b/>
          <w:bCs/>
        </w:rPr>
        <w:t>Pre-Reading Investigation</w:t>
      </w:r>
      <w:r w:rsidR="0017775D">
        <w:rPr>
          <w:rFonts w:ascii="Verdana" w:hAnsi="Verdana"/>
          <w:b/>
          <w:bCs/>
        </w:rPr>
        <w:t xml:space="preserve">: </w:t>
      </w:r>
      <w:r w:rsidR="0017775D" w:rsidRPr="0017775D">
        <w:rPr>
          <w:rFonts w:ascii="Verdana" w:hAnsi="Verdana"/>
        </w:rPr>
        <w:t>This page is meant to activate background knowledge and curiosity before reading. Student answers do not need to match exactly, but they should connect to the clues on the page.</w:t>
      </w:r>
    </w:p>
    <w:p w14:paraId="445F3C35" w14:textId="2D223097" w:rsidR="00A55F2B" w:rsidRPr="00A55F2B" w:rsidRDefault="00A55F2B" w:rsidP="00A55F2B">
      <w:pPr>
        <w:pStyle w:val="ListBullet"/>
        <w:numPr>
          <w:ilvl w:val="0"/>
          <w:numId w:val="27"/>
        </w:numPr>
        <w:rPr>
          <w:rFonts w:ascii="Verdana" w:hAnsi="Verdana"/>
        </w:rPr>
      </w:pPr>
      <w:r w:rsidRPr="00A55F2B">
        <w:rPr>
          <w:rFonts w:ascii="Verdana" w:hAnsi="Verdana"/>
          <w:b/>
          <w:bCs/>
        </w:rPr>
        <w:t>Title Word Study:</w:t>
      </w:r>
      <w:r w:rsidRPr="00A55F2B">
        <w:rPr>
          <w:rFonts w:ascii="Verdana" w:hAnsi="Verdana"/>
        </w:rPr>
        <w:t xml:space="preserve"> Discuss the meaning of </w:t>
      </w:r>
      <w:r w:rsidRPr="00A55F2B">
        <w:rPr>
          <w:rFonts w:ascii="Verdana" w:hAnsi="Verdana"/>
          <w:i/>
          <w:iCs/>
        </w:rPr>
        <w:t>caper</w:t>
      </w:r>
      <w:r w:rsidRPr="00A55F2B">
        <w:rPr>
          <w:rFonts w:ascii="Verdana" w:hAnsi="Verdana"/>
        </w:rPr>
        <w:t xml:space="preserve"> and accept reasonable student ideas based on the definition provided. Review that </w:t>
      </w:r>
      <w:r w:rsidRPr="00A55F2B">
        <w:rPr>
          <w:rFonts w:ascii="Verdana" w:hAnsi="Verdana"/>
          <w:i/>
          <w:iCs/>
        </w:rPr>
        <w:t>Crayon Caper</w:t>
      </w:r>
      <w:r w:rsidRPr="00A55F2B">
        <w:rPr>
          <w:rFonts w:ascii="Verdana" w:hAnsi="Verdana"/>
        </w:rPr>
        <w:t xml:space="preserve"> is alliteration because both words begin with the same /k/ sound.</w:t>
      </w:r>
    </w:p>
    <w:p w14:paraId="149596A5" w14:textId="13AEE441" w:rsidR="00A55F2B" w:rsidRPr="00A55F2B" w:rsidRDefault="00A55F2B" w:rsidP="00A55F2B">
      <w:pPr>
        <w:pStyle w:val="ListBullet"/>
        <w:numPr>
          <w:ilvl w:val="0"/>
          <w:numId w:val="27"/>
        </w:numPr>
        <w:rPr>
          <w:rFonts w:ascii="Verdana" w:hAnsi="Verdana"/>
        </w:rPr>
      </w:pPr>
      <w:r w:rsidRPr="00A55F2B">
        <w:rPr>
          <w:rFonts w:ascii="Verdana" w:hAnsi="Verdana"/>
          <w:b/>
          <w:bCs/>
        </w:rPr>
        <w:t>Clues From the Cover:</w:t>
      </w:r>
      <w:r w:rsidRPr="00A55F2B">
        <w:rPr>
          <w:rFonts w:ascii="Verdana" w:hAnsi="Verdana"/>
        </w:rPr>
        <w:t xml:space="preserve"> Encourage students to name 3 things they notice and explain how those details give clues about the story.</w:t>
      </w:r>
    </w:p>
    <w:p w14:paraId="49C1062B" w14:textId="37774B75" w:rsidR="00A55F2B" w:rsidRPr="00A55F2B" w:rsidRDefault="00A55F2B" w:rsidP="00A55F2B">
      <w:pPr>
        <w:pStyle w:val="ListBullet"/>
        <w:numPr>
          <w:ilvl w:val="0"/>
          <w:numId w:val="27"/>
        </w:numPr>
        <w:rPr>
          <w:rFonts w:ascii="Verdana" w:hAnsi="Verdana"/>
        </w:rPr>
      </w:pPr>
      <w:r w:rsidRPr="00A55F2B">
        <w:rPr>
          <w:rFonts w:ascii="Verdana" w:hAnsi="Verdana"/>
          <w:b/>
          <w:bCs/>
        </w:rPr>
        <w:t>Chalkboard Clue:</w:t>
      </w:r>
      <w:r w:rsidRPr="00A55F2B">
        <w:rPr>
          <w:rFonts w:ascii="Verdana" w:hAnsi="Verdana"/>
        </w:rPr>
        <w:t xml:space="preserve"> Discuss why the chalkboard may matter; answers may include school setting, classroom context, or a possible mystery clue.</w:t>
      </w:r>
    </w:p>
    <w:p w14:paraId="0D166B61" w14:textId="7696AA08" w:rsidR="00A55F2B" w:rsidRPr="00A55F2B" w:rsidRDefault="00A55F2B" w:rsidP="00A55F2B">
      <w:pPr>
        <w:pStyle w:val="ListBullet"/>
        <w:numPr>
          <w:ilvl w:val="0"/>
          <w:numId w:val="27"/>
        </w:numPr>
        <w:rPr>
          <w:rFonts w:ascii="Verdana" w:hAnsi="Verdana"/>
        </w:rPr>
      </w:pPr>
      <w:r w:rsidRPr="00A55F2B">
        <w:rPr>
          <w:rFonts w:ascii="Verdana" w:hAnsi="Verdana"/>
          <w:b/>
          <w:bCs/>
        </w:rPr>
        <w:t>Back Cover Predictions:</w:t>
      </w:r>
      <w:r w:rsidRPr="00A55F2B">
        <w:rPr>
          <w:rFonts w:ascii="Verdana" w:hAnsi="Verdana"/>
        </w:rPr>
        <w:t xml:space="preserve"> Answers will vary; encourage students to make a prediction using clues from the title, cover, and back cover.</w:t>
      </w:r>
    </w:p>
    <w:p w14:paraId="30220DDB" w14:textId="0D05EFA4" w:rsidR="00A55F2B" w:rsidRDefault="00A55F2B" w:rsidP="00A55F2B">
      <w:pPr>
        <w:pStyle w:val="ListBullet"/>
        <w:numPr>
          <w:ilvl w:val="0"/>
          <w:numId w:val="27"/>
        </w:numPr>
        <w:rPr>
          <w:rFonts w:ascii="Verdana" w:hAnsi="Verdana"/>
        </w:rPr>
      </w:pPr>
      <w:r w:rsidRPr="00A55F2B">
        <w:rPr>
          <w:rFonts w:ascii="Verdana" w:hAnsi="Verdana"/>
          <w:b/>
          <w:bCs/>
        </w:rPr>
        <w:t>Genre Guess:</w:t>
      </w:r>
      <w:r w:rsidRPr="00A55F2B">
        <w:rPr>
          <w:rFonts w:ascii="Verdana" w:hAnsi="Verdana"/>
        </w:rPr>
        <w:t xml:space="preserve"> Accept reasonable genre choices if the student can explain their thinking.</w:t>
      </w:r>
    </w:p>
    <w:p w14:paraId="68F4B711" w14:textId="77777777" w:rsidR="00CE531D" w:rsidRPr="00A55F2B" w:rsidRDefault="00CE531D" w:rsidP="00CE531D">
      <w:pPr>
        <w:pStyle w:val="ListBullet"/>
        <w:ind w:left="720"/>
        <w:rPr>
          <w:rFonts w:ascii="Verdana" w:hAnsi="Verdana"/>
        </w:rPr>
      </w:pPr>
    </w:p>
    <w:p w14:paraId="762036A9" w14:textId="346C8AC5" w:rsidR="001C32E4" w:rsidRPr="00F41343" w:rsidRDefault="001C32E4" w:rsidP="001C32E4">
      <w:pPr>
        <w:pStyle w:val="ListBullet"/>
        <w:ind w:left="360" w:hanging="360"/>
        <w:rPr>
          <w:rFonts w:ascii="Verdana" w:hAnsi="Verdana"/>
          <w:b/>
        </w:rPr>
      </w:pPr>
      <w:r w:rsidRPr="00F41343">
        <w:rPr>
          <w:rFonts w:ascii="Verdana" w:hAnsi="Verdana"/>
          <w:b/>
          <w:bCs/>
        </w:rPr>
        <w:t>Chapter Snapshot</w:t>
      </w:r>
      <w:r>
        <w:rPr>
          <w:rFonts w:ascii="Verdana" w:hAnsi="Verdana"/>
          <w:b/>
          <w:bCs/>
        </w:rPr>
        <w:t xml:space="preserve"> </w:t>
      </w:r>
    </w:p>
    <w:p w14:paraId="4CDDDF3D" w14:textId="77777777" w:rsidR="001C32E4" w:rsidRPr="00F41343" w:rsidRDefault="001C32E4" w:rsidP="001C32E4">
      <w:pPr>
        <w:pStyle w:val="ListBullet"/>
        <w:numPr>
          <w:ilvl w:val="0"/>
          <w:numId w:val="43"/>
        </w:numPr>
        <w:rPr>
          <w:rFonts w:ascii="Verdana" w:hAnsi="Verdana"/>
        </w:rPr>
      </w:pPr>
      <w:r w:rsidRPr="00F41343">
        <w:rPr>
          <w:rFonts w:ascii="Verdana" w:hAnsi="Verdana"/>
          <w:b/>
          <w:bCs/>
        </w:rPr>
        <w:t>First / Next / Last:</w:t>
      </w:r>
      <w:r w:rsidRPr="00F41343">
        <w:rPr>
          <w:rFonts w:ascii="Verdana" w:hAnsi="Verdana"/>
        </w:rPr>
        <w:t xml:space="preserve"> Student retells the chapter events in order; accept brief phrases or complete sentences.</w:t>
      </w:r>
    </w:p>
    <w:p w14:paraId="76CA0C16" w14:textId="77777777" w:rsidR="001C32E4" w:rsidRDefault="001C32E4" w:rsidP="001C32E4">
      <w:pPr>
        <w:pStyle w:val="ListBullet"/>
        <w:numPr>
          <w:ilvl w:val="0"/>
          <w:numId w:val="43"/>
        </w:numPr>
        <w:rPr>
          <w:rFonts w:ascii="Verdana" w:hAnsi="Verdana"/>
        </w:rPr>
      </w:pPr>
      <w:r w:rsidRPr="00F41343">
        <w:rPr>
          <w:rFonts w:ascii="Verdana" w:hAnsi="Verdana"/>
          <w:b/>
          <w:bCs/>
        </w:rPr>
        <w:t>Clue Hunt:</w:t>
      </w:r>
      <w:r w:rsidRPr="00F41343">
        <w:rPr>
          <w:rFonts w:ascii="Verdana" w:hAnsi="Verdana"/>
        </w:rPr>
        <w:t xml:space="preserve"> Student identifies important clues from the chapter; answers may vary if supported by the text.</w:t>
      </w:r>
    </w:p>
    <w:p w14:paraId="73E20F23" w14:textId="3F9AA6DC" w:rsidR="008100D8" w:rsidRPr="00F41343" w:rsidRDefault="008100D8" w:rsidP="008100D8">
      <w:pPr>
        <w:pStyle w:val="ListBullet"/>
        <w:numPr>
          <w:ilvl w:val="1"/>
          <w:numId w:val="43"/>
        </w:numPr>
        <w:rPr>
          <w:rFonts w:ascii="Verdana" w:hAnsi="Verdana"/>
        </w:rPr>
      </w:pPr>
      <w:r w:rsidRPr="008100D8">
        <w:rPr>
          <w:rFonts w:ascii="Verdana" w:hAnsi="Verdana"/>
        </w:rPr>
        <w:t>Note:</w:t>
      </w:r>
      <w:r>
        <w:rPr>
          <w:rFonts w:ascii="Verdana" w:hAnsi="Verdana"/>
          <w:b/>
          <w:bCs/>
        </w:rPr>
        <w:t xml:space="preserve"> </w:t>
      </w:r>
      <w:r w:rsidRPr="008100D8">
        <w:rPr>
          <w:rFonts w:ascii="Verdana" w:hAnsi="Verdana"/>
        </w:rPr>
        <w:t xml:space="preserve">Clue </w:t>
      </w:r>
      <w:r w:rsidR="006E6C91">
        <w:rPr>
          <w:rFonts w:ascii="Verdana" w:hAnsi="Verdana"/>
        </w:rPr>
        <w:t>Hunt</w:t>
      </w:r>
      <w:r w:rsidRPr="008100D8">
        <w:rPr>
          <w:rFonts w:ascii="Verdana" w:hAnsi="Verdana"/>
        </w:rPr>
        <w:t xml:space="preserve"> is replaced with Clue Review in</w:t>
      </w:r>
      <w:r>
        <w:rPr>
          <w:rFonts w:ascii="Verdana" w:hAnsi="Verdana"/>
          <w:b/>
          <w:bCs/>
        </w:rPr>
        <w:t xml:space="preserve"> </w:t>
      </w:r>
      <w:r w:rsidRPr="008100D8">
        <w:rPr>
          <w:rFonts w:ascii="Verdana" w:hAnsi="Verdana"/>
        </w:rPr>
        <w:t xml:space="preserve">Chapter 10 </w:t>
      </w:r>
      <w:r>
        <w:rPr>
          <w:rFonts w:ascii="Verdana" w:hAnsi="Verdana"/>
        </w:rPr>
        <w:t>and Mystery Solved in Chapter 11.</w:t>
      </w:r>
    </w:p>
    <w:p w14:paraId="403E9B88" w14:textId="77777777" w:rsidR="001C32E4" w:rsidRDefault="001C32E4" w:rsidP="001C32E4">
      <w:pPr>
        <w:pStyle w:val="ListBullet"/>
        <w:numPr>
          <w:ilvl w:val="0"/>
          <w:numId w:val="43"/>
        </w:numPr>
        <w:rPr>
          <w:rFonts w:ascii="Verdana" w:hAnsi="Verdana"/>
        </w:rPr>
      </w:pPr>
      <w:r w:rsidRPr="00F41343">
        <w:rPr>
          <w:rFonts w:ascii="Verdana" w:hAnsi="Verdana"/>
          <w:b/>
          <w:bCs/>
        </w:rPr>
        <w:t>Archer’s Signals:</w:t>
      </w:r>
      <w:r w:rsidRPr="00F41343">
        <w:rPr>
          <w:rFonts w:ascii="Verdana" w:hAnsi="Verdana"/>
        </w:rPr>
        <w:t xml:space="preserve"> Student checks the body language signals Archer showed in the chapter and may explain how those signals helped him notice something.</w:t>
      </w:r>
    </w:p>
    <w:p w14:paraId="3CE18DD8" w14:textId="77777777" w:rsidR="001C32E4" w:rsidRDefault="001C32E4" w:rsidP="001C32E4">
      <w:pPr>
        <w:pStyle w:val="ListBullet"/>
        <w:numPr>
          <w:ilvl w:val="0"/>
          <w:numId w:val="43"/>
        </w:numPr>
        <w:rPr>
          <w:rFonts w:ascii="Verdana" w:hAnsi="Verdana"/>
        </w:rPr>
      </w:pPr>
      <w:r w:rsidRPr="000D6A23">
        <w:rPr>
          <w:rFonts w:ascii="Verdana" w:hAnsi="Verdana"/>
          <w:b/>
          <w:bCs/>
        </w:rPr>
        <w:t>My Chapter Notes:</w:t>
      </w:r>
      <w:r>
        <w:rPr>
          <w:rFonts w:ascii="Verdana" w:hAnsi="Verdana"/>
        </w:rPr>
        <w:t xml:space="preserve"> This is an area for the student to write down their own notes, questions, etc. </w:t>
      </w:r>
    </w:p>
    <w:p w14:paraId="4FF5F1DA" w14:textId="77777777" w:rsidR="00CE531D" w:rsidRPr="00F41343" w:rsidRDefault="00CE531D" w:rsidP="00CE531D">
      <w:pPr>
        <w:pStyle w:val="ListBullet"/>
        <w:ind w:left="720"/>
        <w:rPr>
          <w:rFonts w:ascii="Verdana" w:hAnsi="Verdana"/>
        </w:rPr>
      </w:pPr>
    </w:p>
    <w:p w14:paraId="340B5E5A" w14:textId="38C05078" w:rsidR="001C32E4" w:rsidRPr="00F41343" w:rsidRDefault="001C32E4" w:rsidP="000D6A23">
      <w:pPr>
        <w:pStyle w:val="ListBullet"/>
        <w:ind w:left="2250" w:hanging="2250"/>
        <w:rPr>
          <w:rFonts w:ascii="Verdana" w:hAnsi="Verdana"/>
        </w:rPr>
      </w:pPr>
      <w:r w:rsidRPr="00F41343">
        <w:rPr>
          <w:rFonts w:ascii="Verdana" w:hAnsi="Verdana"/>
          <w:b/>
          <w:bCs/>
        </w:rPr>
        <w:t>Think Like a Detective</w:t>
      </w:r>
      <w:r w:rsidR="000D6A23">
        <w:rPr>
          <w:rFonts w:ascii="Verdana" w:hAnsi="Verdana"/>
          <w:b/>
          <w:bCs/>
        </w:rPr>
        <w:t xml:space="preserve">: </w:t>
      </w:r>
      <w:r w:rsidR="000D6A23" w:rsidRPr="000D6A23">
        <w:rPr>
          <w:rFonts w:ascii="Verdana" w:hAnsi="Verdana"/>
        </w:rPr>
        <w:t>Most responses are open-ended. Students do not need to have identical answers, but their ideas should be connected to the chapter.</w:t>
      </w:r>
    </w:p>
    <w:p w14:paraId="332F7617" w14:textId="77777777" w:rsidR="001C32E4" w:rsidRPr="00F41343" w:rsidRDefault="001C32E4" w:rsidP="001C32E4">
      <w:pPr>
        <w:pStyle w:val="ListBullet"/>
        <w:numPr>
          <w:ilvl w:val="0"/>
          <w:numId w:val="44"/>
        </w:numPr>
        <w:rPr>
          <w:rFonts w:ascii="Verdana" w:hAnsi="Verdana"/>
        </w:rPr>
      </w:pPr>
      <w:r w:rsidRPr="00F41343">
        <w:rPr>
          <w:rFonts w:ascii="Verdana" w:hAnsi="Verdana"/>
          <w:b/>
          <w:bCs/>
        </w:rPr>
        <w:t>Something I wondered:</w:t>
      </w:r>
      <w:r w:rsidRPr="00F41343">
        <w:rPr>
          <w:rFonts w:ascii="Verdana" w:hAnsi="Verdana"/>
        </w:rPr>
        <w:t xml:space="preserve"> Accept a question the student had while reading; encourage curiosity about characters, clues, or what might happen next.</w:t>
      </w:r>
    </w:p>
    <w:p w14:paraId="3ED23090" w14:textId="77777777" w:rsidR="001C32E4" w:rsidRPr="00F41343" w:rsidRDefault="001C32E4" w:rsidP="001C32E4">
      <w:pPr>
        <w:pStyle w:val="ListBullet"/>
        <w:numPr>
          <w:ilvl w:val="0"/>
          <w:numId w:val="44"/>
        </w:numPr>
        <w:rPr>
          <w:rFonts w:ascii="Verdana" w:hAnsi="Verdana"/>
        </w:rPr>
      </w:pPr>
      <w:r w:rsidRPr="00F41343">
        <w:rPr>
          <w:rFonts w:ascii="Verdana" w:hAnsi="Verdana"/>
          <w:b/>
          <w:bCs/>
        </w:rPr>
        <w:t>Predictions:</w:t>
      </w:r>
      <w:r w:rsidRPr="00F41343">
        <w:rPr>
          <w:rFonts w:ascii="Verdana" w:hAnsi="Verdana"/>
        </w:rPr>
        <w:t xml:space="preserve"> Answers will vary; encourage students to use clues and evidence from the chapter when making a prediction.</w:t>
      </w:r>
    </w:p>
    <w:p w14:paraId="209DE6D8" w14:textId="77777777" w:rsidR="001C32E4" w:rsidRDefault="001C32E4" w:rsidP="001C32E4">
      <w:pPr>
        <w:pStyle w:val="ListBullet"/>
        <w:numPr>
          <w:ilvl w:val="0"/>
          <w:numId w:val="44"/>
        </w:numPr>
        <w:rPr>
          <w:rFonts w:ascii="Verdana" w:hAnsi="Verdana"/>
        </w:rPr>
      </w:pPr>
      <w:r w:rsidRPr="00F41343">
        <w:rPr>
          <w:rFonts w:ascii="Verdana" w:hAnsi="Verdana"/>
          <w:b/>
          <w:bCs/>
        </w:rPr>
        <w:t>Character feelings:</w:t>
      </w:r>
      <w:r w:rsidRPr="00F41343">
        <w:rPr>
          <w:rFonts w:ascii="Verdana" w:hAnsi="Verdana"/>
        </w:rPr>
        <w:t xml:space="preserve"> Student chooses a character from the chapter, names a feeling, and explains what happened in the story that supports that feeling.</w:t>
      </w:r>
    </w:p>
    <w:p w14:paraId="64ADC0D6" w14:textId="04390156" w:rsidR="001C32E4" w:rsidRPr="00F41343" w:rsidRDefault="001C32E4" w:rsidP="001C32E4">
      <w:pPr>
        <w:pStyle w:val="ListBullet"/>
        <w:numPr>
          <w:ilvl w:val="0"/>
          <w:numId w:val="44"/>
        </w:numPr>
        <w:rPr>
          <w:rFonts w:ascii="Verdana" w:hAnsi="Verdana"/>
        </w:rPr>
      </w:pPr>
      <w:r w:rsidRPr="00F41343">
        <w:rPr>
          <w:rFonts w:ascii="Verdana" w:hAnsi="Verdana"/>
          <w:b/>
          <w:bCs/>
        </w:rPr>
        <w:t>Word Detective Log:</w:t>
      </w:r>
      <w:r>
        <w:rPr>
          <w:rFonts w:ascii="Verdana" w:hAnsi="Verdana"/>
        </w:rPr>
        <w:t xml:space="preserve"> (up to 3 words)</w:t>
      </w:r>
      <w:r w:rsidR="000D6A23">
        <w:rPr>
          <w:rFonts w:ascii="Verdana" w:hAnsi="Verdana"/>
        </w:rPr>
        <w:t xml:space="preserve">: </w:t>
      </w:r>
      <w:r w:rsidR="000D6A23" w:rsidRPr="000D6A23">
        <w:rPr>
          <w:rFonts w:ascii="Verdana" w:hAnsi="Verdana"/>
        </w:rPr>
        <w:t>The goal of the Word Detective Log is vocabulary thinking, not perfection. A student’s “guess before” may be incomplete or incorrect; what matters is that the student is using context clues and then revising understanding.</w:t>
      </w:r>
    </w:p>
    <w:p w14:paraId="78CBBFCF" w14:textId="77777777" w:rsidR="001C32E4" w:rsidRPr="00F41343" w:rsidRDefault="001C32E4" w:rsidP="001C32E4">
      <w:pPr>
        <w:pStyle w:val="ListBullet"/>
        <w:numPr>
          <w:ilvl w:val="0"/>
          <w:numId w:val="45"/>
        </w:numPr>
        <w:rPr>
          <w:rFonts w:ascii="Verdana" w:hAnsi="Verdana"/>
        </w:rPr>
      </w:pPr>
      <w:r w:rsidRPr="00F41343">
        <w:rPr>
          <w:rFonts w:ascii="Verdana" w:hAnsi="Verdana"/>
        </w:rPr>
        <w:t>Student selects a word from the chapter and records the page number where it appears.</w:t>
      </w:r>
    </w:p>
    <w:p w14:paraId="3B8A61E2" w14:textId="77777777" w:rsidR="001C32E4" w:rsidRPr="00F41343" w:rsidRDefault="001C32E4" w:rsidP="001C32E4">
      <w:pPr>
        <w:pStyle w:val="ListBullet"/>
        <w:numPr>
          <w:ilvl w:val="0"/>
          <w:numId w:val="45"/>
        </w:numPr>
        <w:rPr>
          <w:rFonts w:ascii="Verdana" w:hAnsi="Verdana"/>
        </w:rPr>
      </w:pPr>
      <w:r w:rsidRPr="00F41343">
        <w:rPr>
          <w:rFonts w:ascii="Verdana" w:hAnsi="Verdana"/>
        </w:rPr>
        <w:t>My guess (before): Accept a reasonable guess based on context clues; the guess does not have to be correct.</w:t>
      </w:r>
    </w:p>
    <w:p w14:paraId="46D9F457" w14:textId="77777777" w:rsidR="001C32E4" w:rsidRPr="00F41343" w:rsidRDefault="001C32E4" w:rsidP="001C32E4">
      <w:pPr>
        <w:pStyle w:val="ListBullet"/>
        <w:numPr>
          <w:ilvl w:val="0"/>
          <w:numId w:val="45"/>
        </w:numPr>
        <w:rPr>
          <w:rFonts w:ascii="Verdana" w:hAnsi="Verdana"/>
        </w:rPr>
      </w:pPr>
      <w:r w:rsidRPr="00F41343">
        <w:rPr>
          <w:rFonts w:ascii="Verdana" w:hAnsi="Verdana"/>
        </w:rPr>
        <w:t>Dictionary meaning: Check that the meaning matches how the word is used in the chapter.</w:t>
      </w:r>
    </w:p>
    <w:p w14:paraId="4D8DB709" w14:textId="77E03458" w:rsidR="001401F7" w:rsidRPr="00327858" w:rsidRDefault="001C32E4" w:rsidP="00327858">
      <w:pPr>
        <w:pStyle w:val="ListBullet"/>
        <w:numPr>
          <w:ilvl w:val="0"/>
          <w:numId w:val="45"/>
        </w:numPr>
        <w:spacing w:after="0" w:line="240" w:lineRule="auto"/>
        <w:rPr>
          <w:rFonts w:ascii="Verdana" w:hAnsi="Verdana"/>
        </w:rPr>
      </w:pPr>
      <w:r w:rsidRPr="00F41343">
        <w:rPr>
          <w:rFonts w:ascii="Verdana" w:hAnsi="Verdana"/>
        </w:rPr>
        <w:lastRenderedPageBreak/>
        <w:t>My sentence: Student uses the word in a sentence that shows understanding, even if wording is simple.</w:t>
      </w:r>
      <w:r w:rsidR="001401F7" w:rsidRPr="00327858">
        <w:rPr>
          <w:rFonts w:ascii="Verdana" w:hAnsi="Verdana"/>
        </w:rPr>
        <w:br w:type="page"/>
      </w:r>
    </w:p>
    <w:p w14:paraId="39EE2C98" w14:textId="5662084C" w:rsidR="003C7AAA" w:rsidRPr="001401F7" w:rsidRDefault="003C7AAA" w:rsidP="001401F7">
      <w:pPr>
        <w:pStyle w:val="Heading1"/>
        <w:rPr>
          <w:rFonts w:ascii="Verdana" w:hAnsi="Verdana"/>
          <w:color w:val="000000" w:themeColor="text1"/>
        </w:rPr>
      </w:pPr>
      <w:bookmarkStart w:id="1" w:name="_Toc223812386"/>
      <w:r w:rsidRPr="001401F7">
        <w:rPr>
          <w:rFonts w:ascii="Verdana" w:hAnsi="Verdana"/>
          <w:color w:val="000000" w:themeColor="text1"/>
        </w:rPr>
        <w:lastRenderedPageBreak/>
        <w:t>Detective Discussion Cards</w:t>
      </w:r>
      <w:bookmarkEnd w:id="1"/>
    </w:p>
    <w:p w14:paraId="7DA770D0" w14:textId="77777777" w:rsidR="001401F7" w:rsidRDefault="001401F7" w:rsidP="001401F7">
      <w:pPr>
        <w:pStyle w:val="NoSpacing"/>
      </w:pPr>
    </w:p>
    <w:p w14:paraId="5CA30E7B" w14:textId="0B23F62A" w:rsidR="00566692" w:rsidRDefault="00566692" w:rsidP="00314E3F">
      <w:pPr>
        <w:spacing w:after="120"/>
        <w:rPr>
          <w:rFonts w:ascii="Verdana" w:hAnsi="Verdana"/>
        </w:rPr>
      </w:pPr>
      <w:r>
        <w:rPr>
          <w:rFonts w:ascii="Verdana" w:hAnsi="Verdana"/>
        </w:rPr>
        <w:t>Note: There is one set of Cards that can be used after reading any chapter in the book (While Reading the Book) and one set for after the book has been completed (After Reading the Book).</w:t>
      </w:r>
    </w:p>
    <w:p w14:paraId="01319771" w14:textId="6B1696C6" w:rsidR="003C7AAA" w:rsidRPr="00544574" w:rsidRDefault="003C7AAA" w:rsidP="00314E3F">
      <w:pPr>
        <w:spacing w:after="120"/>
        <w:rPr>
          <w:rFonts w:ascii="Verdana" w:hAnsi="Verdana"/>
        </w:rPr>
      </w:pPr>
      <w:r w:rsidRPr="00544574">
        <w:rPr>
          <w:rFonts w:ascii="Verdana" w:hAnsi="Verdana"/>
        </w:rPr>
        <w:t>Choose one option per lesson or rotate options across the week.</w:t>
      </w:r>
    </w:p>
    <w:p w14:paraId="668B83D2" w14:textId="41025B5D" w:rsidR="003C7AAA" w:rsidRDefault="003C7AAA" w:rsidP="00CE531D">
      <w:pPr>
        <w:pStyle w:val="ListBullet"/>
        <w:numPr>
          <w:ilvl w:val="0"/>
          <w:numId w:val="40"/>
        </w:numPr>
        <w:rPr>
          <w:rFonts w:ascii="Verdana" w:hAnsi="Verdana"/>
        </w:rPr>
      </w:pPr>
      <w:r w:rsidRPr="00CE531D">
        <w:rPr>
          <w:rFonts w:ascii="Verdana" w:hAnsi="Verdana"/>
          <w:b/>
          <w:bCs/>
        </w:rPr>
        <w:t>Turn-and-Talk</w:t>
      </w:r>
      <w:r w:rsidRPr="00544574">
        <w:rPr>
          <w:rFonts w:ascii="Verdana" w:hAnsi="Verdana"/>
        </w:rPr>
        <w:t xml:space="preserve"> (60–90 seconds): Partner A draws 1 card and reads it aloud; Partner A answers first. Partner B adds</w:t>
      </w:r>
      <w:r w:rsidR="00672B42" w:rsidRPr="00544574">
        <w:rPr>
          <w:rFonts w:ascii="Verdana" w:hAnsi="Verdana"/>
        </w:rPr>
        <w:t xml:space="preserve"> a</w:t>
      </w:r>
      <w:r w:rsidRPr="00544574">
        <w:rPr>
          <w:rFonts w:ascii="Verdana" w:hAnsi="Verdana"/>
        </w:rPr>
        <w:t xml:space="preserve"> </w:t>
      </w:r>
      <w:r w:rsidR="00672B42" w:rsidRPr="00544574">
        <w:rPr>
          <w:rFonts w:ascii="Verdana" w:hAnsi="Verdana"/>
        </w:rPr>
        <w:t>detail from the story that supports Partner A’s answer</w:t>
      </w:r>
      <w:r w:rsidRPr="00544574">
        <w:rPr>
          <w:rFonts w:ascii="Verdana" w:hAnsi="Verdana"/>
        </w:rPr>
        <w:t>.</w:t>
      </w:r>
    </w:p>
    <w:p w14:paraId="6F15C3C1" w14:textId="77777777" w:rsidR="00CE531D" w:rsidRPr="00544574" w:rsidRDefault="00CE531D" w:rsidP="00CE531D">
      <w:pPr>
        <w:pStyle w:val="ListBullet"/>
        <w:ind w:left="360"/>
        <w:rPr>
          <w:rFonts w:ascii="Verdana" w:hAnsi="Verdana"/>
        </w:rPr>
      </w:pPr>
    </w:p>
    <w:p w14:paraId="114CEADB" w14:textId="77777777" w:rsidR="003C7AAA" w:rsidRDefault="003C7AAA" w:rsidP="00CE531D">
      <w:pPr>
        <w:pStyle w:val="ListBullet"/>
        <w:numPr>
          <w:ilvl w:val="0"/>
          <w:numId w:val="40"/>
        </w:numPr>
        <w:rPr>
          <w:rFonts w:ascii="Verdana" w:hAnsi="Verdana"/>
        </w:rPr>
      </w:pPr>
      <w:r w:rsidRPr="00CE531D">
        <w:rPr>
          <w:rFonts w:ascii="Verdana" w:hAnsi="Verdana"/>
          <w:b/>
          <w:bCs/>
        </w:rPr>
        <w:t>Small-Group Rotation</w:t>
      </w:r>
      <w:r w:rsidRPr="00544574">
        <w:rPr>
          <w:rFonts w:ascii="Verdana" w:hAnsi="Verdana"/>
        </w:rPr>
        <w:t xml:space="preserve"> (8–10 minutes): Give each group 3–4 cards. Roles can rotate: Reader (reads the card), Evidence Finder (locates a clue detail), Speaker (shares out).</w:t>
      </w:r>
    </w:p>
    <w:p w14:paraId="2BFD3E32" w14:textId="77777777" w:rsidR="00CE531D" w:rsidRPr="00544574" w:rsidRDefault="00CE531D" w:rsidP="00CE531D">
      <w:pPr>
        <w:pStyle w:val="ListBullet"/>
        <w:ind w:left="360"/>
        <w:rPr>
          <w:rFonts w:ascii="Verdana" w:hAnsi="Verdana"/>
        </w:rPr>
      </w:pPr>
    </w:p>
    <w:p w14:paraId="4EDA9126" w14:textId="77777777" w:rsidR="003C7AAA" w:rsidRDefault="003C7AAA" w:rsidP="00CE531D">
      <w:pPr>
        <w:pStyle w:val="ListBullet"/>
        <w:numPr>
          <w:ilvl w:val="0"/>
          <w:numId w:val="40"/>
        </w:numPr>
        <w:rPr>
          <w:rFonts w:ascii="Verdana" w:hAnsi="Verdana"/>
        </w:rPr>
      </w:pPr>
      <w:r w:rsidRPr="00CE531D">
        <w:rPr>
          <w:rFonts w:ascii="Verdana" w:hAnsi="Verdana"/>
          <w:b/>
          <w:bCs/>
        </w:rPr>
        <w:t>Quick Write + Share</w:t>
      </w:r>
      <w:r w:rsidRPr="00544574">
        <w:rPr>
          <w:rFonts w:ascii="Verdana" w:hAnsi="Verdana"/>
        </w:rPr>
        <w:t xml:space="preserve"> (5–7 minutes): Students pick 1 card, write a short response, then share with a partner or small group.</w:t>
      </w:r>
    </w:p>
    <w:p w14:paraId="1409867F" w14:textId="77777777" w:rsidR="00CE531D" w:rsidRPr="00544574" w:rsidRDefault="00CE531D" w:rsidP="00CE531D">
      <w:pPr>
        <w:pStyle w:val="ListBullet"/>
        <w:ind w:left="360"/>
        <w:rPr>
          <w:rFonts w:ascii="Verdana" w:hAnsi="Verdana"/>
        </w:rPr>
      </w:pPr>
    </w:p>
    <w:p w14:paraId="645EE739" w14:textId="76BF9AA6" w:rsidR="00F05936" w:rsidRPr="00544574" w:rsidRDefault="003C7AAA" w:rsidP="00CE531D">
      <w:pPr>
        <w:pStyle w:val="ListBullet"/>
        <w:numPr>
          <w:ilvl w:val="0"/>
          <w:numId w:val="40"/>
        </w:numPr>
        <w:rPr>
          <w:rFonts w:ascii="Verdana" w:hAnsi="Verdana"/>
        </w:rPr>
      </w:pPr>
      <w:r w:rsidRPr="00CE531D">
        <w:rPr>
          <w:rFonts w:ascii="Verdana" w:hAnsi="Verdana"/>
          <w:b/>
          <w:bCs/>
        </w:rPr>
        <w:t>Exit Ticket</w:t>
      </w:r>
      <w:r w:rsidRPr="00544574">
        <w:rPr>
          <w:rFonts w:ascii="Verdana" w:hAnsi="Verdana"/>
        </w:rPr>
        <w:t xml:space="preserve"> (2 minutes): Use 1 card at the end of reading; students answer on a half-sheet or sticky note for a quick comprehension check.</w:t>
      </w:r>
      <w:r w:rsidRPr="00544574">
        <w:rPr>
          <w:rFonts w:ascii="Verdana" w:hAnsi="Verdana"/>
        </w:rPr>
        <w:br w:type="page"/>
      </w:r>
    </w:p>
    <w:p w14:paraId="1BB4BAA3" w14:textId="7BEC677B" w:rsidR="00F05936" w:rsidRPr="00544574" w:rsidRDefault="00544574">
      <w:pPr>
        <w:rPr>
          <w:rFonts w:ascii="Verdana" w:hAnsi="Verdana"/>
        </w:rPr>
      </w:pPr>
      <w:r w:rsidRPr="00544574">
        <w:rPr>
          <w:rFonts w:ascii="Verdana" w:hAnsi="Verdana"/>
          <w:b/>
          <w:sz w:val="28"/>
        </w:rPr>
        <w:lastRenderedPageBreak/>
        <w:t xml:space="preserve">Detective </w:t>
      </w:r>
      <w:r w:rsidR="00E62D97" w:rsidRPr="00544574">
        <w:rPr>
          <w:rFonts w:ascii="Verdana" w:hAnsi="Verdana"/>
          <w:b/>
          <w:sz w:val="28"/>
        </w:rPr>
        <w:t>Discussion</w:t>
      </w:r>
      <w:r w:rsidRPr="00544574">
        <w:rPr>
          <w:rFonts w:ascii="Verdana" w:hAnsi="Verdana"/>
          <w:b/>
          <w:sz w:val="28"/>
        </w:rPr>
        <w:t xml:space="preserve"> Cards (</w:t>
      </w:r>
      <w:r w:rsidR="00E62D97" w:rsidRPr="00544574">
        <w:rPr>
          <w:rFonts w:ascii="Verdana" w:hAnsi="Verdana"/>
          <w:b/>
          <w:sz w:val="28"/>
        </w:rPr>
        <w:t xml:space="preserve">While </w:t>
      </w:r>
      <w:r w:rsidRPr="00544574">
        <w:rPr>
          <w:rFonts w:ascii="Verdana" w:hAnsi="Verdana"/>
          <w:b/>
          <w:sz w:val="28"/>
        </w:rPr>
        <w:t>Reading</w:t>
      </w:r>
      <w:r w:rsidR="00E62D97" w:rsidRPr="00544574">
        <w:rPr>
          <w:rFonts w:ascii="Verdana" w:hAnsi="Verdana"/>
          <w:b/>
          <w:sz w:val="28"/>
        </w:rPr>
        <w:t xml:space="preserve"> the Book</w:t>
      </w:r>
      <w:r w:rsidRPr="00544574">
        <w:rPr>
          <w:rFonts w:ascii="Verdana" w:hAnsi="Verdana"/>
          <w:b/>
          <w:sz w:val="28"/>
        </w:rPr>
        <w:t>)</w:t>
      </w:r>
    </w:p>
    <w:p w14:paraId="7F68C6FE" w14:textId="1CD4E7B6" w:rsidR="00F05936" w:rsidRPr="00544574" w:rsidRDefault="00544574">
      <w:pPr>
        <w:spacing w:after="120"/>
        <w:rPr>
          <w:rFonts w:ascii="Verdana" w:hAnsi="Verdana"/>
        </w:rPr>
      </w:pPr>
      <w:r w:rsidRPr="00544574">
        <w:rPr>
          <w:rFonts w:ascii="Verdana" w:hAnsi="Verdana"/>
        </w:rPr>
        <w:t xml:space="preserve">Print and cut along the lines. DURING READING cards are designed for use </w:t>
      </w:r>
      <w:r w:rsidR="00E62D97" w:rsidRPr="00544574">
        <w:rPr>
          <w:rFonts w:ascii="Verdana" w:hAnsi="Verdana"/>
        </w:rPr>
        <w:t xml:space="preserve">while the students are reading the book. </w:t>
      </w:r>
    </w:p>
    <w:tbl>
      <w:tblPr>
        <w:tblStyle w:val="TableGrid"/>
        <w:tblW w:w="0" w:type="auto"/>
        <w:jc w:val="center"/>
        <w:tblLook w:val="04A0" w:firstRow="1" w:lastRow="0" w:firstColumn="1" w:lastColumn="0" w:noHBand="0" w:noVBand="1"/>
      </w:tblPr>
      <w:tblGrid>
        <w:gridCol w:w="3456"/>
        <w:gridCol w:w="3456"/>
        <w:gridCol w:w="3456"/>
      </w:tblGrid>
      <w:tr w:rsidR="00E62D97" w:rsidRPr="00544574" w14:paraId="1665F971" w14:textId="77777777" w:rsidTr="00E62D97">
        <w:trPr>
          <w:cantSplit/>
          <w:trHeight w:hRule="exact" w:val="2520"/>
          <w:jc w:val="center"/>
        </w:trPr>
        <w:tc>
          <w:tcPr>
            <w:tcW w:w="3456" w:type="dxa"/>
            <w:tcMar>
              <w:top w:w="80" w:type="dxa"/>
              <w:left w:w="80" w:type="dxa"/>
              <w:bottom w:w="80" w:type="dxa"/>
              <w:right w:w="80" w:type="dxa"/>
            </w:tcMar>
            <w:vAlign w:val="center"/>
          </w:tcPr>
          <w:p w14:paraId="450EEDCD" w14:textId="5AAC30E0"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1</w:t>
            </w:r>
            <w:r w:rsidRPr="00544574">
              <w:rPr>
                <w:rFonts w:ascii="Verdana" w:hAnsi="Verdana"/>
                <w:b/>
              </w:rPr>
              <w:br/>
            </w:r>
            <w:r w:rsidRPr="00544574">
              <w:rPr>
                <w:rFonts w:ascii="Verdana" w:hAnsi="Verdana"/>
              </w:rPr>
              <w:t xml:space="preserve">What new clue showed </w:t>
            </w:r>
            <w:r w:rsidRPr="00544574">
              <w:rPr>
                <w:rFonts w:ascii="Verdana" w:hAnsi="Verdana"/>
              </w:rPr>
              <w:br/>
              <w:t>up today?</w:t>
            </w:r>
          </w:p>
        </w:tc>
        <w:tc>
          <w:tcPr>
            <w:tcW w:w="3456" w:type="dxa"/>
            <w:tcMar>
              <w:top w:w="80" w:type="dxa"/>
              <w:left w:w="80" w:type="dxa"/>
              <w:bottom w:w="80" w:type="dxa"/>
              <w:right w:w="80" w:type="dxa"/>
            </w:tcMar>
            <w:vAlign w:val="center"/>
          </w:tcPr>
          <w:p w14:paraId="68C5AEE8" w14:textId="4423D3F1"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2</w:t>
            </w:r>
            <w:r w:rsidRPr="00544574">
              <w:rPr>
                <w:rFonts w:ascii="Verdana" w:hAnsi="Verdana"/>
                <w:b/>
              </w:rPr>
              <w:br/>
            </w:r>
            <w:r w:rsidRPr="00544574">
              <w:rPr>
                <w:rFonts w:ascii="Verdana" w:hAnsi="Verdana"/>
              </w:rPr>
              <w:t>What do you think the clue means right now? Why?</w:t>
            </w:r>
          </w:p>
        </w:tc>
        <w:tc>
          <w:tcPr>
            <w:tcW w:w="3456" w:type="dxa"/>
            <w:tcMar>
              <w:top w:w="80" w:type="dxa"/>
              <w:left w:w="80" w:type="dxa"/>
              <w:bottom w:w="80" w:type="dxa"/>
              <w:right w:w="80" w:type="dxa"/>
            </w:tcMar>
            <w:vAlign w:val="center"/>
          </w:tcPr>
          <w:p w14:paraId="02D3E788" w14:textId="34206AC1"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3</w:t>
            </w:r>
            <w:r w:rsidRPr="00544574">
              <w:rPr>
                <w:rFonts w:ascii="Verdana" w:hAnsi="Verdana"/>
                <w:b/>
              </w:rPr>
              <w:br/>
            </w:r>
            <w:r w:rsidRPr="00544574">
              <w:rPr>
                <w:rFonts w:ascii="Verdana" w:hAnsi="Verdana"/>
              </w:rPr>
              <w:t>What part felt confusing? What could you reread?</w:t>
            </w:r>
          </w:p>
        </w:tc>
      </w:tr>
      <w:tr w:rsidR="00E62D97" w:rsidRPr="00544574" w14:paraId="1536C6E9" w14:textId="77777777" w:rsidTr="00E62D97">
        <w:trPr>
          <w:cantSplit/>
          <w:trHeight w:hRule="exact" w:val="2520"/>
          <w:jc w:val="center"/>
        </w:trPr>
        <w:tc>
          <w:tcPr>
            <w:tcW w:w="3456" w:type="dxa"/>
            <w:tcMar>
              <w:top w:w="80" w:type="dxa"/>
              <w:left w:w="80" w:type="dxa"/>
              <w:bottom w:w="80" w:type="dxa"/>
              <w:right w:w="80" w:type="dxa"/>
            </w:tcMar>
            <w:vAlign w:val="center"/>
          </w:tcPr>
          <w:p w14:paraId="611F1DE5" w14:textId="21B0BE00"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4</w:t>
            </w:r>
            <w:r w:rsidRPr="00544574">
              <w:rPr>
                <w:rFonts w:ascii="Verdana" w:hAnsi="Verdana"/>
                <w:b/>
              </w:rPr>
              <w:br/>
            </w:r>
            <w:r w:rsidRPr="00544574">
              <w:rPr>
                <w:rFonts w:ascii="Verdana" w:hAnsi="Verdana"/>
              </w:rPr>
              <w:t xml:space="preserve">Who is being helpful in </w:t>
            </w:r>
            <w:r w:rsidRPr="00544574">
              <w:rPr>
                <w:rFonts w:ascii="Verdana" w:hAnsi="Verdana"/>
              </w:rPr>
              <w:br/>
              <w:t>this chapter? How?</w:t>
            </w:r>
          </w:p>
        </w:tc>
        <w:tc>
          <w:tcPr>
            <w:tcW w:w="3456" w:type="dxa"/>
            <w:tcMar>
              <w:top w:w="80" w:type="dxa"/>
              <w:left w:w="80" w:type="dxa"/>
              <w:bottom w:w="80" w:type="dxa"/>
              <w:right w:w="80" w:type="dxa"/>
            </w:tcMar>
            <w:vAlign w:val="center"/>
          </w:tcPr>
          <w:p w14:paraId="01CAD3BB" w14:textId="775CED7D"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5</w:t>
            </w:r>
            <w:r w:rsidRPr="00544574">
              <w:rPr>
                <w:rFonts w:ascii="Verdana" w:hAnsi="Verdana"/>
                <w:b/>
              </w:rPr>
              <w:br/>
            </w:r>
            <w:r w:rsidRPr="00544574">
              <w:rPr>
                <w:rFonts w:ascii="Verdana" w:hAnsi="Verdana"/>
              </w:rPr>
              <w:t>What is Archer noticing? What might it mean?</w:t>
            </w:r>
          </w:p>
        </w:tc>
        <w:tc>
          <w:tcPr>
            <w:tcW w:w="3456" w:type="dxa"/>
            <w:tcMar>
              <w:top w:w="80" w:type="dxa"/>
              <w:left w:w="80" w:type="dxa"/>
              <w:bottom w:w="80" w:type="dxa"/>
              <w:right w:w="80" w:type="dxa"/>
            </w:tcMar>
            <w:vAlign w:val="center"/>
          </w:tcPr>
          <w:p w14:paraId="5D2951DF" w14:textId="5AE4CAC3"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6</w:t>
            </w:r>
            <w:r w:rsidRPr="00544574">
              <w:rPr>
                <w:rFonts w:ascii="Verdana" w:hAnsi="Verdana"/>
                <w:b/>
              </w:rPr>
              <w:br/>
            </w:r>
            <w:r w:rsidRPr="00544574">
              <w:rPr>
                <w:rFonts w:ascii="Verdana" w:hAnsi="Verdana"/>
              </w:rPr>
              <w:t xml:space="preserve">Make a prediction: what </w:t>
            </w:r>
            <w:r w:rsidRPr="00544574">
              <w:rPr>
                <w:rFonts w:ascii="Verdana" w:hAnsi="Verdana"/>
              </w:rPr>
              <w:br/>
              <w:t>will happen next?</w:t>
            </w:r>
          </w:p>
        </w:tc>
      </w:tr>
      <w:tr w:rsidR="00E62D97" w:rsidRPr="00544574" w14:paraId="46DDAC7B" w14:textId="77777777" w:rsidTr="00E62D97">
        <w:trPr>
          <w:cantSplit/>
          <w:trHeight w:hRule="exact" w:val="2520"/>
          <w:jc w:val="center"/>
        </w:trPr>
        <w:tc>
          <w:tcPr>
            <w:tcW w:w="3456" w:type="dxa"/>
            <w:tcMar>
              <w:top w:w="80" w:type="dxa"/>
              <w:left w:w="80" w:type="dxa"/>
              <w:bottom w:w="80" w:type="dxa"/>
              <w:right w:w="80" w:type="dxa"/>
            </w:tcMar>
            <w:vAlign w:val="center"/>
          </w:tcPr>
          <w:p w14:paraId="71799C87" w14:textId="30214600"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7</w:t>
            </w:r>
            <w:r w:rsidRPr="00544574">
              <w:rPr>
                <w:rFonts w:ascii="Verdana" w:hAnsi="Verdana"/>
                <w:b/>
              </w:rPr>
              <w:br/>
            </w:r>
            <w:r w:rsidRPr="00544574">
              <w:rPr>
                <w:rFonts w:ascii="Verdana" w:hAnsi="Verdana"/>
              </w:rPr>
              <w:t>Name one small detail that feels important. Why?</w:t>
            </w:r>
          </w:p>
        </w:tc>
        <w:tc>
          <w:tcPr>
            <w:tcW w:w="3456" w:type="dxa"/>
            <w:tcMar>
              <w:top w:w="80" w:type="dxa"/>
              <w:left w:w="80" w:type="dxa"/>
              <w:bottom w:w="80" w:type="dxa"/>
              <w:right w:w="80" w:type="dxa"/>
            </w:tcMar>
            <w:vAlign w:val="center"/>
          </w:tcPr>
          <w:p w14:paraId="6176D69C" w14:textId="6E84DEF2"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8</w:t>
            </w:r>
            <w:r w:rsidRPr="00544574">
              <w:rPr>
                <w:rFonts w:ascii="Verdana" w:hAnsi="Verdana"/>
                <w:b/>
              </w:rPr>
              <w:br/>
            </w:r>
            <w:r w:rsidR="00EB1E85" w:rsidRPr="00544574">
              <w:rPr>
                <w:rFonts w:ascii="Verdana" w:hAnsi="Verdana"/>
              </w:rPr>
              <w:t xml:space="preserve">Where are Charlie and </w:t>
            </w:r>
            <w:r w:rsidR="00EB1E85" w:rsidRPr="00544574">
              <w:rPr>
                <w:rFonts w:ascii="Verdana" w:hAnsi="Verdana"/>
              </w:rPr>
              <w:br/>
              <w:t xml:space="preserve">Archer today? Why does </w:t>
            </w:r>
            <w:r w:rsidR="00EB1E85" w:rsidRPr="00544574">
              <w:rPr>
                <w:rFonts w:ascii="Verdana" w:hAnsi="Verdana"/>
              </w:rPr>
              <w:br/>
              <w:t xml:space="preserve">the place matter to </w:t>
            </w:r>
            <w:r w:rsidR="00EB1E85" w:rsidRPr="00544574">
              <w:rPr>
                <w:rFonts w:ascii="Verdana" w:hAnsi="Verdana"/>
              </w:rPr>
              <w:br/>
              <w:t>the story?</w:t>
            </w:r>
          </w:p>
        </w:tc>
        <w:tc>
          <w:tcPr>
            <w:tcW w:w="3456" w:type="dxa"/>
            <w:tcMar>
              <w:top w:w="80" w:type="dxa"/>
              <w:left w:w="80" w:type="dxa"/>
              <w:bottom w:w="80" w:type="dxa"/>
              <w:right w:w="80" w:type="dxa"/>
            </w:tcMar>
            <w:vAlign w:val="center"/>
          </w:tcPr>
          <w:p w14:paraId="27140A58" w14:textId="0E201B67"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9</w:t>
            </w:r>
            <w:r w:rsidRPr="00544574">
              <w:rPr>
                <w:rFonts w:ascii="Verdana" w:hAnsi="Verdana"/>
                <w:b/>
              </w:rPr>
              <w:br/>
            </w:r>
            <w:r w:rsidRPr="00544574">
              <w:rPr>
                <w:rFonts w:ascii="Verdana" w:hAnsi="Verdana"/>
              </w:rPr>
              <w:t xml:space="preserve">What question would you </w:t>
            </w:r>
            <w:r w:rsidRPr="00544574">
              <w:rPr>
                <w:rFonts w:ascii="Verdana" w:hAnsi="Verdana"/>
              </w:rPr>
              <w:br/>
              <w:t>ask Charlie right now?</w:t>
            </w:r>
          </w:p>
        </w:tc>
      </w:tr>
      <w:tr w:rsidR="00E62D97" w:rsidRPr="00544574" w14:paraId="30756E04" w14:textId="77777777" w:rsidTr="00E62D97">
        <w:trPr>
          <w:cantSplit/>
          <w:trHeight w:hRule="exact" w:val="2520"/>
          <w:jc w:val="center"/>
        </w:trPr>
        <w:tc>
          <w:tcPr>
            <w:tcW w:w="3456" w:type="dxa"/>
            <w:tcMar>
              <w:top w:w="80" w:type="dxa"/>
              <w:left w:w="80" w:type="dxa"/>
              <w:bottom w:w="80" w:type="dxa"/>
              <w:right w:w="80" w:type="dxa"/>
            </w:tcMar>
            <w:vAlign w:val="center"/>
          </w:tcPr>
          <w:p w14:paraId="412ED4B5" w14:textId="7835E368"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10</w:t>
            </w:r>
            <w:r w:rsidRPr="00544574">
              <w:rPr>
                <w:rFonts w:ascii="Verdana" w:hAnsi="Verdana"/>
                <w:b/>
              </w:rPr>
              <w:br/>
            </w:r>
            <w:r w:rsidRPr="00544574">
              <w:rPr>
                <w:rFonts w:ascii="Verdana" w:hAnsi="Verdana"/>
              </w:rPr>
              <w:t xml:space="preserve">What feeling is strongest </w:t>
            </w:r>
            <w:r w:rsidRPr="00544574">
              <w:rPr>
                <w:rFonts w:ascii="Verdana" w:hAnsi="Verdana"/>
              </w:rPr>
              <w:br/>
              <w:t xml:space="preserve">in this chapter? What </w:t>
            </w:r>
            <w:r w:rsidRPr="00544574">
              <w:rPr>
                <w:rFonts w:ascii="Verdana" w:hAnsi="Verdana"/>
              </w:rPr>
              <w:br/>
              <w:t>caused it?</w:t>
            </w:r>
          </w:p>
        </w:tc>
        <w:tc>
          <w:tcPr>
            <w:tcW w:w="3456" w:type="dxa"/>
            <w:tcMar>
              <w:top w:w="80" w:type="dxa"/>
              <w:left w:w="80" w:type="dxa"/>
              <w:bottom w:w="80" w:type="dxa"/>
              <w:right w:w="80" w:type="dxa"/>
            </w:tcMar>
            <w:vAlign w:val="center"/>
          </w:tcPr>
          <w:p w14:paraId="3CA2FE6B" w14:textId="48FAAA72"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11</w:t>
            </w:r>
            <w:r w:rsidRPr="00544574">
              <w:rPr>
                <w:rFonts w:ascii="Verdana" w:hAnsi="Verdana"/>
                <w:b/>
              </w:rPr>
              <w:br/>
            </w:r>
            <w:r w:rsidRPr="00544574">
              <w:rPr>
                <w:rFonts w:ascii="Verdana" w:hAnsi="Verdana"/>
              </w:rPr>
              <w:t>Who could be involved so far? Use clues, not accusations.</w:t>
            </w:r>
          </w:p>
        </w:tc>
        <w:tc>
          <w:tcPr>
            <w:tcW w:w="3456" w:type="dxa"/>
            <w:tcMar>
              <w:top w:w="80" w:type="dxa"/>
              <w:left w:w="80" w:type="dxa"/>
              <w:bottom w:w="80" w:type="dxa"/>
              <w:right w:w="80" w:type="dxa"/>
            </w:tcMar>
            <w:vAlign w:val="center"/>
          </w:tcPr>
          <w:p w14:paraId="54072078" w14:textId="79F8D9E8"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12</w:t>
            </w:r>
            <w:r w:rsidRPr="00544574">
              <w:rPr>
                <w:rFonts w:ascii="Verdana" w:hAnsi="Verdana"/>
                <w:b/>
              </w:rPr>
              <w:br/>
            </w:r>
            <w:r w:rsidRPr="00544574">
              <w:rPr>
                <w:rFonts w:ascii="Verdana" w:hAnsi="Verdana"/>
              </w:rPr>
              <w:t xml:space="preserve">What motive might </w:t>
            </w:r>
            <w:r w:rsidRPr="00544574">
              <w:rPr>
                <w:rFonts w:ascii="Verdana" w:hAnsi="Verdana"/>
              </w:rPr>
              <w:br/>
              <w:t xml:space="preserve">someone have? Give </w:t>
            </w:r>
            <w:r w:rsidRPr="00544574">
              <w:rPr>
                <w:rFonts w:ascii="Verdana" w:hAnsi="Verdana"/>
              </w:rPr>
              <w:br/>
              <w:t>two possibilities.</w:t>
            </w:r>
          </w:p>
        </w:tc>
      </w:tr>
      <w:tr w:rsidR="00E62D97" w:rsidRPr="00544574" w14:paraId="2FA58DCA" w14:textId="77777777" w:rsidTr="00E62D97">
        <w:trPr>
          <w:cantSplit/>
          <w:trHeight w:hRule="exact" w:val="2520"/>
          <w:jc w:val="center"/>
        </w:trPr>
        <w:tc>
          <w:tcPr>
            <w:tcW w:w="3456" w:type="dxa"/>
            <w:tcMar>
              <w:top w:w="80" w:type="dxa"/>
              <w:left w:w="80" w:type="dxa"/>
              <w:bottom w:w="80" w:type="dxa"/>
              <w:right w:w="80" w:type="dxa"/>
            </w:tcMar>
            <w:vAlign w:val="center"/>
          </w:tcPr>
          <w:p w14:paraId="240A61CD" w14:textId="69802D54"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13</w:t>
            </w:r>
            <w:r w:rsidRPr="00544574">
              <w:rPr>
                <w:rFonts w:ascii="Verdana" w:hAnsi="Verdana"/>
                <w:b/>
              </w:rPr>
              <w:br/>
            </w:r>
            <w:r w:rsidRPr="00544574">
              <w:rPr>
                <w:rFonts w:ascii="Verdana" w:hAnsi="Verdana"/>
              </w:rPr>
              <w:t xml:space="preserve">What should the class </w:t>
            </w:r>
            <w:r w:rsidRPr="00544574">
              <w:rPr>
                <w:rFonts w:ascii="Verdana" w:hAnsi="Verdana"/>
              </w:rPr>
              <w:br/>
              <w:t>do next to solve the mystery?</w:t>
            </w:r>
          </w:p>
        </w:tc>
        <w:tc>
          <w:tcPr>
            <w:tcW w:w="3456" w:type="dxa"/>
            <w:tcMar>
              <w:top w:w="80" w:type="dxa"/>
              <w:left w:w="80" w:type="dxa"/>
              <w:bottom w:w="80" w:type="dxa"/>
              <w:right w:w="80" w:type="dxa"/>
            </w:tcMar>
            <w:vAlign w:val="center"/>
          </w:tcPr>
          <w:p w14:paraId="3D56C0DA" w14:textId="5A9B15E9"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14</w:t>
            </w:r>
            <w:r w:rsidRPr="00544574">
              <w:rPr>
                <w:rFonts w:ascii="Verdana" w:hAnsi="Verdana"/>
                <w:b/>
              </w:rPr>
              <w:br/>
            </w:r>
            <w:r w:rsidRPr="00544574">
              <w:rPr>
                <w:rFonts w:ascii="Verdana" w:hAnsi="Verdana"/>
              </w:rPr>
              <w:t xml:space="preserve">Find a moment of </w:t>
            </w:r>
            <w:r w:rsidRPr="00544574">
              <w:rPr>
                <w:rFonts w:ascii="Verdana" w:hAnsi="Verdana"/>
              </w:rPr>
              <w:br/>
              <w:t xml:space="preserve">kindness in this </w:t>
            </w:r>
            <w:r w:rsidRPr="00544574">
              <w:rPr>
                <w:rFonts w:ascii="Verdana" w:hAnsi="Verdana"/>
              </w:rPr>
              <w:br/>
              <w:t>chapter. Explain.</w:t>
            </w:r>
          </w:p>
        </w:tc>
        <w:tc>
          <w:tcPr>
            <w:tcW w:w="3456" w:type="dxa"/>
            <w:tcMar>
              <w:top w:w="80" w:type="dxa"/>
              <w:left w:w="80" w:type="dxa"/>
              <w:bottom w:w="80" w:type="dxa"/>
              <w:right w:w="80" w:type="dxa"/>
            </w:tcMar>
            <w:vAlign w:val="center"/>
          </w:tcPr>
          <w:p w14:paraId="44313AB2" w14:textId="2B284EB4" w:rsidR="00E62D97" w:rsidRPr="00544574" w:rsidRDefault="00E62D97" w:rsidP="00E62D97">
            <w:pPr>
              <w:jc w:val="center"/>
              <w:rPr>
                <w:rFonts w:ascii="Verdana" w:hAnsi="Verdana"/>
              </w:rPr>
            </w:pPr>
            <w:r w:rsidRPr="00544574">
              <w:rPr>
                <w:rFonts w:ascii="Verdana" w:hAnsi="Verdana"/>
                <w:b/>
              </w:rPr>
              <w:t>DURING READING</w:t>
            </w:r>
            <w:r w:rsidRPr="00544574">
              <w:rPr>
                <w:rFonts w:ascii="Verdana" w:hAnsi="Verdana"/>
                <w:b/>
              </w:rPr>
              <w:br/>
              <w:t>Card 15</w:t>
            </w:r>
            <w:r w:rsidRPr="00544574">
              <w:rPr>
                <w:rFonts w:ascii="Verdana" w:hAnsi="Verdana"/>
                <w:b/>
              </w:rPr>
              <w:br/>
            </w:r>
            <w:r w:rsidRPr="00544574">
              <w:rPr>
                <w:rFonts w:ascii="Verdana" w:hAnsi="Verdana"/>
              </w:rPr>
              <w:t xml:space="preserve">What clue seems to </w:t>
            </w:r>
            <w:r w:rsidRPr="00544574">
              <w:rPr>
                <w:rFonts w:ascii="Verdana" w:hAnsi="Verdana"/>
              </w:rPr>
              <w:br/>
              <w:t>repeat across chapters?</w:t>
            </w:r>
          </w:p>
        </w:tc>
      </w:tr>
    </w:tbl>
    <w:p w14:paraId="0EA2674F" w14:textId="6E9F8EB2" w:rsidR="00F05936" w:rsidRPr="00544574" w:rsidRDefault="00544574">
      <w:pPr>
        <w:rPr>
          <w:rFonts w:ascii="Verdana" w:hAnsi="Verdana"/>
        </w:rPr>
      </w:pPr>
      <w:r w:rsidRPr="00544574">
        <w:rPr>
          <w:rFonts w:ascii="Verdana" w:hAnsi="Verdana"/>
          <w:b/>
          <w:sz w:val="28"/>
        </w:rPr>
        <w:lastRenderedPageBreak/>
        <w:t xml:space="preserve">Detective </w:t>
      </w:r>
      <w:r w:rsidR="00E62D97" w:rsidRPr="00544574">
        <w:rPr>
          <w:rFonts w:ascii="Verdana" w:hAnsi="Verdana"/>
          <w:b/>
          <w:sz w:val="28"/>
        </w:rPr>
        <w:t>Discussion</w:t>
      </w:r>
      <w:r w:rsidRPr="00544574">
        <w:rPr>
          <w:rFonts w:ascii="Verdana" w:hAnsi="Verdana"/>
          <w:b/>
          <w:sz w:val="28"/>
        </w:rPr>
        <w:t xml:space="preserve"> Cards (After Reading</w:t>
      </w:r>
      <w:r w:rsidR="00E62D97" w:rsidRPr="00544574">
        <w:rPr>
          <w:rFonts w:ascii="Verdana" w:hAnsi="Verdana"/>
          <w:b/>
          <w:sz w:val="28"/>
        </w:rPr>
        <w:t xml:space="preserve"> the Book</w:t>
      </w:r>
      <w:r w:rsidRPr="00544574">
        <w:rPr>
          <w:rFonts w:ascii="Verdana" w:hAnsi="Verdana"/>
          <w:b/>
          <w:sz w:val="28"/>
        </w:rPr>
        <w:t>)</w:t>
      </w:r>
    </w:p>
    <w:p w14:paraId="159FC877" w14:textId="4B97AA99" w:rsidR="008C14FE" w:rsidRPr="00544574" w:rsidRDefault="00544574">
      <w:pPr>
        <w:spacing w:after="120"/>
        <w:rPr>
          <w:rFonts w:ascii="Verdana" w:hAnsi="Verdana"/>
        </w:rPr>
      </w:pPr>
      <w:r w:rsidRPr="00544574">
        <w:rPr>
          <w:rFonts w:ascii="Verdana" w:hAnsi="Verdana"/>
        </w:rPr>
        <w:t xml:space="preserve">Print and cut along the lines. AFTER READING cards are designed for use </w:t>
      </w:r>
      <w:r w:rsidR="00E62D97" w:rsidRPr="00544574">
        <w:rPr>
          <w:rFonts w:ascii="Verdana" w:hAnsi="Verdana"/>
        </w:rPr>
        <w:t>after the students have finished reading the book.</w:t>
      </w:r>
    </w:p>
    <w:tbl>
      <w:tblPr>
        <w:tblStyle w:val="TableGrid"/>
        <w:tblW w:w="0" w:type="auto"/>
        <w:jc w:val="center"/>
        <w:tblLook w:val="04A0" w:firstRow="1" w:lastRow="0" w:firstColumn="1" w:lastColumn="0" w:noHBand="0" w:noVBand="1"/>
      </w:tblPr>
      <w:tblGrid>
        <w:gridCol w:w="3456"/>
        <w:gridCol w:w="3456"/>
        <w:gridCol w:w="3456"/>
      </w:tblGrid>
      <w:tr w:rsidR="008C14FE" w:rsidRPr="00544574" w14:paraId="1B6A25CE" w14:textId="77777777" w:rsidTr="003526A3">
        <w:trPr>
          <w:cantSplit/>
          <w:trHeight w:hRule="exact" w:val="2520"/>
          <w:jc w:val="center"/>
        </w:trPr>
        <w:tc>
          <w:tcPr>
            <w:tcW w:w="3456" w:type="dxa"/>
            <w:tcMar>
              <w:top w:w="80" w:type="dxa"/>
              <w:left w:w="80" w:type="dxa"/>
              <w:bottom w:w="80" w:type="dxa"/>
              <w:right w:w="80" w:type="dxa"/>
            </w:tcMar>
            <w:vAlign w:val="center"/>
          </w:tcPr>
          <w:p w14:paraId="5521D107" w14:textId="6DC7A21B"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1</w:t>
            </w:r>
            <w:r w:rsidRPr="00544574">
              <w:rPr>
                <w:rFonts w:ascii="Verdana" w:hAnsi="Verdana"/>
                <w:b/>
              </w:rPr>
              <w:br/>
            </w:r>
            <w:r w:rsidRPr="00544574">
              <w:rPr>
                <w:rFonts w:ascii="Verdana" w:hAnsi="Verdana"/>
              </w:rPr>
              <w:t xml:space="preserve">What was the </w:t>
            </w:r>
            <w:r w:rsidR="00947AC0" w:rsidRPr="00544574">
              <w:rPr>
                <w:rFonts w:ascii="Verdana" w:hAnsi="Verdana"/>
              </w:rPr>
              <w:t>most</w:t>
            </w:r>
            <w:r w:rsidRPr="00544574">
              <w:rPr>
                <w:rFonts w:ascii="Verdana" w:hAnsi="Verdana"/>
              </w:rPr>
              <w:t xml:space="preserve"> </w:t>
            </w:r>
            <w:r w:rsidR="00947AC0" w:rsidRPr="00544574">
              <w:rPr>
                <w:rFonts w:ascii="Verdana" w:hAnsi="Verdana"/>
              </w:rPr>
              <w:br/>
              <w:t xml:space="preserve">important </w:t>
            </w:r>
            <w:r w:rsidRPr="00544574">
              <w:rPr>
                <w:rFonts w:ascii="Verdana" w:hAnsi="Verdana"/>
              </w:rPr>
              <w:t>clue? Why?</w:t>
            </w:r>
          </w:p>
        </w:tc>
        <w:tc>
          <w:tcPr>
            <w:tcW w:w="3456" w:type="dxa"/>
            <w:tcMar>
              <w:top w:w="80" w:type="dxa"/>
              <w:left w:w="80" w:type="dxa"/>
              <w:bottom w:w="80" w:type="dxa"/>
              <w:right w:w="80" w:type="dxa"/>
            </w:tcMar>
            <w:vAlign w:val="center"/>
          </w:tcPr>
          <w:p w14:paraId="0D5CD2B6" w14:textId="1EA2E0D8"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2</w:t>
            </w:r>
            <w:r w:rsidRPr="00544574">
              <w:rPr>
                <w:rFonts w:ascii="Verdana" w:hAnsi="Verdana"/>
                <w:b/>
              </w:rPr>
              <w:br/>
            </w:r>
            <w:r w:rsidRPr="00544574">
              <w:rPr>
                <w:rFonts w:ascii="Verdana" w:hAnsi="Verdana"/>
              </w:rPr>
              <w:t xml:space="preserve">Which clue tricked you </w:t>
            </w:r>
            <w:r w:rsidR="00947AC0" w:rsidRPr="00544574">
              <w:rPr>
                <w:rFonts w:ascii="Verdana" w:hAnsi="Verdana"/>
              </w:rPr>
              <w:br/>
            </w:r>
            <w:r w:rsidRPr="00544574">
              <w:rPr>
                <w:rFonts w:ascii="Verdana" w:hAnsi="Verdana"/>
              </w:rPr>
              <w:t>at first? Explain.</w:t>
            </w:r>
          </w:p>
        </w:tc>
        <w:tc>
          <w:tcPr>
            <w:tcW w:w="3456" w:type="dxa"/>
            <w:tcMar>
              <w:top w:w="80" w:type="dxa"/>
              <w:left w:w="80" w:type="dxa"/>
              <w:bottom w:w="80" w:type="dxa"/>
              <w:right w:w="80" w:type="dxa"/>
            </w:tcMar>
            <w:vAlign w:val="center"/>
          </w:tcPr>
          <w:p w14:paraId="3D0C4970" w14:textId="381FFE38"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3</w:t>
            </w:r>
            <w:r w:rsidRPr="00544574">
              <w:rPr>
                <w:rFonts w:ascii="Verdana" w:hAnsi="Verdana"/>
                <w:b/>
              </w:rPr>
              <w:br/>
            </w:r>
            <w:r w:rsidR="00947AC0" w:rsidRPr="00544574">
              <w:rPr>
                <w:rFonts w:ascii="Verdana" w:hAnsi="Verdana"/>
              </w:rPr>
              <w:t xml:space="preserve">Pick a moment when a character had to decide </w:t>
            </w:r>
            <w:r w:rsidR="00947AC0" w:rsidRPr="00544574">
              <w:rPr>
                <w:rFonts w:ascii="Verdana" w:hAnsi="Verdana"/>
              </w:rPr>
              <w:br/>
              <w:t>what to do. What did they choose, and how did that affect the story?</w:t>
            </w:r>
          </w:p>
        </w:tc>
      </w:tr>
      <w:tr w:rsidR="008C14FE" w:rsidRPr="00544574" w14:paraId="7BD28B7F" w14:textId="77777777" w:rsidTr="003526A3">
        <w:trPr>
          <w:cantSplit/>
          <w:trHeight w:hRule="exact" w:val="2520"/>
          <w:jc w:val="center"/>
        </w:trPr>
        <w:tc>
          <w:tcPr>
            <w:tcW w:w="3456" w:type="dxa"/>
            <w:tcMar>
              <w:top w:w="80" w:type="dxa"/>
              <w:left w:w="80" w:type="dxa"/>
              <w:bottom w:w="80" w:type="dxa"/>
              <w:right w:w="80" w:type="dxa"/>
            </w:tcMar>
            <w:vAlign w:val="center"/>
          </w:tcPr>
          <w:p w14:paraId="52391AB0" w14:textId="31ECADA5"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4</w:t>
            </w:r>
            <w:r w:rsidRPr="00544574">
              <w:rPr>
                <w:rFonts w:ascii="Verdana" w:hAnsi="Verdana"/>
                <w:b/>
              </w:rPr>
              <w:br/>
            </w:r>
            <w:r w:rsidRPr="00544574">
              <w:rPr>
                <w:rFonts w:ascii="Verdana" w:hAnsi="Verdana"/>
              </w:rPr>
              <w:t xml:space="preserve">What did the story </w:t>
            </w:r>
            <w:r w:rsidR="00947AC0" w:rsidRPr="00544574">
              <w:rPr>
                <w:rFonts w:ascii="Verdana" w:hAnsi="Verdana"/>
              </w:rPr>
              <w:br/>
            </w:r>
            <w:r w:rsidRPr="00544574">
              <w:rPr>
                <w:rFonts w:ascii="Verdana" w:hAnsi="Verdana"/>
              </w:rPr>
              <w:t>teach about kindness or honesty? Use evidence.</w:t>
            </w:r>
          </w:p>
        </w:tc>
        <w:tc>
          <w:tcPr>
            <w:tcW w:w="3456" w:type="dxa"/>
            <w:tcMar>
              <w:top w:w="80" w:type="dxa"/>
              <w:left w:w="80" w:type="dxa"/>
              <w:bottom w:w="80" w:type="dxa"/>
              <w:right w:w="80" w:type="dxa"/>
            </w:tcMar>
            <w:vAlign w:val="center"/>
          </w:tcPr>
          <w:p w14:paraId="73C1BD62" w14:textId="44222580"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5</w:t>
            </w:r>
            <w:r w:rsidRPr="00544574">
              <w:rPr>
                <w:rFonts w:ascii="Verdana" w:hAnsi="Verdana"/>
                <w:b/>
              </w:rPr>
              <w:br/>
            </w:r>
            <w:r w:rsidRPr="00544574">
              <w:rPr>
                <w:rFonts w:ascii="Verdana" w:hAnsi="Verdana"/>
              </w:rPr>
              <w:t xml:space="preserve">Would you recommend </w:t>
            </w:r>
            <w:r w:rsidR="00947AC0" w:rsidRPr="00544574">
              <w:rPr>
                <w:rFonts w:ascii="Verdana" w:hAnsi="Verdana"/>
              </w:rPr>
              <w:br/>
            </w:r>
            <w:r w:rsidRPr="00544574">
              <w:rPr>
                <w:rFonts w:ascii="Verdana" w:hAnsi="Verdana"/>
              </w:rPr>
              <w:t>this book? Why?</w:t>
            </w:r>
          </w:p>
        </w:tc>
        <w:tc>
          <w:tcPr>
            <w:tcW w:w="3456" w:type="dxa"/>
            <w:tcMar>
              <w:top w:w="80" w:type="dxa"/>
              <w:left w:w="80" w:type="dxa"/>
              <w:bottom w:w="80" w:type="dxa"/>
              <w:right w:w="80" w:type="dxa"/>
            </w:tcMar>
            <w:vAlign w:val="center"/>
          </w:tcPr>
          <w:p w14:paraId="6A8B4492" w14:textId="285B3681"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6</w:t>
            </w:r>
            <w:r w:rsidRPr="00544574">
              <w:rPr>
                <w:rFonts w:ascii="Verdana" w:hAnsi="Verdana"/>
                <w:b/>
              </w:rPr>
              <w:br/>
            </w:r>
            <w:r w:rsidRPr="00544574">
              <w:rPr>
                <w:rFonts w:ascii="Verdana" w:hAnsi="Verdana"/>
              </w:rPr>
              <w:t>What was your favorite moment? Why?</w:t>
            </w:r>
          </w:p>
        </w:tc>
      </w:tr>
      <w:tr w:rsidR="008C14FE" w:rsidRPr="00544574" w14:paraId="2A5EBA59" w14:textId="77777777" w:rsidTr="003526A3">
        <w:trPr>
          <w:cantSplit/>
          <w:trHeight w:hRule="exact" w:val="2520"/>
          <w:jc w:val="center"/>
        </w:trPr>
        <w:tc>
          <w:tcPr>
            <w:tcW w:w="3456" w:type="dxa"/>
            <w:tcMar>
              <w:top w:w="80" w:type="dxa"/>
              <w:left w:w="80" w:type="dxa"/>
              <w:bottom w:w="80" w:type="dxa"/>
              <w:right w:w="80" w:type="dxa"/>
            </w:tcMar>
            <w:vAlign w:val="center"/>
          </w:tcPr>
          <w:p w14:paraId="573E8E02" w14:textId="67020E98"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7</w:t>
            </w:r>
            <w:r w:rsidRPr="00544574">
              <w:rPr>
                <w:rFonts w:ascii="Verdana" w:hAnsi="Verdana"/>
                <w:b/>
              </w:rPr>
              <w:br/>
            </w:r>
            <w:r w:rsidRPr="00544574">
              <w:rPr>
                <w:rFonts w:ascii="Verdana" w:hAnsi="Verdana"/>
              </w:rPr>
              <w:t>What should the class remember next time something goes missing?</w:t>
            </w:r>
          </w:p>
        </w:tc>
        <w:tc>
          <w:tcPr>
            <w:tcW w:w="3456" w:type="dxa"/>
            <w:tcMar>
              <w:top w:w="80" w:type="dxa"/>
              <w:left w:w="80" w:type="dxa"/>
              <w:bottom w:w="80" w:type="dxa"/>
              <w:right w:w="80" w:type="dxa"/>
            </w:tcMar>
            <w:vAlign w:val="center"/>
          </w:tcPr>
          <w:p w14:paraId="15DABAC5" w14:textId="4BB322E4"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8</w:t>
            </w:r>
            <w:r w:rsidRPr="00544574">
              <w:rPr>
                <w:rFonts w:ascii="Verdana" w:hAnsi="Verdana"/>
                <w:b/>
              </w:rPr>
              <w:br/>
            </w:r>
            <w:r w:rsidRPr="00544574">
              <w:rPr>
                <w:rFonts w:ascii="Verdana" w:hAnsi="Verdana"/>
              </w:rPr>
              <w:t>What did Archer do that helped the mystery get solved?</w:t>
            </w:r>
          </w:p>
        </w:tc>
        <w:tc>
          <w:tcPr>
            <w:tcW w:w="3456" w:type="dxa"/>
            <w:tcMar>
              <w:top w:w="80" w:type="dxa"/>
              <w:left w:w="80" w:type="dxa"/>
              <w:bottom w:w="80" w:type="dxa"/>
              <w:right w:w="80" w:type="dxa"/>
            </w:tcMar>
            <w:vAlign w:val="center"/>
          </w:tcPr>
          <w:p w14:paraId="033BDB75" w14:textId="6E580D9E"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9</w:t>
            </w:r>
            <w:r w:rsidRPr="00544574">
              <w:rPr>
                <w:rFonts w:ascii="Verdana" w:hAnsi="Verdana"/>
                <w:b/>
              </w:rPr>
              <w:br/>
            </w:r>
            <w:r w:rsidRPr="00544574">
              <w:rPr>
                <w:rFonts w:ascii="Verdana" w:hAnsi="Verdana"/>
              </w:rPr>
              <w:t>Compare two characters: how are they similar or different?</w:t>
            </w:r>
          </w:p>
        </w:tc>
      </w:tr>
      <w:tr w:rsidR="008C14FE" w:rsidRPr="00544574" w14:paraId="3F393B22" w14:textId="77777777" w:rsidTr="003526A3">
        <w:trPr>
          <w:cantSplit/>
          <w:trHeight w:hRule="exact" w:val="2520"/>
          <w:jc w:val="center"/>
        </w:trPr>
        <w:tc>
          <w:tcPr>
            <w:tcW w:w="3456" w:type="dxa"/>
            <w:tcMar>
              <w:top w:w="80" w:type="dxa"/>
              <w:left w:w="80" w:type="dxa"/>
              <w:bottom w:w="80" w:type="dxa"/>
              <w:right w:w="80" w:type="dxa"/>
            </w:tcMar>
            <w:vAlign w:val="center"/>
          </w:tcPr>
          <w:p w14:paraId="0F1FAD92" w14:textId="62A25622"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10</w:t>
            </w:r>
            <w:r w:rsidRPr="00544574">
              <w:rPr>
                <w:rFonts w:ascii="Verdana" w:hAnsi="Verdana"/>
                <w:b/>
              </w:rPr>
              <w:br/>
            </w:r>
            <w:r w:rsidRPr="00544574">
              <w:rPr>
                <w:rFonts w:ascii="Verdana" w:hAnsi="Verdana"/>
              </w:rPr>
              <w:t>If you could change one scene, what would you change and why?</w:t>
            </w:r>
          </w:p>
        </w:tc>
        <w:tc>
          <w:tcPr>
            <w:tcW w:w="3456" w:type="dxa"/>
            <w:tcMar>
              <w:top w:w="80" w:type="dxa"/>
              <w:left w:w="80" w:type="dxa"/>
              <w:bottom w:w="80" w:type="dxa"/>
              <w:right w:w="80" w:type="dxa"/>
            </w:tcMar>
            <w:vAlign w:val="center"/>
          </w:tcPr>
          <w:p w14:paraId="4D527E39" w14:textId="0119CD8F"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11</w:t>
            </w:r>
            <w:r w:rsidRPr="00544574">
              <w:rPr>
                <w:rFonts w:ascii="Verdana" w:hAnsi="Verdana"/>
                <w:b/>
              </w:rPr>
              <w:br/>
            </w:r>
            <w:r w:rsidR="0024251F" w:rsidRPr="00544574">
              <w:rPr>
                <w:rFonts w:ascii="Verdana" w:hAnsi="Verdana"/>
              </w:rPr>
              <w:t xml:space="preserve">What is one lesson this </w:t>
            </w:r>
            <w:r w:rsidR="003526A3" w:rsidRPr="00544574">
              <w:rPr>
                <w:rFonts w:ascii="Verdana" w:hAnsi="Verdana"/>
              </w:rPr>
              <w:br/>
            </w:r>
            <w:r w:rsidR="0024251F" w:rsidRPr="00544574">
              <w:rPr>
                <w:rFonts w:ascii="Verdana" w:hAnsi="Verdana"/>
              </w:rPr>
              <w:t xml:space="preserve">story teaches about kindness? Give an </w:t>
            </w:r>
            <w:r w:rsidR="003526A3" w:rsidRPr="00544574">
              <w:rPr>
                <w:rFonts w:ascii="Verdana" w:hAnsi="Verdana"/>
              </w:rPr>
              <w:br/>
            </w:r>
            <w:r w:rsidR="0024251F" w:rsidRPr="00544574">
              <w:rPr>
                <w:rFonts w:ascii="Verdana" w:hAnsi="Verdana"/>
              </w:rPr>
              <w:t>example from the book.</w:t>
            </w:r>
          </w:p>
        </w:tc>
        <w:tc>
          <w:tcPr>
            <w:tcW w:w="3456" w:type="dxa"/>
            <w:tcMar>
              <w:top w:w="80" w:type="dxa"/>
              <w:left w:w="80" w:type="dxa"/>
              <w:bottom w:w="80" w:type="dxa"/>
              <w:right w:w="80" w:type="dxa"/>
            </w:tcMar>
            <w:vAlign w:val="center"/>
          </w:tcPr>
          <w:p w14:paraId="70C135C8" w14:textId="4D3DC2F4"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12</w:t>
            </w:r>
            <w:r w:rsidRPr="00544574">
              <w:rPr>
                <w:rFonts w:ascii="Verdana" w:hAnsi="Verdana"/>
                <w:b/>
              </w:rPr>
              <w:br/>
            </w:r>
            <w:r w:rsidR="0024251F" w:rsidRPr="00544574">
              <w:rPr>
                <w:rFonts w:ascii="Verdana" w:hAnsi="Verdana"/>
              </w:rPr>
              <w:t xml:space="preserve">What is one lesson this </w:t>
            </w:r>
            <w:r w:rsidR="003526A3" w:rsidRPr="00544574">
              <w:rPr>
                <w:rFonts w:ascii="Verdana" w:hAnsi="Verdana"/>
              </w:rPr>
              <w:br/>
            </w:r>
            <w:r w:rsidR="0024251F" w:rsidRPr="00544574">
              <w:rPr>
                <w:rFonts w:ascii="Verdana" w:hAnsi="Verdana"/>
              </w:rPr>
              <w:t xml:space="preserve">story teaches about </w:t>
            </w:r>
            <w:r w:rsidR="003526A3" w:rsidRPr="00544574">
              <w:rPr>
                <w:rFonts w:ascii="Verdana" w:hAnsi="Verdana"/>
              </w:rPr>
              <w:br/>
            </w:r>
            <w:r w:rsidR="0024251F" w:rsidRPr="00544574">
              <w:rPr>
                <w:rFonts w:ascii="Verdana" w:hAnsi="Verdana"/>
              </w:rPr>
              <w:t xml:space="preserve">honesty? Give an </w:t>
            </w:r>
            <w:r w:rsidR="003526A3" w:rsidRPr="00544574">
              <w:rPr>
                <w:rFonts w:ascii="Verdana" w:hAnsi="Verdana"/>
              </w:rPr>
              <w:br/>
            </w:r>
            <w:r w:rsidR="0024251F" w:rsidRPr="00544574">
              <w:rPr>
                <w:rFonts w:ascii="Verdana" w:hAnsi="Verdana"/>
              </w:rPr>
              <w:t>example from the book.</w:t>
            </w:r>
          </w:p>
        </w:tc>
      </w:tr>
      <w:tr w:rsidR="008C14FE" w:rsidRPr="00544574" w14:paraId="7E825C94" w14:textId="77777777" w:rsidTr="003526A3">
        <w:trPr>
          <w:cantSplit/>
          <w:trHeight w:hRule="exact" w:val="2520"/>
          <w:jc w:val="center"/>
        </w:trPr>
        <w:tc>
          <w:tcPr>
            <w:tcW w:w="3456" w:type="dxa"/>
            <w:tcMar>
              <w:top w:w="80" w:type="dxa"/>
              <w:left w:w="80" w:type="dxa"/>
              <w:bottom w:w="80" w:type="dxa"/>
              <w:right w:w="80" w:type="dxa"/>
            </w:tcMar>
            <w:vAlign w:val="center"/>
          </w:tcPr>
          <w:p w14:paraId="119E5C66" w14:textId="487C74C0"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13</w:t>
            </w:r>
            <w:r w:rsidRPr="00544574">
              <w:rPr>
                <w:rFonts w:ascii="Verdana" w:hAnsi="Verdana"/>
                <w:b/>
              </w:rPr>
              <w:br/>
            </w:r>
            <w:r w:rsidRPr="00544574">
              <w:rPr>
                <w:rFonts w:ascii="Verdana" w:hAnsi="Verdana"/>
              </w:rPr>
              <w:t xml:space="preserve">How did the class make </w:t>
            </w:r>
            <w:r w:rsidR="00947AC0" w:rsidRPr="00544574">
              <w:rPr>
                <w:rFonts w:ascii="Verdana" w:hAnsi="Verdana"/>
              </w:rPr>
              <w:br/>
            </w:r>
            <w:r w:rsidRPr="00544574">
              <w:rPr>
                <w:rFonts w:ascii="Verdana" w:hAnsi="Verdana"/>
              </w:rPr>
              <w:t xml:space="preserve">it right? What would </w:t>
            </w:r>
            <w:r w:rsidR="00947AC0" w:rsidRPr="00544574">
              <w:rPr>
                <w:rFonts w:ascii="Verdana" w:hAnsi="Verdana"/>
              </w:rPr>
              <w:br/>
            </w:r>
            <w:r w:rsidRPr="00544574">
              <w:rPr>
                <w:rFonts w:ascii="Verdana" w:hAnsi="Verdana"/>
              </w:rPr>
              <w:t>you add?</w:t>
            </w:r>
          </w:p>
        </w:tc>
        <w:tc>
          <w:tcPr>
            <w:tcW w:w="3456" w:type="dxa"/>
            <w:tcMar>
              <w:top w:w="80" w:type="dxa"/>
              <w:left w:w="80" w:type="dxa"/>
              <w:bottom w:w="80" w:type="dxa"/>
              <w:right w:w="80" w:type="dxa"/>
            </w:tcMar>
            <w:vAlign w:val="center"/>
          </w:tcPr>
          <w:p w14:paraId="034B6EC1" w14:textId="10C68C89"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14</w:t>
            </w:r>
            <w:r w:rsidRPr="00544574">
              <w:rPr>
                <w:rFonts w:ascii="Verdana" w:hAnsi="Verdana"/>
                <w:b/>
              </w:rPr>
              <w:br/>
            </w:r>
            <w:r w:rsidR="00947AC0" w:rsidRPr="00544574">
              <w:rPr>
                <w:rFonts w:ascii="Verdana" w:hAnsi="Verdana"/>
              </w:rPr>
              <w:t xml:space="preserve">What </w:t>
            </w:r>
            <w:r w:rsidRPr="00544574">
              <w:rPr>
                <w:rFonts w:ascii="Verdana" w:hAnsi="Verdana"/>
              </w:rPr>
              <w:t xml:space="preserve">should the Kindness Club </w:t>
            </w:r>
            <w:r w:rsidR="00947AC0" w:rsidRPr="00544574">
              <w:rPr>
                <w:rFonts w:ascii="Verdana" w:hAnsi="Verdana"/>
              </w:rPr>
              <w:t xml:space="preserve">in the book </w:t>
            </w:r>
            <w:r w:rsidRPr="00544574">
              <w:rPr>
                <w:rFonts w:ascii="Verdana" w:hAnsi="Verdana"/>
              </w:rPr>
              <w:t>do first? Why?</w:t>
            </w:r>
          </w:p>
        </w:tc>
        <w:tc>
          <w:tcPr>
            <w:tcW w:w="3456" w:type="dxa"/>
            <w:tcMar>
              <w:top w:w="80" w:type="dxa"/>
              <w:left w:w="80" w:type="dxa"/>
              <w:bottom w:w="80" w:type="dxa"/>
              <w:right w:w="80" w:type="dxa"/>
            </w:tcMar>
            <w:vAlign w:val="center"/>
          </w:tcPr>
          <w:p w14:paraId="7FE49057" w14:textId="5239C733" w:rsidR="008C14FE" w:rsidRPr="00544574" w:rsidRDefault="008C14FE" w:rsidP="008C14FE">
            <w:pPr>
              <w:jc w:val="center"/>
              <w:rPr>
                <w:rFonts w:ascii="Verdana" w:hAnsi="Verdana"/>
              </w:rPr>
            </w:pPr>
            <w:r w:rsidRPr="00544574">
              <w:rPr>
                <w:rFonts w:ascii="Verdana" w:hAnsi="Verdana"/>
                <w:b/>
              </w:rPr>
              <w:t>AFTER READING</w:t>
            </w:r>
            <w:r w:rsidRPr="00544574">
              <w:rPr>
                <w:rFonts w:ascii="Verdana" w:hAnsi="Verdana"/>
                <w:b/>
              </w:rPr>
              <w:br/>
            </w:r>
            <w:r w:rsidR="00947AC0" w:rsidRPr="00544574">
              <w:rPr>
                <w:rFonts w:ascii="Verdana" w:hAnsi="Verdana"/>
                <w:b/>
              </w:rPr>
              <w:t xml:space="preserve">Card </w:t>
            </w:r>
            <w:r w:rsidRPr="00544574">
              <w:rPr>
                <w:rFonts w:ascii="Verdana" w:hAnsi="Verdana"/>
                <w:b/>
              </w:rPr>
              <w:t>15</w:t>
            </w:r>
            <w:r w:rsidRPr="00544574">
              <w:rPr>
                <w:rFonts w:ascii="Verdana" w:hAnsi="Verdana"/>
                <w:b/>
              </w:rPr>
              <w:br/>
            </w:r>
            <w:r w:rsidRPr="00544574">
              <w:rPr>
                <w:rFonts w:ascii="Verdana" w:hAnsi="Verdana"/>
              </w:rPr>
              <w:t xml:space="preserve">Make a new alliterative </w:t>
            </w:r>
            <w:r w:rsidR="00947AC0" w:rsidRPr="00544574">
              <w:rPr>
                <w:rFonts w:ascii="Verdana" w:hAnsi="Verdana"/>
              </w:rPr>
              <w:br/>
            </w:r>
            <w:r w:rsidRPr="00544574">
              <w:rPr>
                <w:rFonts w:ascii="Verdana" w:hAnsi="Verdana"/>
              </w:rPr>
              <w:t>title. Explain your choice.</w:t>
            </w:r>
          </w:p>
        </w:tc>
      </w:tr>
    </w:tbl>
    <w:p w14:paraId="03EBF130" w14:textId="77777777" w:rsidR="00566692" w:rsidRPr="001401F7" w:rsidRDefault="00566692" w:rsidP="001401F7">
      <w:pPr>
        <w:pStyle w:val="Heading1"/>
        <w:rPr>
          <w:rFonts w:ascii="Verdana" w:hAnsi="Verdana"/>
          <w:color w:val="000000" w:themeColor="text1"/>
        </w:rPr>
      </w:pPr>
      <w:bookmarkStart w:id="2" w:name="_Toc223812387"/>
      <w:r w:rsidRPr="001401F7">
        <w:rPr>
          <w:rFonts w:ascii="Verdana" w:hAnsi="Verdana"/>
          <w:color w:val="000000" w:themeColor="text1"/>
        </w:rPr>
        <w:lastRenderedPageBreak/>
        <w:t>Chapter Snapshots</w:t>
      </w:r>
      <w:bookmarkEnd w:id="2"/>
    </w:p>
    <w:p w14:paraId="0D90706B" w14:textId="77777777" w:rsidR="00566692" w:rsidRPr="00544574" w:rsidRDefault="00566692" w:rsidP="00566692">
      <w:pPr>
        <w:rPr>
          <w:rFonts w:ascii="Verdana" w:hAnsi="Verdana"/>
        </w:rPr>
      </w:pPr>
      <w:r w:rsidRPr="00544574">
        <w:rPr>
          <w:rFonts w:ascii="Verdana" w:hAnsi="Verdana"/>
        </w:rPr>
        <w:t>Quick reference for pacing and discussio</w:t>
      </w:r>
      <w:r>
        <w:rPr>
          <w:rFonts w:ascii="Verdana" w:hAnsi="Verdana"/>
        </w:rPr>
        <w:t>n.</w:t>
      </w:r>
    </w:p>
    <w:tbl>
      <w:tblPr>
        <w:tblStyle w:val="TableGrid"/>
        <w:tblW w:w="0" w:type="auto"/>
        <w:jc w:val="center"/>
        <w:tblLook w:val="04A0" w:firstRow="1" w:lastRow="0" w:firstColumn="1" w:lastColumn="0" w:noHBand="0" w:noVBand="1"/>
      </w:tblPr>
      <w:tblGrid>
        <w:gridCol w:w="2758"/>
        <w:gridCol w:w="7672"/>
      </w:tblGrid>
      <w:tr w:rsidR="00566692" w:rsidRPr="00544574" w14:paraId="0CE60132" w14:textId="77777777" w:rsidTr="009F7CDB">
        <w:trPr>
          <w:jc w:val="center"/>
        </w:trPr>
        <w:tc>
          <w:tcPr>
            <w:tcW w:w="2808" w:type="dxa"/>
            <w:vAlign w:val="center"/>
          </w:tcPr>
          <w:p w14:paraId="79357243" w14:textId="77777777" w:rsidR="00566692" w:rsidRPr="00544574" w:rsidRDefault="00566692" w:rsidP="009F7CDB">
            <w:pPr>
              <w:rPr>
                <w:rFonts w:ascii="Verdana" w:hAnsi="Verdana"/>
                <w:sz w:val="20"/>
                <w:szCs w:val="20"/>
              </w:rPr>
            </w:pPr>
            <w:r w:rsidRPr="00544574">
              <w:rPr>
                <w:rFonts w:ascii="Verdana" w:hAnsi="Verdana"/>
                <w:b/>
                <w:sz w:val="20"/>
                <w:szCs w:val="20"/>
              </w:rPr>
              <w:t>Chapter</w:t>
            </w:r>
          </w:p>
        </w:tc>
        <w:tc>
          <w:tcPr>
            <w:tcW w:w="7848" w:type="dxa"/>
            <w:vAlign w:val="center"/>
          </w:tcPr>
          <w:p w14:paraId="126D79CA" w14:textId="77777777" w:rsidR="00566692" w:rsidRPr="00544574" w:rsidRDefault="00566692" w:rsidP="009F7CDB">
            <w:pPr>
              <w:rPr>
                <w:rFonts w:ascii="Verdana" w:hAnsi="Verdana"/>
                <w:sz w:val="20"/>
                <w:szCs w:val="20"/>
              </w:rPr>
            </w:pPr>
            <w:r w:rsidRPr="00544574">
              <w:rPr>
                <w:rFonts w:ascii="Verdana" w:hAnsi="Verdana"/>
                <w:b/>
                <w:sz w:val="20"/>
                <w:szCs w:val="20"/>
              </w:rPr>
              <w:t>Snapshot</w:t>
            </w:r>
          </w:p>
        </w:tc>
      </w:tr>
      <w:tr w:rsidR="00566692" w:rsidRPr="00544574" w14:paraId="67BB9549" w14:textId="77777777" w:rsidTr="009F7CDB">
        <w:trPr>
          <w:jc w:val="center"/>
        </w:trPr>
        <w:tc>
          <w:tcPr>
            <w:tcW w:w="2808" w:type="dxa"/>
          </w:tcPr>
          <w:p w14:paraId="6EC8813A" w14:textId="77777777" w:rsidR="00566692" w:rsidRPr="00544574" w:rsidRDefault="00566692" w:rsidP="009F7CDB">
            <w:pPr>
              <w:rPr>
                <w:rFonts w:ascii="Verdana" w:hAnsi="Verdana"/>
                <w:sz w:val="20"/>
                <w:szCs w:val="20"/>
              </w:rPr>
            </w:pPr>
            <w:r w:rsidRPr="00544574">
              <w:rPr>
                <w:rFonts w:ascii="Verdana" w:hAnsi="Verdana"/>
                <w:sz w:val="20"/>
                <w:szCs w:val="20"/>
              </w:rPr>
              <w:t>1. The Missing Crayons</w:t>
            </w:r>
          </w:p>
        </w:tc>
        <w:tc>
          <w:tcPr>
            <w:tcW w:w="7848" w:type="dxa"/>
          </w:tcPr>
          <w:p w14:paraId="1D127267" w14:textId="77777777" w:rsidR="00566692" w:rsidRPr="00544574" w:rsidRDefault="00566692" w:rsidP="009F7CDB">
            <w:pPr>
              <w:rPr>
                <w:rFonts w:ascii="Verdana" w:hAnsi="Verdana"/>
                <w:sz w:val="20"/>
                <w:szCs w:val="20"/>
              </w:rPr>
            </w:pPr>
            <w:r w:rsidRPr="00544574">
              <w:rPr>
                <w:rFonts w:ascii="Verdana" w:hAnsi="Verdana"/>
                <w:sz w:val="20"/>
                <w:szCs w:val="20"/>
              </w:rPr>
              <w:t>Archer arrives to visit Mrs. Percy’s class. A box of crayons goes missing; feelings start to bubble up as kids wonder what happened. Charlie notices glitter near Maya’s desk, starts a clue notebook, and teams up with Archer to investigate.</w:t>
            </w:r>
          </w:p>
        </w:tc>
      </w:tr>
      <w:tr w:rsidR="00566692" w:rsidRPr="00544574" w14:paraId="310BFAC9" w14:textId="77777777" w:rsidTr="009F7CDB">
        <w:trPr>
          <w:jc w:val="center"/>
        </w:trPr>
        <w:tc>
          <w:tcPr>
            <w:tcW w:w="2808" w:type="dxa"/>
          </w:tcPr>
          <w:p w14:paraId="225AF062" w14:textId="77777777" w:rsidR="00566692" w:rsidRPr="00544574" w:rsidRDefault="00566692" w:rsidP="009F7CDB">
            <w:pPr>
              <w:rPr>
                <w:rFonts w:ascii="Verdana" w:hAnsi="Verdana"/>
                <w:sz w:val="20"/>
                <w:szCs w:val="20"/>
              </w:rPr>
            </w:pPr>
            <w:r w:rsidRPr="00544574">
              <w:rPr>
                <w:rFonts w:ascii="Verdana" w:hAnsi="Verdana"/>
                <w:sz w:val="20"/>
                <w:szCs w:val="20"/>
              </w:rPr>
              <w:t>2. Tails and Trails</w:t>
            </w:r>
          </w:p>
        </w:tc>
        <w:tc>
          <w:tcPr>
            <w:tcW w:w="7848" w:type="dxa"/>
          </w:tcPr>
          <w:p w14:paraId="15C4916F" w14:textId="77777777" w:rsidR="00566692" w:rsidRPr="00544574" w:rsidRDefault="00566692" w:rsidP="009F7CDB">
            <w:pPr>
              <w:rPr>
                <w:rFonts w:ascii="Verdana" w:hAnsi="Verdana"/>
                <w:sz w:val="20"/>
                <w:szCs w:val="20"/>
              </w:rPr>
            </w:pPr>
            <w:r w:rsidRPr="00544574">
              <w:rPr>
                <w:rFonts w:ascii="Verdana" w:hAnsi="Verdana"/>
                <w:sz w:val="20"/>
                <w:szCs w:val="20"/>
              </w:rPr>
              <w:t>The class follows a glitter trail with Archer. The trail leads to the art shelf; the supply bin is missing too. Using a magnifying glass, Charlie studies the glitter; the class searches, but no new clues turn up yet.</w:t>
            </w:r>
          </w:p>
        </w:tc>
      </w:tr>
      <w:tr w:rsidR="00566692" w:rsidRPr="00544574" w14:paraId="37AAEBE9" w14:textId="77777777" w:rsidTr="009F7CDB">
        <w:trPr>
          <w:jc w:val="center"/>
        </w:trPr>
        <w:tc>
          <w:tcPr>
            <w:tcW w:w="2808" w:type="dxa"/>
          </w:tcPr>
          <w:p w14:paraId="33A0B1FC" w14:textId="77777777" w:rsidR="00566692" w:rsidRPr="00544574" w:rsidRDefault="00566692" w:rsidP="009F7CDB">
            <w:pPr>
              <w:rPr>
                <w:rFonts w:ascii="Verdana" w:hAnsi="Verdana"/>
                <w:sz w:val="20"/>
                <w:szCs w:val="20"/>
              </w:rPr>
            </w:pPr>
            <w:r w:rsidRPr="00544574">
              <w:rPr>
                <w:rFonts w:ascii="Verdana" w:hAnsi="Verdana"/>
                <w:sz w:val="20"/>
                <w:szCs w:val="20"/>
              </w:rPr>
              <w:t>3. The Mystery Grows</w:t>
            </w:r>
          </w:p>
        </w:tc>
        <w:tc>
          <w:tcPr>
            <w:tcW w:w="7848" w:type="dxa"/>
          </w:tcPr>
          <w:p w14:paraId="36D8D688" w14:textId="77777777" w:rsidR="00566692" w:rsidRPr="00544574" w:rsidRDefault="00566692" w:rsidP="009F7CDB">
            <w:pPr>
              <w:rPr>
                <w:rFonts w:ascii="Verdana" w:hAnsi="Verdana"/>
                <w:sz w:val="20"/>
                <w:szCs w:val="20"/>
              </w:rPr>
            </w:pPr>
            <w:r w:rsidRPr="00544574">
              <w:rPr>
                <w:rFonts w:ascii="Verdana" w:hAnsi="Verdana"/>
                <w:sz w:val="20"/>
                <w:szCs w:val="20"/>
              </w:rPr>
              <w:t>During read-aloud time, Maya and Charlie quietly watch Archer’s body language and talk like detectives. Sadie drops her backpack, and crayons spill out; the class worries she took the missing ones. Mrs. Percy reminds everyone to check facts, not accuse. Archer stays calm, and the mystery remains open.</w:t>
            </w:r>
          </w:p>
        </w:tc>
      </w:tr>
      <w:tr w:rsidR="00566692" w:rsidRPr="00544574" w14:paraId="171A8DBE" w14:textId="77777777" w:rsidTr="009F7CDB">
        <w:trPr>
          <w:jc w:val="center"/>
        </w:trPr>
        <w:tc>
          <w:tcPr>
            <w:tcW w:w="2808" w:type="dxa"/>
          </w:tcPr>
          <w:p w14:paraId="33290E94" w14:textId="77777777" w:rsidR="00566692" w:rsidRPr="00544574" w:rsidRDefault="00566692" w:rsidP="009F7CDB">
            <w:pPr>
              <w:rPr>
                <w:rFonts w:ascii="Verdana" w:hAnsi="Verdana"/>
                <w:sz w:val="20"/>
                <w:szCs w:val="20"/>
              </w:rPr>
            </w:pPr>
            <w:r w:rsidRPr="00544574">
              <w:rPr>
                <w:rFonts w:ascii="Verdana" w:hAnsi="Verdana"/>
                <w:sz w:val="20"/>
                <w:szCs w:val="20"/>
              </w:rPr>
              <w:t>4. Smells Like a Clue</w:t>
            </w:r>
          </w:p>
        </w:tc>
        <w:tc>
          <w:tcPr>
            <w:tcW w:w="7848" w:type="dxa"/>
          </w:tcPr>
          <w:p w14:paraId="492121CD" w14:textId="77777777" w:rsidR="00566692" w:rsidRPr="00544574" w:rsidRDefault="00566692" w:rsidP="009F7CDB">
            <w:pPr>
              <w:rPr>
                <w:rFonts w:ascii="Verdana" w:hAnsi="Verdana"/>
                <w:sz w:val="20"/>
                <w:szCs w:val="20"/>
              </w:rPr>
            </w:pPr>
            <w:r w:rsidRPr="00544574">
              <w:rPr>
                <w:rFonts w:ascii="Verdana" w:hAnsi="Verdana"/>
                <w:sz w:val="20"/>
                <w:szCs w:val="20"/>
              </w:rPr>
              <w:t>A new smell fills the room, and Charlie notices Archer’s nose wiggling as he searches. Archer leads them to the reading corner; a tissue tucked behind a plant smells like lavender. Mrs. Percy explains lavender can be calming; Charlie records the clue and plans to look again later.</w:t>
            </w:r>
          </w:p>
        </w:tc>
      </w:tr>
      <w:tr w:rsidR="00566692" w:rsidRPr="00544574" w14:paraId="2355F3E8" w14:textId="77777777" w:rsidTr="009F7CDB">
        <w:trPr>
          <w:jc w:val="center"/>
        </w:trPr>
        <w:tc>
          <w:tcPr>
            <w:tcW w:w="2808" w:type="dxa"/>
          </w:tcPr>
          <w:p w14:paraId="70BC6473" w14:textId="77777777" w:rsidR="00566692" w:rsidRPr="00544574" w:rsidRDefault="00566692" w:rsidP="009F7CDB">
            <w:pPr>
              <w:rPr>
                <w:rFonts w:ascii="Verdana" w:hAnsi="Verdana"/>
                <w:sz w:val="20"/>
                <w:szCs w:val="20"/>
              </w:rPr>
            </w:pPr>
            <w:r w:rsidRPr="00544574">
              <w:rPr>
                <w:rFonts w:ascii="Verdana" w:hAnsi="Verdana"/>
                <w:sz w:val="20"/>
                <w:szCs w:val="20"/>
              </w:rPr>
              <w:t>5. Reading Corner Clues</w:t>
            </w:r>
          </w:p>
        </w:tc>
        <w:tc>
          <w:tcPr>
            <w:tcW w:w="7848" w:type="dxa"/>
          </w:tcPr>
          <w:p w14:paraId="066672FC" w14:textId="36FC8A4C" w:rsidR="00566692" w:rsidRPr="00544574" w:rsidRDefault="00566692" w:rsidP="009F7CDB">
            <w:pPr>
              <w:rPr>
                <w:rFonts w:ascii="Verdana" w:hAnsi="Verdana"/>
                <w:sz w:val="20"/>
                <w:szCs w:val="20"/>
              </w:rPr>
            </w:pPr>
            <w:r w:rsidRPr="00544574">
              <w:rPr>
                <w:rFonts w:ascii="Verdana" w:hAnsi="Verdana"/>
                <w:sz w:val="20"/>
                <w:szCs w:val="20"/>
              </w:rPr>
              <w:t>While students work on poems, Archer returns to the reading corner and sniffs with purpose. Charlie finds a folded paper lined with glitter; it lists crayon colors with checkmarks. Charlie adds the list of crayon colors to his notebook and realizes the clues point to a plan.</w:t>
            </w:r>
          </w:p>
        </w:tc>
      </w:tr>
      <w:tr w:rsidR="00566692" w:rsidRPr="00544574" w14:paraId="1DB843D1" w14:textId="77777777" w:rsidTr="009F7CDB">
        <w:trPr>
          <w:jc w:val="center"/>
        </w:trPr>
        <w:tc>
          <w:tcPr>
            <w:tcW w:w="2808" w:type="dxa"/>
          </w:tcPr>
          <w:p w14:paraId="337AD443" w14:textId="77777777" w:rsidR="00566692" w:rsidRPr="00544574" w:rsidRDefault="00566692" w:rsidP="009F7CDB">
            <w:pPr>
              <w:rPr>
                <w:rFonts w:ascii="Verdana" w:hAnsi="Verdana"/>
                <w:sz w:val="20"/>
                <w:szCs w:val="20"/>
              </w:rPr>
            </w:pPr>
            <w:r w:rsidRPr="00544574">
              <w:rPr>
                <w:rFonts w:ascii="Verdana" w:hAnsi="Verdana"/>
                <w:sz w:val="20"/>
                <w:szCs w:val="20"/>
              </w:rPr>
              <w:t>6. Hidden in Plain Sight</w:t>
            </w:r>
          </w:p>
        </w:tc>
        <w:tc>
          <w:tcPr>
            <w:tcW w:w="7848" w:type="dxa"/>
          </w:tcPr>
          <w:p w14:paraId="0A2DE509" w14:textId="77777777" w:rsidR="00566692" w:rsidRPr="00544574" w:rsidRDefault="00566692" w:rsidP="009F7CDB">
            <w:pPr>
              <w:rPr>
                <w:rFonts w:ascii="Verdana" w:hAnsi="Verdana"/>
                <w:sz w:val="20"/>
                <w:szCs w:val="20"/>
              </w:rPr>
            </w:pPr>
            <w:r w:rsidRPr="00544574">
              <w:rPr>
                <w:rFonts w:ascii="Verdana" w:hAnsi="Verdana"/>
                <w:sz w:val="20"/>
                <w:szCs w:val="20"/>
              </w:rPr>
              <w:t>Charlie cannot stop thinking about the clues, so he stays after school to investigate the reading corner. With Archer’s help, he finds a blue bag hiding behind a pillow; it contains the missing crayons. The crayons are wrapped in lavender-scented tissue bundles with fancy tags; Charlie feels overwhelmed, and Archer helps him settle so he can keep thinking.</w:t>
            </w:r>
          </w:p>
        </w:tc>
      </w:tr>
      <w:tr w:rsidR="00566692" w:rsidRPr="00544574" w14:paraId="3E9608C1" w14:textId="77777777" w:rsidTr="009F7CDB">
        <w:trPr>
          <w:jc w:val="center"/>
        </w:trPr>
        <w:tc>
          <w:tcPr>
            <w:tcW w:w="2808" w:type="dxa"/>
          </w:tcPr>
          <w:p w14:paraId="410E6F95" w14:textId="77777777" w:rsidR="00566692" w:rsidRPr="00544574" w:rsidRDefault="00566692" w:rsidP="009F7CDB">
            <w:pPr>
              <w:rPr>
                <w:rFonts w:ascii="Verdana" w:hAnsi="Verdana"/>
                <w:sz w:val="20"/>
                <w:szCs w:val="20"/>
              </w:rPr>
            </w:pPr>
            <w:r w:rsidRPr="00544574">
              <w:rPr>
                <w:rFonts w:ascii="Verdana" w:hAnsi="Verdana"/>
                <w:sz w:val="20"/>
                <w:szCs w:val="20"/>
              </w:rPr>
              <w:t>7. Art Room Rumor</w:t>
            </w:r>
          </w:p>
        </w:tc>
        <w:tc>
          <w:tcPr>
            <w:tcW w:w="7848" w:type="dxa"/>
          </w:tcPr>
          <w:p w14:paraId="61DB8BFB" w14:textId="6E160EC4" w:rsidR="00566692" w:rsidRPr="00544574" w:rsidRDefault="00566692" w:rsidP="009F7CDB">
            <w:pPr>
              <w:rPr>
                <w:rFonts w:ascii="Verdana" w:hAnsi="Verdana"/>
                <w:sz w:val="20"/>
                <w:szCs w:val="20"/>
              </w:rPr>
            </w:pPr>
            <w:r w:rsidRPr="00544574">
              <w:rPr>
                <w:rFonts w:ascii="Verdana" w:hAnsi="Verdana"/>
                <w:sz w:val="20"/>
                <w:szCs w:val="20"/>
              </w:rPr>
              <w:t>Rumors spread through the classroom, but Charlie keeps the discovery of the crayons private until they learn the why. A report of a glitter trail in the fifth-grade art room sends Charlie and Archer on a quick check with a hallway pass. They find glitter-edged paper scraps with crayon color names in fancy writing.</w:t>
            </w:r>
          </w:p>
        </w:tc>
      </w:tr>
      <w:tr w:rsidR="00566692" w:rsidRPr="00544574" w14:paraId="7EC80C68" w14:textId="77777777" w:rsidTr="009F7CDB">
        <w:trPr>
          <w:jc w:val="center"/>
        </w:trPr>
        <w:tc>
          <w:tcPr>
            <w:tcW w:w="2808" w:type="dxa"/>
          </w:tcPr>
          <w:p w14:paraId="1CDAB586" w14:textId="77777777" w:rsidR="00566692" w:rsidRPr="00544574" w:rsidRDefault="00566692" w:rsidP="009F7CDB">
            <w:pPr>
              <w:rPr>
                <w:rFonts w:ascii="Verdana" w:hAnsi="Verdana"/>
                <w:sz w:val="20"/>
                <w:szCs w:val="20"/>
              </w:rPr>
            </w:pPr>
            <w:r w:rsidRPr="00544574">
              <w:rPr>
                <w:rFonts w:ascii="Verdana" w:hAnsi="Verdana"/>
                <w:sz w:val="20"/>
                <w:szCs w:val="20"/>
              </w:rPr>
              <w:t>8. Maya’s Ideas</w:t>
            </w:r>
          </w:p>
        </w:tc>
        <w:tc>
          <w:tcPr>
            <w:tcW w:w="7848" w:type="dxa"/>
          </w:tcPr>
          <w:p w14:paraId="0D728E41" w14:textId="6B8CFC2F" w:rsidR="00566692" w:rsidRPr="00544574" w:rsidRDefault="00566692" w:rsidP="009F7CDB">
            <w:pPr>
              <w:rPr>
                <w:rFonts w:ascii="Verdana" w:hAnsi="Verdana"/>
                <w:sz w:val="20"/>
                <w:szCs w:val="20"/>
              </w:rPr>
            </w:pPr>
            <w:r w:rsidRPr="00544574">
              <w:rPr>
                <w:rFonts w:ascii="Verdana" w:hAnsi="Verdana"/>
                <w:sz w:val="20"/>
                <w:szCs w:val="20"/>
              </w:rPr>
              <w:t>Charlie finally tells Maya what he and Archer found: the crayons, the lavender, and the fancy writing. Maya offers possibilities that fit the clues:</w:t>
            </w:r>
            <w:r w:rsidR="003B2C7B">
              <w:rPr>
                <w:rFonts w:ascii="Verdana" w:hAnsi="Verdana"/>
                <w:sz w:val="20"/>
                <w:szCs w:val="20"/>
              </w:rPr>
              <w:t xml:space="preserve"> </w:t>
            </w:r>
            <w:r w:rsidRPr="00544574">
              <w:rPr>
                <w:rFonts w:ascii="Verdana" w:hAnsi="Verdana"/>
                <w:sz w:val="20"/>
                <w:szCs w:val="20"/>
              </w:rPr>
              <w:t>careful sorting, gifts for others, and a secret kept out of shyness or fear. Archer’s reaction suggests they may know the person behind the mystery.</w:t>
            </w:r>
          </w:p>
        </w:tc>
      </w:tr>
      <w:tr w:rsidR="00566692" w:rsidRPr="00544574" w14:paraId="6BC17550" w14:textId="77777777" w:rsidTr="009F7CDB">
        <w:trPr>
          <w:jc w:val="center"/>
        </w:trPr>
        <w:tc>
          <w:tcPr>
            <w:tcW w:w="2808" w:type="dxa"/>
          </w:tcPr>
          <w:p w14:paraId="5B90E5D8" w14:textId="77777777" w:rsidR="00566692" w:rsidRPr="00544574" w:rsidRDefault="00566692" w:rsidP="009F7CDB">
            <w:pPr>
              <w:rPr>
                <w:rFonts w:ascii="Verdana" w:hAnsi="Verdana"/>
                <w:sz w:val="20"/>
                <w:szCs w:val="20"/>
              </w:rPr>
            </w:pPr>
            <w:r w:rsidRPr="00544574">
              <w:rPr>
                <w:rFonts w:ascii="Verdana" w:hAnsi="Verdana"/>
                <w:sz w:val="20"/>
                <w:szCs w:val="20"/>
              </w:rPr>
              <w:t>9. Buddy Time</w:t>
            </w:r>
          </w:p>
        </w:tc>
        <w:tc>
          <w:tcPr>
            <w:tcW w:w="7848" w:type="dxa"/>
          </w:tcPr>
          <w:p w14:paraId="60CE773E" w14:textId="4CB6E3D5" w:rsidR="00566692" w:rsidRPr="00544574" w:rsidRDefault="00566692" w:rsidP="009F7CDB">
            <w:pPr>
              <w:rPr>
                <w:rFonts w:ascii="Verdana" w:hAnsi="Verdana"/>
                <w:sz w:val="20"/>
                <w:szCs w:val="20"/>
              </w:rPr>
            </w:pPr>
            <w:r w:rsidRPr="00544574">
              <w:rPr>
                <w:rFonts w:ascii="Verdana" w:hAnsi="Verdana"/>
                <w:sz w:val="20"/>
                <w:szCs w:val="20"/>
              </w:rPr>
              <w:t>Mrs. Percy’s class heads to buddy time with kindergarteners for an art activity. Charlie and Maya notice glittery cards with bright swirling colors and fancy writing: “From a Secret Friend.” Mr. Hunt explains the cards keep appearing and make the kids happy; the</w:t>
            </w:r>
            <w:r w:rsidR="003B2C7B">
              <w:rPr>
                <w:rFonts w:ascii="Verdana" w:hAnsi="Verdana"/>
                <w:sz w:val="20"/>
                <w:szCs w:val="20"/>
              </w:rPr>
              <w:t>y realize</w:t>
            </w:r>
            <w:r w:rsidRPr="00544574">
              <w:rPr>
                <w:rFonts w:ascii="Verdana" w:hAnsi="Verdana"/>
                <w:sz w:val="20"/>
                <w:szCs w:val="20"/>
              </w:rPr>
              <w:t xml:space="preserve"> the mystery is tied to these kind surprises.</w:t>
            </w:r>
          </w:p>
        </w:tc>
      </w:tr>
      <w:tr w:rsidR="00566692" w:rsidRPr="00544574" w14:paraId="3F766BC6" w14:textId="77777777" w:rsidTr="009F7CDB">
        <w:trPr>
          <w:jc w:val="center"/>
        </w:trPr>
        <w:tc>
          <w:tcPr>
            <w:tcW w:w="2808" w:type="dxa"/>
          </w:tcPr>
          <w:p w14:paraId="77BE7E90" w14:textId="77777777" w:rsidR="00566692" w:rsidRPr="00544574" w:rsidRDefault="00566692" w:rsidP="009F7CDB">
            <w:pPr>
              <w:rPr>
                <w:rFonts w:ascii="Verdana" w:hAnsi="Verdana"/>
                <w:sz w:val="20"/>
                <w:szCs w:val="20"/>
              </w:rPr>
            </w:pPr>
            <w:r w:rsidRPr="00544574">
              <w:rPr>
                <w:rFonts w:ascii="Verdana" w:hAnsi="Verdana"/>
                <w:sz w:val="20"/>
                <w:szCs w:val="20"/>
              </w:rPr>
              <w:t>10. Laying Out the Clues</w:t>
            </w:r>
          </w:p>
        </w:tc>
        <w:tc>
          <w:tcPr>
            <w:tcW w:w="7848" w:type="dxa"/>
          </w:tcPr>
          <w:p w14:paraId="620A47EE" w14:textId="3F3031B9" w:rsidR="00566692" w:rsidRPr="00544574" w:rsidRDefault="00566692" w:rsidP="009F7CDB">
            <w:pPr>
              <w:rPr>
                <w:rFonts w:ascii="Verdana" w:hAnsi="Verdana"/>
                <w:sz w:val="20"/>
                <w:szCs w:val="20"/>
              </w:rPr>
            </w:pPr>
            <w:r w:rsidRPr="00544574">
              <w:rPr>
                <w:rFonts w:ascii="Verdana" w:hAnsi="Verdana"/>
                <w:sz w:val="20"/>
                <w:szCs w:val="20"/>
              </w:rPr>
              <w:t>Back in class, Charlie shares the full chain of evidence from his notebook, step by step. He connects the glitter, the missing supply bin, the reading corner clues, the lavender</w:t>
            </w:r>
            <w:r w:rsidR="003B2C7B">
              <w:rPr>
                <w:rFonts w:ascii="Verdana" w:hAnsi="Verdana"/>
                <w:sz w:val="20"/>
                <w:szCs w:val="20"/>
              </w:rPr>
              <w:t xml:space="preserve"> </w:t>
            </w:r>
            <w:r w:rsidRPr="00544574">
              <w:rPr>
                <w:rFonts w:ascii="Verdana" w:hAnsi="Verdana"/>
                <w:sz w:val="20"/>
                <w:szCs w:val="20"/>
              </w:rPr>
              <w:t>scented tissues, and the matching fancy writing. The class understands the person was not trying to be mean; everyone waits for the final answer.</w:t>
            </w:r>
          </w:p>
        </w:tc>
      </w:tr>
      <w:tr w:rsidR="00566692" w:rsidRPr="00544574" w14:paraId="5F2EFD27" w14:textId="77777777" w:rsidTr="009F7CDB">
        <w:trPr>
          <w:jc w:val="center"/>
        </w:trPr>
        <w:tc>
          <w:tcPr>
            <w:tcW w:w="2808" w:type="dxa"/>
          </w:tcPr>
          <w:p w14:paraId="3D115D80" w14:textId="77777777" w:rsidR="00566692" w:rsidRPr="00544574" w:rsidRDefault="00566692" w:rsidP="009F7CDB">
            <w:pPr>
              <w:rPr>
                <w:rFonts w:ascii="Verdana" w:hAnsi="Verdana"/>
                <w:sz w:val="20"/>
                <w:szCs w:val="20"/>
              </w:rPr>
            </w:pPr>
            <w:r w:rsidRPr="00544574">
              <w:rPr>
                <w:rFonts w:ascii="Verdana" w:hAnsi="Verdana"/>
                <w:sz w:val="20"/>
                <w:szCs w:val="20"/>
              </w:rPr>
              <w:t>11. Secret Friend Steps Up</w:t>
            </w:r>
          </w:p>
        </w:tc>
        <w:tc>
          <w:tcPr>
            <w:tcW w:w="7848" w:type="dxa"/>
          </w:tcPr>
          <w:p w14:paraId="5E3CD7C8" w14:textId="77777777" w:rsidR="00566692" w:rsidRPr="00544574" w:rsidRDefault="00566692" w:rsidP="009F7CDB">
            <w:pPr>
              <w:rPr>
                <w:rFonts w:ascii="Verdana" w:hAnsi="Verdana"/>
                <w:sz w:val="20"/>
                <w:szCs w:val="20"/>
              </w:rPr>
            </w:pPr>
            <w:r w:rsidRPr="00544574">
              <w:rPr>
                <w:rFonts w:ascii="Verdana" w:hAnsi="Verdana"/>
                <w:sz w:val="20"/>
                <w:szCs w:val="20"/>
              </w:rPr>
              <w:t>Lily steps forward and tells the truth: she made the “Secret Friend” cards and wrapped crayon bundles as gifts to help kindergarteners share. She explains the lavender, glitter, and fancy tags, and admits she hid the supply bin in the coat closet. The class responds with empathy and a plan; they start a Kindness Club, and Archer ends the day surrounded by laughter and belly rubs.</w:t>
            </w:r>
          </w:p>
        </w:tc>
      </w:tr>
    </w:tbl>
    <w:p w14:paraId="28B2B7C8" w14:textId="77777777" w:rsidR="00566692" w:rsidRPr="00544574" w:rsidRDefault="00566692" w:rsidP="00566692">
      <w:pPr>
        <w:rPr>
          <w:rFonts w:ascii="Verdana" w:hAnsi="Verdana"/>
        </w:rPr>
      </w:pPr>
      <w:r w:rsidRPr="00544574">
        <w:rPr>
          <w:rFonts w:ascii="Verdana" w:hAnsi="Verdana"/>
        </w:rPr>
        <w:br w:type="page"/>
      </w:r>
    </w:p>
    <w:p w14:paraId="70B8B442" w14:textId="77777777" w:rsidR="00F05936" w:rsidRPr="001401F7" w:rsidRDefault="00544574" w:rsidP="001401F7">
      <w:pPr>
        <w:pStyle w:val="Heading1"/>
        <w:rPr>
          <w:rFonts w:ascii="Verdana" w:hAnsi="Verdana"/>
          <w:color w:val="000000" w:themeColor="text1"/>
        </w:rPr>
      </w:pPr>
      <w:bookmarkStart w:id="3" w:name="_Toc223812388"/>
      <w:r w:rsidRPr="001401F7">
        <w:rPr>
          <w:rFonts w:ascii="Verdana" w:hAnsi="Verdana"/>
          <w:color w:val="000000" w:themeColor="text1"/>
        </w:rPr>
        <w:lastRenderedPageBreak/>
        <w:t>Chapter 1: The Missing Crayons</w:t>
      </w:r>
      <w:bookmarkEnd w:id="3"/>
    </w:p>
    <w:p w14:paraId="78E833A5" w14:textId="77777777" w:rsidR="00F05936" w:rsidRPr="00544574" w:rsidRDefault="00544574">
      <w:pPr>
        <w:rPr>
          <w:rFonts w:ascii="Verdana" w:hAnsi="Verdana"/>
        </w:rPr>
      </w:pPr>
      <w:r w:rsidRPr="00544574">
        <w:rPr>
          <w:rFonts w:ascii="Verdana" w:hAnsi="Verdana"/>
          <w:b/>
        </w:rPr>
        <w:t>Chapter Snapshot</w:t>
      </w:r>
    </w:p>
    <w:p w14:paraId="7F1241E4" w14:textId="77777777" w:rsidR="00F05936" w:rsidRPr="00544574" w:rsidRDefault="00544574">
      <w:pPr>
        <w:pStyle w:val="ListBullet"/>
        <w:rPr>
          <w:rFonts w:ascii="Verdana" w:hAnsi="Verdana"/>
        </w:rPr>
      </w:pPr>
      <w:r w:rsidRPr="00544574">
        <w:rPr>
          <w:rFonts w:ascii="Verdana" w:hAnsi="Verdana"/>
        </w:rPr>
        <w:t>Archer arrives to visit Mrs. Percy’s class.</w:t>
      </w:r>
    </w:p>
    <w:p w14:paraId="7A76B8E4" w14:textId="77777777" w:rsidR="00F05936" w:rsidRPr="00544574" w:rsidRDefault="00544574">
      <w:pPr>
        <w:pStyle w:val="ListBullet"/>
        <w:rPr>
          <w:rFonts w:ascii="Verdana" w:hAnsi="Verdana"/>
        </w:rPr>
      </w:pPr>
      <w:r w:rsidRPr="00544574">
        <w:rPr>
          <w:rFonts w:ascii="Verdana" w:hAnsi="Verdana"/>
        </w:rPr>
        <w:t>A box of crayons goes missing; feelings start to bubble up as kids wonder what happened.</w:t>
      </w:r>
    </w:p>
    <w:p w14:paraId="37A006C7" w14:textId="77777777" w:rsidR="00F05936" w:rsidRPr="00544574" w:rsidRDefault="00544574">
      <w:pPr>
        <w:pStyle w:val="ListBullet"/>
        <w:rPr>
          <w:rFonts w:ascii="Verdana" w:hAnsi="Verdana"/>
        </w:rPr>
      </w:pPr>
      <w:r w:rsidRPr="00544574">
        <w:rPr>
          <w:rFonts w:ascii="Verdana" w:hAnsi="Verdana"/>
        </w:rPr>
        <w:t>Charlie notices glitter near Maya’s desk, starts a clue notebook, and teams up with Archer to investigate.</w:t>
      </w:r>
    </w:p>
    <w:p w14:paraId="2B180254" w14:textId="77777777" w:rsidR="008063B1" w:rsidRPr="00544574" w:rsidRDefault="008063B1" w:rsidP="008063B1">
      <w:pPr>
        <w:pStyle w:val="ListBullet"/>
        <w:ind w:left="360" w:hanging="360"/>
        <w:rPr>
          <w:rFonts w:ascii="Verdana" w:hAnsi="Verdana"/>
        </w:rPr>
      </w:pPr>
    </w:p>
    <w:p w14:paraId="48CC032D" w14:textId="77777777" w:rsidR="008063B1" w:rsidRPr="00544574" w:rsidRDefault="008063B1" w:rsidP="008063B1">
      <w:pPr>
        <w:rPr>
          <w:rFonts w:ascii="Verdana" w:hAnsi="Verdana"/>
        </w:rPr>
      </w:pPr>
      <w:r w:rsidRPr="00544574">
        <w:rPr>
          <w:rFonts w:ascii="Verdana" w:hAnsi="Verdana"/>
          <w:b/>
        </w:rPr>
        <w:t>SEL Discussion Notes</w:t>
      </w:r>
    </w:p>
    <w:p w14:paraId="55A2B9FA" w14:textId="77777777" w:rsidR="008063B1" w:rsidRPr="00544574" w:rsidRDefault="008063B1" w:rsidP="008063B1">
      <w:pPr>
        <w:pStyle w:val="ListBullet"/>
        <w:rPr>
          <w:rFonts w:ascii="Verdana" w:hAnsi="Verdana"/>
        </w:rPr>
      </w:pPr>
      <w:r w:rsidRPr="00544574">
        <w:rPr>
          <w:rFonts w:ascii="Verdana" w:hAnsi="Verdana"/>
        </w:rPr>
        <w:t>What feelings show up when something goes missing in a shared space?</w:t>
      </w:r>
    </w:p>
    <w:p w14:paraId="5EC5837C" w14:textId="77777777" w:rsidR="008063B1" w:rsidRPr="00544574" w:rsidRDefault="008063B1" w:rsidP="008063B1">
      <w:pPr>
        <w:pStyle w:val="ListBullet"/>
        <w:rPr>
          <w:rFonts w:ascii="Verdana" w:hAnsi="Verdana"/>
        </w:rPr>
      </w:pPr>
      <w:r w:rsidRPr="00544574">
        <w:rPr>
          <w:rFonts w:ascii="Verdana" w:hAnsi="Verdana"/>
        </w:rPr>
        <w:t>What is the difference between noticing and accusing?</w:t>
      </w:r>
    </w:p>
    <w:p w14:paraId="5A5219D1" w14:textId="77777777" w:rsidR="008063B1" w:rsidRPr="00544574" w:rsidRDefault="008063B1" w:rsidP="008063B1">
      <w:pPr>
        <w:pStyle w:val="ListBullet"/>
        <w:rPr>
          <w:rFonts w:ascii="Verdana" w:hAnsi="Verdana"/>
        </w:rPr>
      </w:pPr>
      <w:r w:rsidRPr="00544574">
        <w:rPr>
          <w:rFonts w:ascii="Verdana" w:hAnsi="Verdana"/>
        </w:rPr>
        <w:t>How does Archer help the class slow down and stay focused?</w:t>
      </w:r>
    </w:p>
    <w:p w14:paraId="40EE0C11" w14:textId="77777777" w:rsidR="001E736E" w:rsidRPr="00544574" w:rsidRDefault="001E736E" w:rsidP="008063B1">
      <w:pPr>
        <w:rPr>
          <w:rFonts w:ascii="Verdana" w:hAnsi="Verdana"/>
          <w:b/>
        </w:rPr>
      </w:pPr>
    </w:p>
    <w:p w14:paraId="1AB544BD" w14:textId="4A3A7D84" w:rsidR="008063B1" w:rsidRPr="00544574" w:rsidRDefault="008063B1" w:rsidP="008063B1">
      <w:pPr>
        <w:rPr>
          <w:rFonts w:ascii="Verdana" w:hAnsi="Verdana"/>
        </w:rPr>
      </w:pPr>
      <w:r w:rsidRPr="00544574">
        <w:rPr>
          <w:rFonts w:ascii="Verdana" w:hAnsi="Verdana"/>
          <w:b/>
        </w:rPr>
        <w:t>Writing Prompt</w:t>
      </w:r>
    </w:p>
    <w:p w14:paraId="371ACA06" w14:textId="77777777" w:rsidR="008063B1" w:rsidRPr="00544574" w:rsidRDefault="008063B1" w:rsidP="008063B1">
      <w:pPr>
        <w:rPr>
          <w:rFonts w:ascii="Verdana" w:hAnsi="Verdana"/>
        </w:rPr>
      </w:pPr>
      <w:r w:rsidRPr="00544574">
        <w:rPr>
          <w:rFonts w:ascii="Verdana" w:hAnsi="Verdana"/>
        </w:rPr>
        <w:t>Write about a time you noticed a clue in real life. What did you notice first, and what did you do next?</w:t>
      </w:r>
    </w:p>
    <w:p w14:paraId="45AAE97C" w14:textId="77777777" w:rsidR="008063B1" w:rsidRPr="00544574" w:rsidRDefault="008063B1" w:rsidP="008063B1">
      <w:pPr>
        <w:pStyle w:val="ListBullet"/>
        <w:ind w:left="360" w:hanging="360"/>
        <w:rPr>
          <w:rFonts w:ascii="Verdana" w:hAnsi="Verdana"/>
        </w:rPr>
      </w:pPr>
    </w:p>
    <w:p w14:paraId="61719EC9" w14:textId="0F043AA0" w:rsidR="00F05936" w:rsidRPr="00544574" w:rsidRDefault="00544574">
      <w:pPr>
        <w:rPr>
          <w:rFonts w:ascii="Verdana" w:hAnsi="Verdana"/>
        </w:rPr>
      </w:pPr>
      <w:r w:rsidRPr="00544574">
        <w:rPr>
          <w:rFonts w:ascii="Verdana" w:hAnsi="Verdana"/>
          <w:b/>
        </w:rPr>
        <w:t>Class Activity</w:t>
      </w:r>
      <w:r w:rsidR="00213697" w:rsidRPr="00544574">
        <w:rPr>
          <w:rFonts w:ascii="Verdana" w:hAnsi="Verdana"/>
          <w:b/>
        </w:rPr>
        <w:t xml:space="preserve">: </w:t>
      </w:r>
      <w:r w:rsidR="00DB7931" w:rsidRPr="00544574">
        <w:rPr>
          <w:rFonts w:ascii="Verdana" w:hAnsi="Verdana"/>
          <w:b/>
        </w:rPr>
        <w:t>Classroom Clue Search</w:t>
      </w:r>
    </w:p>
    <w:p w14:paraId="260E346B" w14:textId="71D87F23" w:rsidR="008723B8" w:rsidRPr="00544574" w:rsidRDefault="008723B8">
      <w:pPr>
        <w:pStyle w:val="ListBullet"/>
        <w:rPr>
          <w:rFonts w:ascii="Verdana" w:hAnsi="Verdana"/>
        </w:rPr>
      </w:pPr>
      <w:r w:rsidRPr="00544574">
        <w:rPr>
          <w:rFonts w:ascii="Verdana" w:hAnsi="Verdana"/>
        </w:rPr>
        <w:t>Divide students into pairs</w:t>
      </w:r>
    </w:p>
    <w:p w14:paraId="5EE560E1" w14:textId="0BB72430" w:rsidR="00F05936" w:rsidRPr="00544574" w:rsidRDefault="008723B8">
      <w:pPr>
        <w:pStyle w:val="ListBullet"/>
        <w:rPr>
          <w:rFonts w:ascii="Verdana" w:hAnsi="Verdana"/>
        </w:rPr>
      </w:pPr>
      <w:r w:rsidRPr="00544574">
        <w:rPr>
          <w:rFonts w:ascii="Verdana" w:hAnsi="Verdana"/>
        </w:rPr>
        <w:t>Print one “Classroom Clue Search Observation Sheet” for each pair</w:t>
      </w:r>
    </w:p>
    <w:p w14:paraId="20C28C1B" w14:textId="5C683D0D" w:rsidR="00F05936" w:rsidRPr="00544574" w:rsidRDefault="00544574">
      <w:pPr>
        <w:pStyle w:val="ListBullet"/>
        <w:rPr>
          <w:rFonts w:ascii="Verdana" w:hAnsi="Verdana"/>
        </w:rPr>
      </w:pPr>
      <w:r w:rsidRPr="00544574">
        <w:rPr>
          <w:rFonts w:ascii="Verdana" w:hAnsi="Verdana"/>
        </w:rPr>
        <w:t>Hide 6–8 classroom-safe mini clues (paperclip, sticker, tiny glitter dot on an index card, a note with one word</w:t>
      </w:r>
      <w:r w:rsidR="008723B8" w:rsidRPr="00544574">
        <w:rPr>
          <w:rFonts w:ascii="Verdana" w:hAnsi="Verdana"/>
        </w:rPr>
        <w:t>, etc.</w:t>
      </w:r>
      <w:r w:rsidRPr="00544574">
        <w:rPr>
          <w:rFonts w:ascii="Verdana" w:hAnsi="Verdana"/>
        </w:rPr>
        <w:t>)</w:t>
      </w:r>
      <w:r w:rsidR="008723B8" w:rsidRPr="00544574">
        <w:rPr>
          <w:rFonts w:ascii="Verdana" w:hAnsi="Verdana"/>
        </w:rPr>
        <w:t xml:space="preserve"> around the classroom.</w:t>
      </w:r>
    </w:p>
    <w:p w14:paraId="62859EA8" w14:textId="77777777" w:rsidR="00F05936" w:rsidRPr="00544574" w:rsidRDefault="00544574">
      <w:pPr>
        <w:pStyle w:val="ListBullet"/>
        <w:rPr>
          <w:rFonts w:ascii="Verdana" w:hAnsi="Verdana"/>
        </w:rPr>
      </w:pPr>
      <w:r w:rsidRPr="00544574">
        <w:rPr>
          <w:rFonts w:ascii="Verdana" w:hAnsi="Verdana"/>
        </w:rPr>
        <w:t>Students rotate in pairs; they record observations with magnifying glasses if available.</w:t>
      </w:r>
    </w:p>
    <w:p w14:paraId="3B246B5F" w14:textId="77777777" w:rsidR="00F05936" w:rsidRPr="00544574" w:rsidRDefault="00544574">
      <w:pPr>
        <w:pStyle w:val="ListBullet"/>
        <w:rPr>
          <w:rFonts w:ascii="Verdana" w:hAnsi="Verdana"/>
        </w:rPr>
      </w:pPr>
      <w:r w:rsidRPr="00544574">
        <w:rPr>
          <w:rFonts w:ascii="Verdana" w:hAnsi="Verdana"/>
        </w:rPr>
        <w:t>Share as a class: Which observations felt strongest, and why?</w:t>
      </w:r>
    </w:p>
    <w:p w14:paraId="125A4541" w14:textId="77777777" w:rsidR="008723B8" w:rsidRPr="00544574" w:rsidRDefault="008723B8" w:rsidP="008723B8">
      <w:pPr>
        <w:pStyle w:val="ListBullet"/>
        <w:ind w:left="360" w:hanging="360"/>
        <w:rPr>
          <w:rFonts w:ascii="Verdana" w:hAnsi="Verdana"/>
        </w:rPr>
      </w:pPr>
    </w:p>
    <w:p w14:paraId="527A9F3F" w14:textId="453C1DE9" w:rsidR="008723B8" w:rsidRPr="00544574" w:rsidRDefault="008723B8">
      <w:pPr>
        <w:rPr>
          <w:rFonts w:ascii="Verdana" w:hAnsi="Verdana"/>
        </w:rPr>
      </w:pPr>
      <w:r w:rsidRPr="00544574">
        <w:rPr>
          <w:rFonts w:ascii="Verdana" w:hAnsi="Verdana"/>
        </w:rPr>
        <w:br w:type="page"/>
      </w:r>
    </w:p>
    <w:p w14:paraId="6CFE80B7" w14:textId="54B56C11" w:rsidR="008723B8" w:rsidRPr="00544574" w:rsidRDefault="008723B8" w:rsidP="008723B8">
      <w:pPr>
        <w:jc w:val="center"/>
      </w:pPr>
      <w:r w:rsidRPr="00544574">
        <w:rPr>
          <w:b/>
          <w:sz w:val="48"/>
        </w:rPr>
        <w:lastRenderedPageBreak/>
        <w:t>Classroom Clue Search Observation Sheet</w:t>
      </w:r>
    </w:p>
    <w:p w14:paraId="7A9CE4D0" w14:textId="77777777" w:rsidR="008723B8" w:rsidRPr="00544574" w:rsidRDefault="008723B8" w:rsidP="008723B8">
      <w:pPr>
        <w:jc w:val="center"/>
      </w:pPr>
      <w:r w:rsidRPr="00544574">
        <w:rPr>
          <w:sz w:val="28"/>
        </w:rPr>
        <w:t>Observation Sheet (Use one row per clue.)</w:t>
      </w:r>
    </w:p>
    <w:p w14:paraId="7002F4F9" w14:textId="6A477E30" w:rsidR="008723B8" w:rsidRPr="00544574" w:rsidRDefault="008723B8" w:rsidP="008723B8">
      <w:pPr>
        <w:tabs>
          <w:tab w:val="left" w:pos="5400"/>
        </w:tabs>
      </w:pPr>
      <w:r w:rsidRPr="00544574">
        <w:rPr>
          <w:b/>
        </w:rPr>
        <w:t xml:space="preserve">Detectives </w:t>
      </w:r>
      <w:r w:rsidRPr="00544574">
        <w:rPr>
          <w:bCs/>
        </w:rPr>
        <w:t>(names): _________________________________________________________</w:t>
      </w:r>
      <w:r w:rsidRPr="00544574">
        <w:t xml:space="preserve">     </w:t>
      </w:r>
      <w:r w:rsidRPr="00544574">
        <w:rPr>
          <w:b/>
        </w:rPr>
        <w:t xml:space="preserve">Date: </w:t>
      </w:r>
      <w:r w:rsidRPr="00544574">
        <w:t>___________</w:t>
      </w:r>
    </w:p>
    <w:p w14:paraId="3C7CE693" w14:textId="77777777" w:rsidR="008723B8" w:rsidRPr="00544574" w:rsidRDefault="008723B8" w:rsidP="008723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2304"/>
        <w:gridCol w:w="4608"/>
        <w:gridCol w:w="2880"/>
      </w:tblGrid>
      <w:tr w:rsidR="008723B8" w:rsidRPr="00544574" w14:paraId="470F14BB" w14:textId="77777777" w:rsidTr="00E37A38">
        <w:trPr>
          <w:cantSplit/>
          <w:trHeight w:hRule="exact" w:val="792"/>
        </w:trPr>
        <w:tc>
          <w:tcPr>
            <w:tcW w:w="1008" w:type="dxa"/>
            <w:vAlign w:val="center"/>
          </w:tcPr>
          <w:p w14:paraId="1EA66175" w14:textId="77777777" w:rsidR="008723B8" w:rsidRPr="00544574" w:rsidRDefault="008723B8" w:rsidP="00E37A38">
            <w:r w:rsidRPr="00544574">
              <w:rPr>
                <w:b/>
              </w:rPr>
              <w:t>Clue #</w:t>
            </w:r>
          </w:p>
        </w:tc>
        <w:tc>
          <w:tcPr>
            <w:tcW w:w="2304" w:type="dxa"/>
            <w:vAlign w:val="center"/>
          </w:tcPr>
          <w:p w14:paraId="6FF586FD" w14:textId="77777777" w:rsidR="008723B8" w:rsidRPr="00544574" w:rsidRDefault="008723B8" w:rsidP="00E37A38">
            <w:r w:rsidRPr="00544574">
              <w:rPr>
                <w:b/>
              </w:rPr>
              <w:t>Place</w:t>
            </w:r>
            <w:r w:rsidRPr="00544574">
              <w:rPr>
                <w:sz w:val="18"/>
              </w:rPr>
              <w:t xml:space="preserve"> </w:t>
            </w:r>
            <w:r w:rsidRPr="00544574">
              <w:rPr>
                <w:sz w:val="18"/>
              </w:rPr>
              <w:br/>
              <w:t>Where did you find it?</w:t>
            </w:r>
          </w:p>
        </w:tc>
        <w:tc>
          <w:tcPr>
            <w:tcW w:w="4608" w:type="dxa"/>
            <w:vAlign w:val="center"/>
          </w:tcPr>
          <w:p w14:paraId="39488EAC" w14:textId="77777777" w:rsidR="008723B8" w:rsidRPr="00544574" w:rsidRDefault="008723B8" w:rsidP="00E37A38">
            <w:pPr>
              <w:pStyle w:val="NoSpacing"/>
              <w:rPr>
                <w:sz w:val="18"/>
                <w:szCs w:val="18"/>
              </w:rPr>
            </w:pPr>
            <w:r w:rsidRPr="00544574">
              <w:rPr>
                <w:b/>
              </w:rPr>
              <w:t>What I Notice</w:t>
            </w:r>
            <w:r w:rsidRPr="00544574">
              <w:rPr>
                <w:sz w:val="18"/>
                <w:szCs w:val="18"/>
              </w:rPr>
              <w:t xml:space="preserve">           Write 2-3 details: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8"/>
              <w:gridCol w:w="2189"/>
            </w:tblGrid>
            <w:tr w:rsidR="008723B8" w:rsidRPr="00544574" w14:paraId="360CCC82" w14:textId="77777777" w:rsidTr="00E37A38">
              <w:tc>
                <w:tcPr>
                  <w:tcW w:w="2188" w:type="dxa"/>
                </w:tcPr>
                <w:p w14:paraId="2F963294" w14:textId="77777777" w:rsidR="008723B8" w:rsidRPr="00544574" w:rsidRDefault="008723B8" w:rsidP="00E37A38">
                  <w:pPr>
                    <w:pStyle w:val="ListBullet"/>
                    <w:tabs>
                      <w:tab w:val="num" w:pos="197"/>
                    </w:tabs>
                  </w:pPr>
                  <w:r w:rsidRPr="00544574">
                    <w:rPr>
                      <w:sz w:val="18"/>
                    </w:rPr>
                    <w:t>size/shape</w:t>
                  </w:r>
                </w:p>
              </w:tc>
              <w:tc>
                <w:tcPr>
                  <w:tcW w:w="2189" w:type="dxa"/>
                </w:tcPr>
                <w:p w14:paraId="301F264B" w14:textId="77777777" w:rsidR="008723B8" w:rsidRPr="00544574" w:rsidRDefault="008723B8" w:rsidP="00E37A38">
                  <w:pPr>
                    <w:pStyle w:val="ListBullet"/>
                    <w:tabs>
                      <w:tab w:val="num" w:pos="197"/>
                    </w:tabs>
                  </w:pPr>
                  <w:r w:rsidRPr="00544574">
                    <w:rPr>
                      <w:sz w:val="18"/>
                    </w:rPr>
                    <w:t>color</w:t>
                  </w:r>
                </w:p>
              </w:tc>
            </w:tr>
            <w:tr w:rsidR="008723B8" w:rsidRPr="00544574" w14:paraId="16C22286" w14:textId="77777777" w:rsidTr="00E37A38">
              <w:tc>
                <w:tcPr>
                  <w:tcW w:w="2188" w:type="dxa"/>
                </w:tcPr>
                <w:p w14:paraId="240E7916" w14:textId="77777777" w:rsidR="008723B8" w:rsidRPr="00544574" w:rsidRDefault="008723B8" w:rsidP="00E37A38">
                  <w:pPr>
                    <w:pStyle w:val="ListBullet"/>
                    <w:tabs>
                      <w:tab w:val="num" w:pos="197"/>
                    </w:tabs>
                  </w:pPr>
                  <w:r w:rsidRPr="00544574">
                    <w:rPr>
                      <w:sz w:val="18"/>
                    </w:rPr>
                    <w:t>texture</w:t>
                  </w:r>
                </w:p>
              </w:tc>
              <w:tc>
                <w:tcPr>
                  <w:tcW w:w="2189" w:type="dxa"/>
                </w:tcPr>
                <w:p w14:paraId="5A47FD02" w14:textId="77777777" w:rsidR="008723B8" w:rsidRPr="00544574" w:rsidRDefault="008723B8" w:rsidP="00E37A38">
                  <w:pPr>
                    <w:pStyle w:val="ListBullet"/>
                    <w:tabs>
                      <w:tab w:val="num" w:pos="197"/>
                    </w:tabs>
                  </w:pPr>
                  <w:r w:rsidRPr="00544574">
                    <w:rPr>
                      <w:sz w:val="18"/>
                    </w:rPr>
                    <w:t>anything unusual</w:t>
                  </w:r>
                </w:p>
              </w:tc>
            </w:tr>
          </w:tbl>
          <w:p w14:paraId="30B33EA1" w14:textId="77777777" w:rsidR="008723B8" w:rsidRPr="00544574" w:rsidRDefault="008723B8" w:rsidP="00E37A38">
            <w:pPr>
              <w:pStyle w:val="ListBullet"/>
              <w:tabs>
                <w:tab w:val="num" w:pos="197"/>
              </w:tabs>
            </w:pPr>
          </w:p>
        </w:tc>
        <w:tc>
          <w:tcPr>
            <w:tcW w:w="2880" w:type="dxa"/>
            <w:vAlign w:val="center"/>
          </w:tcPr>
          <w:p w14:paraId="6776790F" w14:textId="77777777" w:rsidR="008723B8" w:rsidRPr="00544574" w:rsidRDefault="008723B8" w:rsidP="00E37A38">
            <w:r w:rsidRPr="00544574">
              <w:rPr>
                <w:b/>
              </w:rPr>
              <w:t>My Question</w:t>
            </w:r>
            <w:r w:rsidRPr="00544574">
              <w:rPr>
                <w:sz w:val="18"/>
              </w:rPr>
              <w:t xml:space="preserve"> </w:t>
            </w:r>
            <w:r w:rsidRPr="00544574">
              <w:rPr>
                <w:sz w:val="18"/>
              </w:rPr>
              <w:br/>
              <w:t>What do you wonder?</w:t>
            </w:r>
            <w:r w:rsidRPr="00544574">
              <w:rPr>
                <w:sz w:val="18"/>
              </w:rPr>
              <w:br/>
              <w:t>What might this mean?</w:t>
            </w:r>
          </w:p>
        </w:tc>
      </w:tr>
      <w:tr w:rsidR="008723B8" w:rsidRPr="00544574" w14:paraId="07710178" w14:textId="77777777" w:rsidTr="00E37A38">
        <w:trPr>
          <w:trHeight w:hRule="exact" w:val="1296"/>
        </w:trPr>
        <w:tc>
          <w:tcPr>
            <w:tcW w:w="1008" w:type="dxa"/>
          </w:tcPr>
          <w:p w14:paraId="289B336F" w14:textId="77777777" w:rsidR="008723B8" w:rsidRPr="00544574" w:rsidRDefault="008723B8" w:rsidP="00E37A38"/>
        </w:tc>
        <w:tc>
          <w:tcPr>
            <w:tcW w:w="2304" w:type="dxa"/>
          </w:tcPr>
          <w:p w14:paraId="6510F992" w14:textId="77777777" w:rsidR="008723B8" w:rsidRPr="00544574" w:rsidRDefault="008723B8" w:rsidP="00E37A38"/>
        </w:tc>
        <w:tc>
          <w:tcPr>
            <w:tcW w:w="4608" w:type="dxa"/>
          </w:tcPr>
          <w:p w14:paraId="5743447B" w14:textId="77777777" w:rsidR="008723B8" w:rsidRPr="00544574" w:rsidRDefault="008723B8" w:rsidP="00E37A38"/>
        </w:tc>
        <w:tc>
          <w:tcPr>
            <w:tcW w:w="2880" w:type="dxa"/>
          </w:tcPr>
          <w:p w14:paraId="4AA718D8" w14:textId="77777777" w:rsidR="008723B8" w:rsidRPr="00544574" w:rsidRDefault="008723B8" w:rsidP="00E37A38"/>
        </w:tc>
      </w:tr>
      <w:tr w:rsidR="008723B8" w:rsidRPr="00544574" w14:paraId="59904BB7" w14:textId="77777777" w:rsidTr="00E37A38">
        <w:trPr>
          <w:trHeight w:hRule="exact" w:val="1296"/>
        </w:trPr>
        <w:tc>
          <w:tcPr>
            <w:tcW w:w="1008" w:type="dxa"/>
          </w:tcPr>
          <w:p w14:paraId="15521AC2" w14:textId="77777777" w:rsidR="008723B8" w:rsidRPr="00544574" w:rsidRDefault="008723B8" w:rsidP="00E37A38"/>
        </w:tc>
        <w:tc>
          <w:tcPr>
            <w:tcW w:w="2304" w:type="dxa"/>
          </w:tcPr>
          <w:p w14:paraId="09D946DE" w14:textId="77777777" w:rsidR="008723B8" w:rsidRPr="00544574" w:rsidRDefault="008723B8" w:rsidP="00E37A38"/>
        </w:tc>
        <w:tc>
          <w:tcPr>
            <w:tcW w:w="4608" w:type="dxa"/>
          </w:tcPr>
          <w:p w14:paraId="6F806393" w14:textId="77777777" w:rsidR="008723B8" w:rsidRPr="00544574" w:rsidRDefault="008723B8" w:rsidP="00E37A38"/>
        </w:tc>
        <w:tc>
          <w:tcPr>
            <w:tcW w:w="2880" w:type="dxa"/>
          </w:tcPr>
          <w:p w14:paraId="2B78EFB2" w14:textId="77777777" w:rsidR="008723B8" w:rsidRPr="00544574" w:rsidRDefault="008723B8" w:rsidP="00E37A38"/>
        </w:tc>
      </w:tr>
      <w:tr w:rsidR="008723B8" w:rsidRPr="00544574" w14:paraId="56E776A5" w14:textId="77777777" w:rsidTr="00E37A38">
        <w:trPr>
          <w:trHeight w:hRule="exact" w:val="1296"/>
        </w:trPr>
        <w:tc>
          <w:tcPr>
            <w:tcW w:w="1008" w:type="dxa"/>
          </w:tcPr>
          <w:p w14:paraId="0FB59356" w14:textId="77777777" w:rsidR="008723B8" w:rsidRPr="00544574" w:rsidRDefault="008723B8" w:rsidP="00E37A38"/>
        </w:tc>
        <w:tc>
          <w:tcPr>
            <w:tcW w:w="2304" w:type="dxa"/>
          </w:tcPr>
          <w:p w14:paraId="43E1F447" w14:textId="77777777" w:rsidR="008723B8" w:rsidRPr="00544574" w:rsidRDefault="008723B8" w:rsidP="00E37A38"/>
        </w:tc>
        <w:tc>
          <w:tcPr>
            <w:tcW w:w="4608" w:type="dxa"/>
          </w:tcPr>
          <w:p w14:paraId="4E651DCF" w14:textId="77777777" w:rsidR="008723B8" w:rsidRPr="00544574" w:rsidRDefault="008723B8" w:rsidP="00E37A38"/>
        </w:tc>
        <w:tc>
          <w:tcPr>
            <w:tcW w:w="2880" w:type="dxa"/>
          </w:tcPr>
          <w:p w14:paraId="18357C1F" w14:textId="77777777" w:rsidR="008723B8" w:rsidRPr="00544574" w:rsidRDefault="008723B8" w:rsidP="00E37A38"/>
        </w:tc>
      </w:tr>
      <w:tr w:rsidR="008723B8" w:rsidRPr="00544574" w14:paraId="4C7D7A9E" w14:textId="77777777" w:rsidTr="00E37A38">
        <w:trPr>
          <w:trHeight w:hRule="exact" w:val="1296"/>
        </w:trPr>
        <w:tc>
          <w:tcPr>
            <w:tcW w:w="1008" w:type="dxa"/>
          </w:tcPr>
          <w:p w14:paraId="08BF796D" w14:textId="77777777" w:rsidR="008723B8" w:rsidRPr="00544574" w:rsidRDefault="008723B8" w:rsidP="00E37A38"/>
        </w:tc>
        <w:tc>
          <w:tcPr>
            <w:tcW w:w="2304" w:type="dxa"/>
          </w:tcPr>
          <w:p w14:paraId="34A20A23" w14:textId="77777777" w:rsidR="008723B8" w:rsidRPr="00544574" w:rsidRDefault="008723B8" w:rsidP="00E37A38"/>
        </w:tc>
        <w:tc>
          <w:tcPr>
            <w:tcW w:w="4608" w:type="dxa"/>
          </w:tcPr>
          <w:p w14:paraId="476BBBC1" w14:textId="77777777" w:rsidR="008723B8" w:rsidRPr="00544574" w:rsidRDefault="008723B8" w:rsidP="00E37A38"/>
        </w:tc>
        <w:tc>
          <w:tcPr>
            <w:tcW w:w="2880" w:type="dxa"/>
          </w:tcPr>
          <w:p w14:paraId="0B0EA931" w14:textId="77777777" w:rsidR="008723B8" w:rsidRPr="00544574" w:rsidRDefault="008723B8" w:rsidP="00E37A38"/>
        </w:tc>
      </w:tr>
      <w:tr w:rsidR="008723B8" w:rsidRPr="00544574" w14:paraId="2A531BE7" w14:textId="77777777" w:rsidTr="00E37A38">
        <w:trPr>
          <w:trHeight w:hRule="exact" w:val="1296"/>
        </w:trPr>
        <w:tc>
          <w:tcPr>
            <w:tcW w:w="1008" w:type="dxa"/>
          </w:tcPr>
          <w:p w14:paraId="04D5D39F" w14:textId="77777777" w:rsidR="008723B8" w:rsidRPr="00544574" w:rsidRDefault="008723B8" w:rsidP="00E37A38"/>
        </w:tc>
        <w:tc>
          <w:tcPr>
            <w:tcW w:w="2304" w:type="dxa"/>
          </w:tcPr>
          <w:p w14:paraId="1A243489" w14:textId="77777777" w:rsidR="008723B8" w:rsidRPr="00544574" w:rsidRDefault="008723B8" w:rsidP="00E37A38"/>
        </w:tc>
        <w:tc>
          <w:tcPr>
            <w:tcW w:w="4608" w:type="dxa"/>
          </w:tcPr>
          <w:p w14:paraId="7A0020F7" w14:textId="77777777" w:rsidR="008723B8" w:rsidRPr="00544574" w:rsidRDefault="008723B8" w:rsidP="00E37A38"/>
        </w:tc>
        <w:tc>
          <w:tcPr>
            <w:tcW w:w="2880" w:type="dxa"/>
          </w:tcPr>
          <w:p w14:paraId="71FDA295" w14:textId="77777777" w:rsidR="008723B8" w:rsidRPr="00544574" w:rsidRDefault="008723B8" w:rsidP="00E37A38"/>
        </w:tc>
      </w:tr>
      <w:tr w:rsidR="008723B8" w:rsidRPr="00544574" w14:paraId="2986D215" w14:textId="77777777" w:rsidTr="00E37A38">
        <w:trPr>
          <w:trHeight w:hRule="exact" w:val="1296"/>
        </w:trPr>
        <w:tc>
          <w:tcPr>
            <w:tcW w:w="1008" w:type="dxa"/>
          </w:tcPr>
          <w:p w14:paraId="51622470" w14:textId="77777777" w:rsidR="008723B8" w:rsidRPr="00544574" w:rsidRDefault="008723B8" w:rsidP="00E37A38"/>
        </w:tc>
        <w:tc>
          <w:tcPr>
            <w:tcW w:w="2304" w:type="dxa"/>
          </w:tcPr>
          <w:p w14:paraId="3D1CCD61" w14:textId="77777777" w:rsidR="008723B8" w:rsidRPr="00544574" w:rsidRDefault="008723B8" w:rsidP="00E37A38"/>
        </w:tc>
        <w:tc>
          <w:tcPr>
            <w:tcW w:w="4608" w:type="dxa"/>
          </w:tcPr>
          <w:p w14:paraId="14FFE346" w14:textId="77777777" w:rsidR="008723B8" w:rsidRPr="00544574" w:rsidRDefault="008723B8" w:rsidP="00E37A38"/>
        </w:tc>
        <w:tc>
          <w:tcPr>
            <w:tcW w:w="2880" w:type="dxa"/>
          </w:tcPr>
          <w:p w14:paraId="37BEB086" w14:textId="77777777" w:rsidR="008723B8" w:rsidRPr="00544574" w:rsidRDefault="008723B8" w:rsidP="00E37A38"/>
        </w:tc>
      </w:tr>
      <w:tr w:rsidR="008723B8" w:rsidRPr="00544574" w14:paraId="6BB83FA9" w14:textId="77777777" w:rsidTr="00E37A38">
        <w:trPr>
          <w:trHeight w:hRule="exact" w:val="1296"/>
        </w:trPr>
        <w:tc>
          <w:tcPr>
            <w:tcW w:w="1008" w:type="dxa"/>
          </w:tcPr>
          <w:p w14:paraId="34363B75" w14:textId="77777777" w:rsidR="008723B8" w:rsidRPr="00544574" w:rsidRDefault="008723B8" w:rsidP="00E37A38"/>
        </w:tc>
        <w:tc>
          <w:tcPr>
            <w:tcW w:w="2304" w:type="dxa"/>
          </w:tcPr>
          <w:p w14:paraId="1F93CA74" w14:textId="77777777" w:rsidR="008723B8" w:rsidRPr="00544574" w:rsidRDefault="008723B8" w:rsidP="00E37A38"/>
        </w:tc>
        <w:tc>
          <w:tcPr>
            <w:tcW w:w="4608" w:type="dxa"/>
          </w:tcPr>
          <w:p w14:paraId="03CA7A8B" w14:textId="77777777" w:rsidR="008723B8" w:rsidRPr="00544574" w:rsidRDefault="008723B8" w:rsidP="00E37A38"/>
        </w:tc>
        <w:tc>
          <w:tcPr>
            <w:tcW w:w="2880" w:type="dxa"/>
          </w:tcPr>
          <w:p w14:paraId="09CBD508" w14:textId="77777777" w:rsidR="008723B8" w:rsidRPr="00544574" w:rsidRDefault="008723B8" w:rsidP="00E37A38"/>
        </w:tc>
      </w:tr>
      <w:tr w:rsidR="008723B8" w:rsidRPr="00544574" w14:paraId="34256793" w14:textId="77777777" w:rsidTr="00E37A38">
        <w:trPr>
          <w:trHeight w:hRule="exact" w:val="1296"/>
        </w:trPr>
        <w:tc>
          <w:tcPr>
            <w:tcW w:w="1008" w:type="dxa"/>
          </w:tcPr>
          <w:p w14:paraId="166F3999" w14:textId="77777777" w:rsidR="008723B8" w:rsidRPr="00544574" w:rsidRDefault="008723B8" w:rsidP="00E37A38"/>
        </w:tc>
        <w:tc>
          <w:tcPr>
            <w:tcW w:w="2304" w:type="dxa"/>
          </w:tcPr>
          <w:p w14:paraId="44015828" w14:textId="77777777" w:rsidR="008723B8" w:rsidRPr="00544574" w:rsidRDefault="008723B8" w:rsidP="00E37A38"/>
        </w:tc>
        <w:tc>
          <w:tcPr>
            <w:tcW w:w="4608" w:type="dxa"/>
          </w:tcPr>
          <w:p w14:paraId="029FCB81" w14:textId="77777777" w:rsidR="008723B8" w:rsidRPr="00544574" w:rsidRDefault="008723B8" w:rsidP="00E37A38"/>
        </w:tc>
        <w:tc>
          <w:tcPr>
            <w:tcW w:w="2880" w:type="dxa"/>
          </w:tcPr>
          <w:p w14:paraId="474EC697" w14:textId="77777777" w:rsidR="008723B8" w:rsidRPr="00544574" w:rsidRDefault="008723B8" w:rsidP="00E37A38"/>
        </w:tc>
      </w:tr>
    </w:tbl>
    <w:p w14:paraId="2E544E4F" w14:textId="6BD71140" w:rsidR="008723B8" w:rsidRPr="00544574" w:rsidRDefault="008723B8">
      <w:pPr>
        <w:rPr>
          <w:rFonts w:ascii="Verdana" w:hAnsi="Verdana"/>
        </w:rPr>
      </w:pPr>
      <w:r w:rsidRPr="00544574">
        <w:rPr>
          <w:rFonts w:ascii="Verdana" w:hAnsi="Verdana"/>
        </w:rPr>
        <w:br w:type="page"/>
      </w:r>
    </w:p>
    <w:p w14:paraId="4655BC0E" w14:textId="77777777" w:rsidR="00F05936" w:rsidRPr="001401F7" w:rsidRDefault="00544574" w:rsidP="001401F7">
      <w:pPr>
        <w:pStyle w:val="Heading1"/>
        <w:rPr>
          <w:rFonts w:ascii="Verdana" w:hAnsi="Verdana"/>
          <w:color w:val="000000" w:themeColor="text1"/>
        </w:rPr>
      </w:pPr>
      <w:bookmarkStart w:id="4" w:name="_Toc223812389"/>
      <w:r w:rsidRPr="001401F7">
        <w:rPr>
          <w:rFonts w:ascii="Verdana" w:hAnsi="Verdana"/>
          <w:color w:val="000000" w:themeColor="text1"/>
        </w:rPr>
        <w:lastRenderedPageBreak/>
        <w:t>Chapter 2: Tails and Trails</w:t>
      </w:r>
      <w:bookmarkEnd w:id="4"/>
    </w:p>
    <w:p w14:paraId="621C3585" w14:textId="77777777" w:rsidR="00F05936" w:rsidRPr="00544574" w:rsidRDefault="00544574">
      <w:pPr>
        <w:rPr>
          <w:rFonts w:ascii="Verdana" w:hAnsi="Verdana"/>
        </w:rPr>
      </w:pPr>
      <w:r w:rsidRPr="00544574">
        <w:rPr>
          <w:rFonts w:ascii="Verdana" w:hAnsi="Verdana"/>
          <w:b/>
        </w:rPr>
        <w:t>Chapter Snapshot</w:t>
      </w:r>
    </w:p>
    <w:p w14:paraId="6F3E1BF6" w14:textId="77777777" w:rsidR="00F05936" w:rsidRPr="00544574" w:rsidRDefault="00544574">
      <w:pPr>
        <w:pStyle w:val="ListBullet"/>
        <w:rPr>
          <w:rFonts w:ascii="Verdana" w:hAnsi="Verdana"/>
        </w:rPr>
      </w:pPr>
      <w:r w:rsidRPr="00544574">
        <w:rPr>
          <w:rFonts w:ascii="Verdana" w:hAnsi="Verdana"/>
        </w:rPr>
        <w:t>The class follows a glitter trail with Archer.</w:t>
      </w:r>
    </w:p>
    <w:p w14:paraId="3CC394BE" w14:textId="77777777" w:rsidR="00F05936" w:rsidRPr="00544574" w:rsidRDefault="00544574">
      <w:pPr>
        <w:pStyle w:val="ListBullet"/>
        <w:rPr>
          <w:rFonts w:ascii="Verdana" w:hAnsi="Verdana"/>
        </w:rPr>
      </w:pPr>
      <w:r w:rsidRPr="00544574">
        <w:rPr>
          <w:rFonts w:ascii="Verdana" w:hAnsi="Verdana"/>
        </w:rPr>
        <w:t>The trail leads to the art shelf; the supply bin is missing too.</w:t>
      </w:r>
    </w:p>
    <w:p w14:paraId="362E17EA" w14:textId="77777777" w:rsidR="00F05936" w:rsidRPr="00544574" w:rsidRDefault="00544574">
      <w:pPr>
        <w:pStyle w:val="ListBullet"/>
        <w:rPr>
          <w:rFonts w:ascii="Verdana" w:hAnsi="Verdana"/>
        </w:rPr>
      </w:pPr>
      <w:r w:rsidRPr="00544574">
        <w:rPr>
          <w:rFonts w:ascii="Verdana" w:hAnsi="Verdana"/>
        </w:rPr>
        <w:t>Using a magnifying glass, Charlie studies the glitter; the class searches, but no new clues turn up yet.</w:t>
      </w:r>
    </w:p>
    <w:p w14:paraId="0F52A42E" w14:textId="77777777" w:rsidR="00862B59" w:rsidRPr="00544574" w:rsidRDefault="00862B59" w:rsidP="00862B59">
      <w:pPr>
        <w:pStyle w:val="ListBullet"/>
        <w:ind w:left="360" w:hanging="360"/>
        <w:rPr>
          <w:rFonts w:ascii="Verdana" w:hAnsi="Verdana"/>
        </w:rPr>
      </w:pPr>
    </w:p>
    <w:p w14:paraId="209FFE96" w14:textId="77777777" w:rsidR="00862B59" w:rsidRPr="00544574" w:rsidRDefault="00862B59" w:rsidP="00862B59">
      <w:pPr>
        <w:rPr>
          <w:rFonts w:ascii="Verdana" w:hAnsi="Verdana"/>
        </w:rPr>
      </w:pPr>
      <w:r w:rsidRPr="00544574">
        <w:rPr>
          <w:rFonts w:ascii="Verdana" w:hAnsi="Verdana"/>
          <w:b/>
        </w:rPr>
        <w:t>SEL Discussion Notes</w:t>
      </w:r>
    </w:p>
    <w:p w14:paraId="34F6716C" w14:textId="77777777" w:rsidR="00862B59" w:rsidRPr="00544574" w:rsidRDefault="00862B59" w:rsidP="00862B59">
      <w:pPr>
        <w:pStyle w:val="ListBullet"/>
        <w:rPr>
          <w:rFonts w:ascii="Verdana" w:hAnsi="Verdana"/>
        </w:rPr>
      </w:pPr>
      <w:r w:rsidRPr="00544574">
        <w:rPr>
          <w:rFonts w:ascii="Verdana" w:hAnsi="Verdana"/>
        </w:rPr>
        <w:t>How can a team follow a leader without crowding or pushing?</w:t>
      </w:r>
    </w:p>
    <w:p w14:paraId="6D6A0729" w14:textId="77777777" w:rsidR="00862B59" w:rsidRPr="00544574" w:rsidRDefault="00862B59" w:rsidP="00862B59">
      <w:pPr>
        <w:pStyle w:val="ListBullet"/>
        <w:rPr>
          <w:rFonts w:ascii="Verdana" w:hAnsi="Verdana"/>
        </w:rPr>
      </w:pPr>
      <w:r w:rsidRPr="00544574">
        <w:rPr>
          <w:rFonts w:ascii="Verdana" w:hAnsi="Verdana"/>
        </w:rPr>
        <w:t>What does it look like to share tools fairly when people feel worried?</w:t>
      </w:r>
    </w:p>
    <w:p w14:paraId="17A1A250" w14:textId="77777777" w:rsidR="00862B59" w:rsidRPr="00544574" w:rsidRDefault="00862B59" w:rsidP="00862B59">
      <w:pPr>
        <w:pStyle w:val="ListBullet"/>
        <w:rPr>
          <w:rFonts w:ascii="Verdana" w:hAnsi="Verdana"/>
        </w:rPr>
      </w:pPr>
      <w:r w:rsidRPr="00544574">
        <w:rPr>
          <w:rFonts w:ascii="Verdana" w:hAnsi="Verdana"/>
        </w:rPr>
        <w:t>What helps you keep going when a problem is not solved right away?</w:t>
      </w:r>
    </w:p>
    <w:p w14:paraId="4DAB9330" w14:textId="77777777" w:rsidR="001E736E" w:rsidRPr="00544574" w:rsidRDefault="001E736E" w:rsidP="00862B59">
      <w:pPr>
        <w:rPr>
          <w:rFonts w:ascii="Verdana" w:hAnsi="Verdana"/>
          <w:b/>
        </w:rPr>
      </w:pPr>
    </w:p>
    <w:p w14:paraId="2EDC98A0" w14:textId="4D90F8F4" w:rsidR="00862B59" w:rsidRPr="00544574" w:rsidRDefault="00862B59" w:rsidP="00862B59">
      <w:pPr>
        <w:rPr>
          <w:rFonts w:ascii="Verdana" w:hAnsi="Verdana"/>
        </w:rPr>
      </w:pPr>
      <w:r w:rsidRPr="00544574">
        <w:rPr>
          <w:rFonts w:ascii="Verdana" w:hAnsi="Verdana"/>
          <w:b/>
        </w:rPr>
        <w:t>Writing Prompt</w:t>
      </w:r>
    </w:p>
    <w:p w14:paraId="5FD8097D" w14:textId="77777777" w:rsidR="00862B59" w:rsidRPr="00544574" w:rsidRDefault="00862B59" w:rsidP="00862B59">
      <w:pPr>
        <w:rPr>
          <w:rFonts w:ascii="Verdana" w:hAnsi="Verdana"/>
        </w:rPr>
      </w:pPr>
      <w:r w:rsidRPr="00544574">
        <w:rPr>
          <w:rFonts w:ascii="Verdana" w:hAnsi="Verdana"/>
        </w:rPr>
        <w:t>Write step-by-step directions for following a trail. Include at least 5 steps and one safety or kindness rule.</w:t>
      </w:r>
    </w:p>
    <w:p w14:paraId="6BA7D4EA" w14:textId="77777777" w:rsidR="00862B59" w:rsidRPr="00544574" w:rsidRDefault="00862B59" w:rsidP="00862B59">
      <w:pPr>
        <w:pStyle w:val="ListBullet"/>
        <w:ind w:left="360" w:hanging="360"/>
        <w:rPr>
          <w:rFonts w:ascii="Verdana" w:hAnsi="Verdana"/>
        </w:rPr>
      </w:pPr>
    </w:p>
    <w:p w14:paraId="4943B8C1" w14:textId="65157F0F" w:rsidR="00F05936" w:rsidRPr="00544574" w:rsidRDefault="00544574">
      <w:pPr>
        <w:rPr>
          <w:rFonts w:ascii="Verdana" w:hAnsi="Verdana"/>
        </w:rPr>
      </w:pPr>
      <w:r w:rsidRPr="00544574">
        <w:rPr>
          <w:rFonts w:ascii="Verdana" w:hAnsi="Verdana"/>
          <w:b/>
        </w:rPr>
        <w:t>Class Activity</w:t>
      </w:r>
      <w:r w:rsidR="00213697" w:rsidRPr="00544574">
        <w:rPr>
          <w:rFonts w:ascii="Verdana" w:hAnsi="Verdana"/>
          <w:b/>
        </w:rPr>
        <w:t xml:space="preserve">: </w:t>
      </w:r>
      <w:r w:rsidRPr="00544574">
        <w:rPr>
          <w:rFonts w:ascii="Verdana" w:hAnsi="Verdana"/>
          <w:b/>
        </w:rPr>
        <w:t>Glitter Clue Lab</w:t>
      </w:r>
    </w:p>
    <w:p w14:paraId="4613AB4A" w14:textId="77777777" w:rsidR="00F05936" w:rsidRPr="00544574" w:rsidRDefault="00544574">
      <w:pPr>
        <w:pStyle w:val="ListBullet"/>
        <w:rPr>
          <w:rFonts w:ascii="Verdana" w:hAnsi="Verdana"/>
        </w:rPr>
      </w:pPr>
      <w:r w:rsidRPr="00544574">
        <w:rPr>
          <w:rFonts w:ascii="Verdana" w:hAnsi="Verdana"/>
        </w:rPr>
        <w:t>Set up 3–5 “glitter samples” on index cards (different colors or mixes).</w:t>
      </w:r>
    </w:p>
    <w:p w14:paraId="7B9F144A" w14:textId="77777777" w:rsidR="00F05936" w:rsidRPr="00544574" w:rsidRDefault="00544574">
      <w:pPr>
        <w:pStyle w:val="ListBullet"/>
        <w:rPr>
          <w:rFonts w:ascii="Verdana" w:hAnsi="Verdana"/>
        </w:rPr>
      </w:pPr>
      <w:r w:rsidRPr="00544574">
        <w:rPr>
          <w:rFonts w:ascii="Verdana" w:hAnsi="Verdana"/>
        </w:rPr>
        <w:t>Students use magnifying glasses to describe each sample using color words and details.</w:t>
      </w:r>
    </w:p>
    <w:p w14:paraId="20DA55FE" w14:textId="77777777" w:rsidR="00F05936" w:rsidRPr="00544574" w:rsidRDefault="00544574">
      <w:pPr>
        <w:pStyle w:val="ListBullet"/>
        <w:rPr>
          <w:rFonts w:ascii="Verdana" w:hAnsi="Verdana"/>
        </w:rPr>
      </w:pPr>
      <w:r w:rsidRPr="00544574">
        <w:rPr>
          <w:rFonts w:ascii="Verdana" w:hAnsi="Verdana"/>
        </w:rPr>
        <w:t>Groups create a “glitter profile” card for one sample; they trade profiles and try to match the correct card to the sample.</w:t>
      </w:r>
    </w:p>
    <w:p w14:paraId="386FAD8D" w14:textId="77777777" w:rsidR="00606DC4" w:rsidRPr="00544574" w:rsidRDefault="00606DC4">
      <w:pPr>
        <w:rPr>
          <w:rFonts w:ascii="Verdana" w:hAnsi="Verdana"/>
        </w:rPr>
      </w:pPr>
      <w:r w:rsidRPr="00544574">
        <w:rPr>
          <w:rFonts w:ascii="Verdana" w:hAnsi="Verdana"/>
        </w:rPr>
        <w:br w:type="page"/>
      </w:r>
    </w:p>
    <w:p w14:paraId="37B988EB" w14:textId="2F61BDCF" w:rsidR="00F05936" w:rsidRPr="001401F7" w:rsidRDefault="00544574" w:rsidP="001401F7">
      <w:pPr>
        <w:pStyle w:val="Heading1"/>
        <w:rPr>
          <w:rFonts w:ascii="Verdana" w:hAnsi="Verdana"/>
          <w:color w:val="000000" w:themeColor="text1"/>
        </w:rPr>
      </w:pPr>
      <w:bookmarkStart w:id="5" w:name="_Toc223812390"/>
      <w:r w:rsidRPr="001401F7">
        <w:rPr>
          <w:rFonts w:ascii="Verdana" w:hAnsi="Verdana"/>
          <w:color w:val="000000" w:themeColor="text1"/>
        </w:rPr>
        <w:lastRenderedPageBreak/>
        <w:t>Chapter 3: The Mystery Grows</w:t>
      </w:r>
      <w:bookmarkEnd w:id="5"/>
    </w:p>
    <w:p w14:paraId="63C6740A" w14:textId="77777777" w:rsidR="00F05936" w:rsidRPr="00544574" w:rsidRDefault="00544574">
      <w:pPr>
        <w:rPr>
          <w:rFonts w:ascii="Verdana" w:hAnsi="Verdana"/>
        </w:rPr>
      </w:pPr>
      <w:r w:rsidRPr="00544574">
        <w:rPr>
          <w:rFonts w:ascii="Verdana" w:hAnsi="Verdana"/>
          <w:b/>
        </w:rPr>
        <w:t>Chapter Snapshot</w:t>
      </w:r>
    </w:p>
    <w:p w14:paraId="4F5E8736" w14:textId="77777777" w:rsidR="00F05936" w:rsidRPr="00544574" w:rsidRDefault="00544574">
      <w:pPr>
        <w:pStyle w:val="ListBullet"/>
        <w:rPr>
          <w:rFonts w:ascii="Verdana" w:hAnsi="Verdana"/>
        </w:rPr>
      </w:pPr>
      <w:r w:rsidRPr="00544574">
        <w:rPr>
          <w:rFonts w:ascii="Verdana" w:hAnsi="Verdana"/>
        </w:rPr>
        <w:t>During read-aloud time, Maya and Charlie quietly watch Archer’s body language and talk like detectives.</w:t>
      </w:r>
    </w:p>
    <w:p w14:paraId="78760BD0" w14:textId="77777777" w:rsidR="00F05936" w:rsidRPr="00544574" w:rsidRDefault="00544574">
      <w:pPr>
        <w:pStyle w:val="ListBullet"/>
        <w:rPr>
          <w:rFonts w:ascii="Verdana" w:hAnsi="Verdana"/>
        </w:rPr>
      </w:pPr>
      <w:r w:rsidRPr="00544574">
        <w:rPr>
          <w:rFonts w:ascii="Verdana" w:hAnsi="Verdana"/>
        </w:rPr>
        <w:t>Sadie drops her backpack, and crayons spill out; the class worries she took the missing ones.</w:t>
      </w:r>
    </w:p>
    <w:p w14:paraId="63B02BA9" w14:textId="77777777" w:rsidR="00F05936" w:rsidRPr="00544574" w:rsidRDefault="00544574">
      <w:pPr>
        <w:pStyle w:val="ListBullet"/>
        <w:rPr>
          <w:rFonts w:ascii="Verdana" w:hAnsi="Verdana"/>
        </w:rPr>
      </w:pPr>
      <w:r w:rsidRPr="00544574">
        <w:rPr>
          <w:rFonts w:ascii="Verdana" w:hAnsi="Verdana"/>
        </w:rPr>
        <w:t>Mrs. Percy reminds everyone to check facts, not accuse; Archer stays calm, and the mystery remains open.</w:t>
      </w:r>
    </w:p>
    <w:p w14:paraId="5353A3A7" w14:textId="77777777" w:rsidR="00606DC4" w:rsidRPr="00544574" w:rsidRDefault="00606DC4" w:rsidP="00606DC4">
      <w:pPr>
        <w:pStyle w:val="ListBullet"/>
        <w:ind w:left="360" w:hanging="360"/>
        <w:rPr>
          <w:rFonts w:ascii="Verdana" w:hAnsi="Verdana"/>
        </w:rPr>
      </w:pPr>
    </w:p>
    <w:p w14:paraId="1435893D" w14:textId="77777777" w:rsidR="00F05936" w:rsidRPr="00544574" w:rsidRDefault="00544574">
      <w:pPr>
        <w:rPr>
          <w:rFonts w:ascii="Verdana" w:hAnsi="Verdana"/>
        </w:rPr>
      </w:pPr>
      <w:r w:rsidRPr="00544574">
        <w:rPr>
          <w:rFonts w:ascii="Verdana" w:hAnsi="Verdana"/>
          <w:b/>
        </w:rPr>
        <w:t>SEL Discussion Notes</w:t>
      </w:r>
    </w:p>
    <w:p w14:paraId="64DEA267" w14:textId="77777777" w:rsidR="00F05936" w:rsidRPr="00544574" w:rsidRDefault="00544574">
      <w:pPr>
        <w:pStyle w:val="ListBullet"/>
        <w:rPr>
          <w:rFonts w:ascii="Verdana" w:hAnsi="Verdana"/>
        </w:rPr>
      </w:pPr>
      <w:r w:rsidRPr="00544574">
        <w:rPr>
          <w:rFonts w:ascii="Verdana" w:hAnsi="Verdana"/>
        </w:rPr>
        <w:t>How did the class react when they saw crayons spill out of a backpack?</w:t>
      </w:r>
    </w:p>
    <w:p w14:paraId="4C0940EE" w14:textId="77777777" w:rsidR="00F05936" w:rsidRPr="00544574" w:rsidRDefault="00544574">
      <w:pPr>
        <w:pStyle w:val="ListBullet"/>
        <w:rPr>
          <w:rFonts w:ascii="Verdana" w:hAnsi="Verdana"/>
        </w:rPr>
      </w:pPr>
      <w:r w:rsidRPr="00544574">
        <w:rPr>
          <w:rFonts w:ascii="Verdana" w:hAnsi="Verdana"/>
        </w:rPr>
        <w:t>What can we do instead of pointing fingers when we feel surprised or worried?</w:t>
      </w:r>
    </w:p>
    <w:p w14:paraId="1A0CB970" w14:textId="77777777" w:rsidR="00F05936" w:rsidRPr="00544574" w:rsidRDefault="00544574">
      <w:pPr>
        <w:pStyle w:val="ListBullet"/>
        <w:rPr>
          <w:rFonts w:ascii="Verdana" w:hAnsi="Verdana"/>
        </w:rPr>
      </w:pPr>
      <w:r w:rsidRPr="00544574">
        <w:rPr>
          <w:rFonts w:ascii="Verdana" w:hAnsi="Verdana"/>
        </w:rPr>
        <w:t>How does keeping an open mind help a community?</w:t>
      </w:r>
    </w:p>
    <w:p w14:paraId="412F45AE" w14:textId="77777777" w:rsidR="001E736E" w:rsidRPr="00544574" w:rsidRDefault="001E736E">
      <w:pPr>
        <w:rPr>
          <w:rFonts w:ascii="Verdana" w:hAnsi="Verdana"/>
          <w:b/>
        </w:rPr>
      </w:pPr>
    </w:p>
    <w:p w14:paraId="7532C265" w14:textId="54B86609" w:rsidR="00F05936" w:rsidRPr="00544574" w:rsidRDefault="00544574">
      <w:pPr>
        <w:rPr>
          <w:rFonts w:ascii="Verdana" w:hAnsi="Verdana"/>
        </w:rPr>
      </w:pPr>
      <w:r w:rsidRPr="00544574">
        <w:rPr>
          <w:rFonts w:ascii="Verdana" w:hAnsi="Verdana"/>
          <w:b/>
        </w:rPr>
        <w:t>Writing Prompt</w:t>
      </w:r>
    </w:p>
    <w:p w14:paraId="37588C30" w14:textId="77777777" w:rsidR="00F05936" w:rsidRPr="00544574" w:rsidRDefault="00544574">
      <w:pPr>
        <w:rPr>
          <w:rFonts w:ascii="Verdana" w:hAnsi="Verdana"/>
        </w:rPr>
      </w:pPr>
      <w:r w:rsidRPr="00544574">
        <w:rPr>
          <w:rFonts w:ascii="Verdana" w:hAnsi="Verdana"/>
        </w:rPr>
        <w:t>Write a short dialogue where two characters remind each other to check facts before blaming someone.</w:t>
      </w:r>
    </w:p>
    <w:p w14:paraId="412B46EA" w14:textId="77777777" w:rsidR="00606DC4" w:rsidRPr="00544574" w:rsidRDefault="00606DC4">
      <w:pPr>
        <w:rPr>
          <w:rFonts w:ascii="Verdana" w:hAnsi="Verdana"/>
        </w:rPr>
      </w:pPr>
    </w:p>
    <w:p w14:paraId="0913D803" w14:textId="24DEE50B" w:rsidR="00606DC4" w:rsidRDefault="00606DC4" w:rsidP="00606DC4">
      <w:pPr>
        <w:rPr>
          <w:rFonts w:ascii="Verdana" w:hAnsi="Verdana"/>
          <w:b/>
        </w:rPr>
      </w:pPr>
      <w:r w:rsidRPr="009926E7">
        <w:rPr>
          <w:rFonts w:ascii="Verdana" w:hAnsi="Verdana"/>
          <w:b/>
        </w:rPr>
        <w:t xml:space="preserve">Class Activity: </w:t>
      </w:r>
      <w:r w:rsidR="009926E7" w:rsidRPr="009926E7">
        <w:rPr>
          <w:rFonts w:ascii="Verdana" w:hAnsi="Verdana"/>
          <w:b/>
        </w:rPr>
        <w:t>Fact, Opinion, or Guess? (Detective Edition)</w:t>
      </w:r>
    </w:p>
    <w:p w14:paraId="3413B92F" w14:textId="2A1642B5" w:rsidR="009926E7" w:rsidRPr="009926E7" w:rsidRDefault="004A4440" w:rsidP="004A4440">
      <w:pPr>
        <w:pStyle w:val="ListBullet"/>
        <w:numPr>
          <w:ilvl w:val="0"/>
          <w:numId w:val="34"/>
        </w:numPr>
        <w:tabs>
          <w:tab w:val="left" w:pos="360"/>
        </w:tabs>
        <w:ind w:left="810" w:hanging="810"/>
        <w:rPr>
          <w:rFonts w:ascii="Verdana" w:hAnsi="Verdana"/>
        </w:rPr>
      </w:pPr>
      <w:r>
        <w:rPr>
          <w:rFonts w:ascii="Verdana" w:hAnsi="Verdana"/>
        </w:rPr>
        <w:t>Explain/write on the board the difference between Facts, Opinions, and Guesses:</w:t>
      </w:r>
      <w:r>
        <w:rPr>
          <w:rFonts w:ascii="Verdana" w:hAnsi="Verdana"/>
        </w:rPr>
        <w:br/>
      </w:r>
      <w:r w:rsidR="009926E7" w:rsidRPr="009926E7">
        <w:rPr>
          <w:rFonts w:ascii="Verdana" w:hAnsi="Verdana"/>
          <w:b/>
          <w:bCs/>
        </w:rPr>
        <w:t>Facts</w:t>
      </w:r>
      <w:r w:rsidR="009926E7" w:rsidRPr="009926E7">
        <w:rPr>
          <w:rFonts w:ascii="Verdana" w:hAnsi="Verdana"/>
        </w:rPr>
        <w:t xml:space="preserve"> are things </w:t>
      </w:r>
      <w:r w:rsidR="0049569E" w:rsidRPr="004A4440">
        <w:rPr>
          <w:rFonts w:ascii="Verdana" w:hAnsi="Verdana"/>
        </w:rPr>
        <w:t>that can</w:t>
      </w:r>
      <w:r w:rsidR="009926E7" w:rsidRPr="009926E7">
        <w:rPr>
          <w:rFonts w:ascii="Verdana" w:hAnsi="Verdana"/>
        </w:rPr>
        <w:t xml:space="preserve"> </w:t>
      </w:r>
      <w:r w:rsidR="009926E7" w:rsidRPr="004A4440">
        <w:rPr>
          <w:rFonts w:ascii="Verdana" w:hAnsi="Verdana"/>
          <w:b/>
          <w:bCs/>
        </w:rPr>
        <w:t>be proven</w:t>
      </w:r>
      <w:r w:rsidR="009926E7" w:rsidRPr="009926E7">
        <w:rPr>
          <w:rFonts w:ascii="Verdana" w:hAnsi="Verdana"/>
        </w:rPr>
        <w:t>.</w:t>
      </w:r>
      <w:r w:rsidR="009926E7" w:rsidRPr="009926E7">
        <w:rPr>
          <w:rFonts w:ascii="Verdana" w:hAnsi="Verdana"/>
        </w:rPr>
        <w:br/>
      </w:r>
      <w:r w:rsidR="009926E7" w:rsidRPr="009926E7">
        <w:rPr>
          <w:rFonts w:ascii="Verdana" w:hAnsi="Verdana"/>
          <w:b/>
          <w:bCs/>
        </w:rPr>
        <w:t>Opinions</w:t>
      </w:r>
      <w:r w:rsidR="009926E7" w:rsidRPr="009926E7">
        <w:rPr>
          <w:rFonts w:ascii="Verdana" w:hAnsi="Verdana"/>
        </w:rPr>
        <w:t xml:space="preserve"> are what someone </w:t>
      </w:r>
      <w:r w:rsidR="009926E7" w:rsidRPr="009926E7">
        <w:rPr>
          <w:rFonts w:ascii="Verdana" w:hAnsi="Verdana"/>
          <w:b/>
          <w:bCs/>
        </w:rPr>
        <w:t>thinks or feels</w:t>
      </w:r>
      <w:r w:rsidR="009926E7" w:rsidRPr="009926E7">
        <w:rPr>
          <w:rFonts w:ascii="Verdana" w:hAnsi="Verdana"/>
        </w:rPr>
        <w:t>. People can disagree.</w:t>
      </w:r>
      <w:r w:rsidR="009926E7" w:rsidRPr="009926E7">
        <w:rPr>
          <w:rFonts w:ascii="Verdana" w:hAnsi="Verdana"/>
        </w:rPr>
        <w:br/>
        <w:t xml:space="preserve">A </w:t>
      </w:r>
      <w:r w:rsidR="009926E7" w:rsidRPr="009926E7">
        <w:rPr>
          <w:rFonts w:ascii="Verdana" w:hAnsi="Verdana"/>
          <w:b/>
          <w:bCs/>
        </w:rPr>
        <w:t>Guess</w:t>
      </w:r>
      <w:r w:rsidR="009926E7" w:rsidRPr="009926E7">
        <w:rPr>
          <w:rFonts w:ascii="Verdana" w:hAnsi="Verdana"/>
        </w:rPr>
        <w:t xml:space="preserve"> (inference) is what we think </w:t>
      </w:r>
      <w:r w:rsidR="009926E7" w:rsidRPr="009926E7">
        <w:rPr>
          <w:rFonts w:ascii="Verdana" w:hAnsi="Verdana"/>
          <w:b/>
          <w:bCs/>
        </w:rPr>
        <w:t>might be true</w:t>
      </w:r>
      <w:r w:rsidR="009926E7" w:rsidRPr="009926E7">
        <w:rPr>
          <w:rFonts w:ascii="Verdana" w:hAnsi="Verdana"/>
        </w:rPr>
        <w:t>, based on clues.</w:t>
      </w:r>
    </w:p>
    <w:p w14:paraId="5952969F" w14:textId="2F09AFA3" w:rsidR="00606DC4" w:rsidRPr="009926E7" w:rsidRDefault="00606DC4" w:rsidP="004A4440">
      <w:pPr>
        <w:pStyle w:val="ListBullet"/>
        <w:numPr>
          <w:ilvl w:val="0"/>
          <w:numId w:val="34"/>
        </w:numPr>
        <w:rPr>
          <w:rFonts w:ascii="Verdana" w:hAnsi="Verdana"/>
        </w:rPr>
      </w:pPr>
      <w:r w:rsidRPr="009926E7">
        <w:rPr>
          <w:rFonts w:ascii="Verdana" w:hAnsi="Verdana"/>
        </w:rPr>
        <w:t>Read short statements inspired by chapter</w:t>
      </w:r>
      <w:r w:rsidR="0049569E">
        <w:rPr>
          <w:rFonts w:ascii="Verdana" w:hAnsi="Verdana"/>
        </w:rPr>
        <w:t>s 1-3</w:t>
      </w:r>
      <w:r w:rsidRPr="009926E7">
        <w:rPr>
          <w:rFonts w:ascii="Verdana" w:hAnsi="Verdana"/>
        </w:rPr>
        <w:t xml:space="preserve"> (</w:t>
      </w:r>
      <w:r w:rsidR="009926E7">
        <w:rPr>
          <w:rFonts w:ascii="Verdana" w:hAnsi="Verdana"/>
        </w:rPr>
        <w:t>refer to next page</w:t>
      </w:r>
      <w:r w:rsidR="0049569E">
        <w:rPr>
          <w:rFonts w:ascii="Verdana" w:hAnsi="Verdana"/>
        </w:rPr>
        <w:t>.</w:t>
      </w:r>
      <w:r w:rsidR="009926E7">
        <w:rPr>
          <w:rFonts w:ascii="Verdana" w:hAnsi="Verdana"/>
        </w:rPr>
        <w:t>)</w:t>
      </w:r>
    </w:p>
    <w:p w14:paraId="5678B1E8" w14:textId="77777777" w:rsidR="00DF09A9" w:rsidRPr="00DF09A9" w:rsidRDefault="009926E7" w:rsidP="00DF09A9">
      <w:pPr>
        <w:pStyle w:val="ListBullet"/>
        <w:numPr>
          <w:ilvl w:val="0"/>
          <w:numId w:val="34"/>
        </w:numPr>
        <w:rPr>
          <w:rFonts w:ascii="Times New Roman" w:eastAsia="Times New Roman" w:hAnsi="Times New Roman"/>
        </w:rPr>
      </w:pPr>
      <w:r w:rsidRPr="00DF09A9">
        <w:rPr>
          <w:rFonts w:ascii="Verdana" w:hAnsi="Verdana"/>
        </w:rPr>
        <w:t xml:space="preserve">Ask students to categorize </w:t>
      </w:r>
      <w:r w:rsidR="0049569E" w:rsidRPr="00DF09A9">
        <w:rPr>
          <w:rFonts w:ascii="Verdana" w:hAnsi="Verdana"/>
        </w:rPr>
        <w:t xml:space="preserve">Fact/Opinion/Guess </w:t>
      </w:r>
      <w:r w:rsidRPr="00DF09A9">
        <w:rPr>
          <w:rFonts w:ascii="Verdana" w:hAnsi="Verdana"/>
        </w:rPr>
        <w:t>based on the above definitions.</w:t>
      </w:r>
    </w:p>
    <w:p w14:paraId="4615454E" w14:textId="77777777" w:rsidR="00DF09A9" w:rsidRPr="00DF09A9" w:rsidRDefault="00DF09A9" w:rsidP="00DF09A9">
      <w:pPr>
        <w:pStyle w:val="ListBullet"/>
        <w:numPr>
          <w:ilvl w:val="0"/>
          <w:numId w:val="34"/>
        </w:numPr>
        <w:rPr>
          <w:rFonts w:ascii="Verdana" w:hAnsi="Verdana"/>
        </w:rPr>
      </w:pPr>
      <w:r w:rsidRPr="00DF09A9">
        <w:rPr>
          <w:rFonts w:ascii="Verdana" w:hAnsi="Verdana"/>
        </w:rPr>
        <w:t>Tell me why you picked that category.</w:t>
      </w:r>
    </w:p>
    <w:p w14:paraId="3910A883" w14:textId="76B1E293" w:rsidR="00DF09A9" w:rsidRPr="00DF09A9" w:rsidRDefault="00DF09A9" w:rsidP="00DF09A9">
      <w:pPr>
        <w:pStyle w:val="ListBullet"/>
        <w:numPr>
          <w:ilvl w:val="1"/>
          <w:numId w:val="34"/>
        </w:numPr>
        <w:ind w:left="720"/>
        <w:rPr>
          <w:rFonts w:ascii="Verdana" w:hAnsi="Verdana"/>
        </w:rPr>
      </w:pPr>
      <w:r w:rsidRPr="00DF09A9">
        <w:rPr>
          <w:rFonts w:ascii="Verdana" w:hAnsi="Verdana"/>
        </w:rPr>
        <w:t>Fact: Where does it say that in the story?</w:t>
      </w:r>
    </w:p>
    <w:p w14:paraId="4F1D8800" w14:textId="197CB297" w:rsidR="00DF09A9" w:rsidRPr="00DF09A9" w:rsidRDefault="00DF09A9" w:rsidP="00DF09A9">
      <w:pPr>
        <w:pStyle w:val="ListBullet"/>
        <w:numPr>
          <w:ilvl w:val="1"/>
          <w:numId w:val="34"/>
        </w:numPr>
        <w:ind w:left="720"/>
        <w:rPr>
          <w:rFonts w:ascii="Verdana" w:hAnsi="Verdana"/>
        </w:rPr>
      </w:pPr>
      <w:r w:rsidRPr="00DF09A9">
        <w:rPr>
          <w:rFonts w:ascii="Verdana" w:hAnsi="Verdana"/>
        </w:rPr>
        <w:t>Opinion: Could two people disagree and both be okay?</w:t>
      </w:r>
    </w:p>
    <w:p w14:paraId="66D9EC85" w14:textId="370CCF86" w:rsidR="00143E38" w:rsidRPr="00DF09A9" w:rsidRDefault="00DF09A9" w:rsidP="00DF09A9">
      <w:pPr>
        <w:pStyle w:val="ListBullet"/>
        <w:numPr>
          <w:ilvl w:val="1"/>
          <w:numId w:val="34"/>
        </w:numPr>
        <w:ind w:left="720"/>
        <w:rPr>
          <w:rFonts w:ascii="Verdana" w:hAnsi="Verdana"/>
        </w:rPr>
      </w:pPr>
      <w:r w:rsidRPr="00DF09A9">
        <w:rPr>
          <w:rFonts w:ascii="Verdana" w:hAnsi="Verdana"/>
        </w:rPr>
        <w:t>Guess: What clues made you think that, and what would we need to prove it?</w:t>
      </w:r>
    </w:p>
    <w:p w14:paraId="68A1F7C7" w14:textId="1844AF93" w:rsidR="009926E7" w:rsidRDefault="009926E7">
      <w:pPr>
        <w:rPr>
          <w:rFonts w:ascii="Verdana" w:hAnsi="Verdana"/>
        </w:rPr>
      </w:pPr>
      <w:r>
        <w:rPr>
          <w:rFonts w:ascii="Verdana" w:hAnsi="Verdana"/>
        </w:rPr>
        <w:br w:type="page"/>
      </w:r>
    </w:p>
    <w:p w14:paraId="0E3AAA73" w14:textId="77777777" w:rsidR="009926E7" w:rsidRPr="009926E7" w:rsidRDefault="009926E7" w:rsidP="009926E7">
      <w:pPr>
        <w:rPr>
          <w:rFonts w:ascii="Verdana" w:hAnsi="Verdana"/>
          <w:b/>
          <w:bCs/>
        </w:rPr>
      </w:pPr>
      <w:r w:rsidRPr="009926E7">
        <w:rPr>
          <w:rFonts w:ascii="Verdana" w:hAnsi="Verdana"/>
          <w:b/>
          <w:bCs/>
        </w:rPr>
        <w:lastRenderedPageBreak/>
        <w:t>Chapter 3 Activity: Fact, Opinion, or Guess? (Detective Edition)</w:t>
      </w:r>
    </w:p>
    <w:p w14:paraId="22B167A3" w14:textId="77777777" w:rsidR="009926E7" w:rsidRPr="009926E7" w:rsidRDefault="009926E7" w:rsidP="006275E9">
      <w:pPr>
        <w:numPr>
          <w:ilvl w:val="0"/>
          <w:numId w:val="32"/>
        </w:numPr>
        <w:spacing w:after="80"/>
        <w:rPr>
          <w:rFonts w:ascii="Verdana" w:hAnsi="Verdana"/>
        </w:rPr>
      </w:pPr>
      <w:r w:rsidRPr="009926E7">
        <w:rPr>
          <w:rFonts w:ascii="Verdana" w:hAnsi="Verdana"/>
        </w:rPr>
        <w:t>Maya’s box of crayons is missing.</w:t>
      </w:r>
      <w:r w:rsidRPr="009926E7">
        <w:rPr>
          <w:rFonts w:ascii="Verdana" w:hAnsi="Verdana"/>
        </w:rPr>
        <w:br/>
        <w:t>Answer: Fact</w:t>
      </w:r>
    </w:p>
    <w:p w14:paraId="0AE19523" w14:textId="77777777" w:rsidR="009926E7" w:rsidRPr="009926E7" w:rsidRDefault="009926E7" w:rsidP="006275E9">
      <w:pPr>
        <w:numPr>
          <w:ilvl w:val="0"/>
          <w:numId w:val="32"/>
        </w:numPr>
        <w:spacing w:after="80"/>
        <w:rPr>
          <w:rFonts w:ascii="Verdana" w:hAnsi="Verdana"/>
        </w:rPr>
      </w:pPr>
      <w:r w:rsidRPr="009926E7">
        <w:rPr>
          <w:rFonts w:ascii="Verdana" w:hAnsi="Verdana"/>
        </w:rPr>
        <w:t>Archer’s tail wagging means he is happy.</w:t>
      </w:r>
      <w:r w:rsidRPr="009926E7">
        <w:rPr>
          <w:rFonts w:ascii="Verdana" w:hAnsi="Verdana"/>
        </w:rPr>
        <w:br/>
        <w:t>Answer: Guess (it’s an interpretation Charlie makes)</w:t>
      </w:r>
    </w:p>
    <w:p w14:paraId="0B2306AE" w14:textId="77777777" w:rsidR="009926E7" w:rsidRPr="009926E7" w:rsidRDefault="009926E7" w:rsidP="006275E9">
      <w:pPr>
        <w:numPr>
          <w:ilvl w:val="0"/>
          <w:numId w:val="32"/>
        </w:numPr>
        <w:spacing w:after="80"/>
        <w:rPr>
          <w:rFonts w:ascii="Verdana" w:hAnsi="Verdana"/>
        </w:rPr>
      </w:pPr>
      <w:r w:rsidRPr="009926E7">
        <w:rPr>
          <w:rFonts w:ascii="Verdana" w:hAnsi="Verdana"/>
        </w:rPr>
        <w:t>Charlie is a great detective.</w:t>
      </w:r>
      <w:r w:rsidRPr="009926E7">
        <w:rPr>
          <w:rFonts w:ascii="Verdana" w:hAnsi="Verdana"/>
        </w:rPr>
        <w:br/>
        <w:t>Answer: Opinion</w:t>
      </w:r>
    </w:p>
    <w:p w14:paraId="59C40612" w14:textId="77777777" w:rsidR="009926E7" w:rsidRPr="009926E7" w:rsidRDefault="009926E7" w:rsidP="006275E9">
      <w:pPr>
        <w:numPr>
          <w:ilvl w:val="0"/>
          <w:numId w:val="32"/>
        </w:numPr>
        <w:spacing w:after="80"/>
        <w:rPr>
          <w:rFonts w:ascii="Verdana" w:hAnsi="Verdana"/>
        </w:rPr>
      </w:pPr>
      <w:r w:rsidRPr="009926E7">
        <w:rPr>
          <w:rFonts w:ascii="Verdana" w:hAnsi="Verdana"/>
        </w:rPr>
        <w:t>Archer wears a red vest that says “Therapy Dog.”</w:t>
      </w:r>
      <w:r w:rsidRPr="009926E7">
        <w:rPr>
          <w:rFonts w:ascii="Verdana" w:hAnsi="Verdana"/>
        </w:rPr>
        <w:br/>
        <w:t>Answer: Fact</w:t>
      </w:r>
    </w:p>
    <w:p w14:paraId="5029B79B" w14:textId="77777777" w:rsidR="009926E7" w:rsidRPr="009926E7" w:rsidRDefault="009926E7" w:rsidP="006275E9">
      <w:pPr>
        <w:numPr>
          <w:ilvl w:val="0"/>
          <w:numId w:val="32"/>
        </w:numPr>
        <w:spacing w:after="80"/>
        <w:rPr>
          <w:rFonts w:ascii="Verdana" w:hAnsi="Verdana"/>
        </w:rPr>
      </w:pPr>
      <w:r w:rsidRPr="009926E7">
        <w:rPr>
          <w:rFonts w:ascii="Verdana" w:hAnsi="Verdana"/>
        </w:rPr>
        <w:t>The glitter on the floor is an important clue.</w:t>
      </w:r>
      <w:r w:rsidRPr="009926E7">
        <w:rPr>
          <w:rFonts w:ascii="Verdana" w:hAnsi="Verdana"/>
        </w:rPr>
        <w:br/>
        <w:t>Answer: Guess (Charlie believes it is a clue)</w:t>
      </w:r>
    </w:p>
    <w:p w14:paraId="6B7591B1" w14:textId="77777777" w:rsidR="009926E7" w:rsidRPr="009926E7" w:rsidRDefault="009926E7" w:rsidP="006275E9">
      <w:pPr>
        <w:numPr>
          <w:ilvl w:val="0"/>
          <w:numId w:val="32"/>
        </w:numPr>
        <w:spacing w:after="80"/>
        <w:rPr>
          <w:rFonts w:ascii="Verdana" w:hAnsi="Verdana"/>
        </w:rPr>
      </w:pPr>
      <w:r w:rsidRPr="009926E7">
        <w:rPr>
          <w:rFonts w:ascii="Verdana" w:hAnsi="Verdana"/>
        </w:rPr>
        <w:t>The classroom gets noisy when kids look in desks and bags.</w:t>
      </w:r>
      <w:r w:rsidRPr="009926E7">
        <w:rPr>
          <w:rFonts w:ascii="Verdana" w:hAnsi="Verdana"/>
        </w:rPr>
        <w:br/>
        <w:t>Answer: Fact</w:t>
      </w:r>
    </w:p>
    <w:p w14:paraId="18633215" w14:textId="77777777" w:rsidR="009926E7" w:rsidRPr="009926E7" w:rsidRDefault="009926E7" w:rsidP="006275E9">
      <w:pPr>
        <w:numPr>
          <w:ilvl w:val="0"/>
          <w:numId w:val="32"/>
        </w:numPr>
        <w:spacing w:after="80"/>
        <w:rPr>
          <w:rFonts w:ascii="Verdana" w:hAnsi="Verdana"/>
        </w:rPr>
      </w:pPr>
      <w:r w:rsidRPr="009926E7">
        <w:rPr>
          <w:rFonts w:ascii="Verdana" w:hAnsi="Verdana"/>
        </w:rPr>
        <w:t>Someone took the crayons on purpose.</w:t>
      </w:r>
      <w:r w:rsidRPr="009926E7">
        <w:rPr>
          <w:rFonts w:ascii="Verdana" w:hAnsi="Verdana"/>
        </w:rPr>
        <w:br/>
        <w:t>Answer: Guess</w:t>
      </w:r>
    </w:p>
    <w:p w14:paraId="30850FFE" w14:textId="77777777" w:rsidR="009926E7" w:rsidRPr="009926E7" w:rsidRDefault="009926E7" w:rsidP="006275E9">
      <w:pPr>
        <w:numPr>
          <w:ilvl w:val="0"/>
          <w:numId w:val="32"/>
        </w:numPr>
        <w:spacing w:after="80"/>
        <w:rPr>
          <w:rFonts w:ascii="Verdana" w:hAnsi="Verdana"/>
        </w:rPr>
      </w:pPr>
      <w:r w:rsidRPr="009926E7">
        <w:rPr>
          <w:rFonts w:ascii="Verdana" w:hAnsi="Verdana"/>
        </w:rPr>
        <w:t>Archer sniffed the air and checked the supply shelf and cubbies.</w:t>
      </w:r>
      <w:r w:rsidRPr="009926E7">
        <w:rPr>
          <w:rFonts w:ascii="Verdana" w:hAnsi="Verdana"/>
        </w:rPr>
        <w:br/>
        <w:t>Answer: Fact</w:t>
      </w:r>
    </w:p>
    <w:p w14:paraId="7BC35E3C" w14:textId="77777777" w:rsidR="009926E7" w:rsidRPr="009926E7" w:rsidRDefault="009926E7" w:rsidP="006275E9">
      <w:pPr>
        <w:numPr>
          <w:ilvl w:val="0"/>
          <w:numId w:val="32"/>
        </w:numPr>
        <w:spacing w:after="80"/>
        <w:rPr>
          <w:rFonts w:ascii="Verdana" w:hAnsi="Verdana"/>
        </w:rPr>
      </w:pPr>
      <w:r w:rsidRPr="009926E7">
        <w:rPr>
          <w:rFonts w:ascii="Verdana" w:hAnsi="Verdana"/>
        </w:rPr>
        <w:t>Archer sits and makes a little whine when he finds a clue.</w:t>
      </w:r>
      <w:r w:rsidRPr="009926E7">
        <w:rPr>
          <w:rFonts w:ascii="Verdana" w:hAnsi="Verdana"/>
        </w:rPr>
        <w:br/>
        <w:t>Answer: Guess (Charlie explains this pattern)</w:t>
      </w:r>
    </w:p>
    <w:p w14:paraId="11031145" w14:textId="77777777" w:rsidR="009926E7" w:rsidRDefault="009926E7" w:rsidP="006275E9">
      <w:pPr>
        <w:numPr>
          <w:ilvl w:val="0"/>
          <w:numId w:val="32"/>
        </w:numPr>
        <w:spacing w:after="80"/>
        <w:rPr>
          <w:rFonts w:ascii="Verdana" w:hAnsi="Verdana"/>
        </w:rPr>
      </w:pPr>
      <w:r w:rsidRPr="009926E7">
        <w:rPr>
          <w:rFonts w:ascii="Verdana" w:hAnsi="Verdana"/>
        </w:rPr>
        <w:t>The glitter trail leads Archer to the art shelf area.</w:t>
      </w:r>
      <w:r w:rsidRPr="009926E7">
        <w:rPr>
          <w:rFonts w:ascii="Verdana" w:hAnsi="Verdana"/>
        </w:rPr>
        <w:br/>
        <w:t>Answer: Fact</w:t>
      </w:r>
    </w:p>
    <w:p w14:paraId="7AA3128B" w14:textId="03D6FB25" w:rsidR="005E6B84" w:rsidRPr="009926E7" w:rsidRDefault="005E6B84" w:rsidP="006275E9">
      <w:pPr>
        <w:numPr>
          <w:ilvl w:val="0"/>
          <w:numId w:val="32"/>
        </w:numPr>
        <w:spacing w:after="80"/>
        <w:rPr>
          <w:rFonts w:ascii="Verdana" w:hAnsi="Verdana"/>
        </w:rPr>
      </w:pPr>
      <w:r>
        <w:rPr>
          <w:rFonts w:ascii="Verdana" w:hAnsi="Verdana"/>
        </w:rPr>
        <w:t>Maya is the friendliest student in the classroom.</w:t>
      </w:r>
      <w:r>
        <w:rPr>
          <w:rFonts w:ascii="Verdana" w:hAnsi="Verdana"/>
        </w:rPr>
        <w:br/>
        <w:t>Answer: Opinion</w:t>
      </w:r>
    </w:p>
    <w:p w14:paraId="3DBA4614" w14:textId="77777777" w:rsidR="009926E7" w:rsidRPr="009926E7" w:rsidRDefault="009926E7" w:rsidP="006275E9">
      <w:pPr>
        <w:numPr>
          <w:ilvl w:val="0"/>
          <w:numId w:val="32"/>
        </w:numPr>
        <w:spacing w:after="80"/>
        <w:rPr>
          <w:rFonts w:ascii="Verdana" w:hAnsi="Verdana"/>
        </w:rPr>
      </w:pPr>
      <w:r w:rsidRPr="009926E7">
        <w:rPr>
          <w:rFonts w:ascii="Verdana" w:hAnsi="Verdana"/>
        </w:rPr>
        <w:t>The missing supply bin probably got taken for a big art project.</w:t>
      </w:r>
      <w:r w:rsidRPr="009926E7">
        <w:rPr>
          <w:rFonts w:ascii="Verdana" w:hAnsi="Verdana"/>
        </w:rPr>
        <w:br/>
        <w:t>Answer: Guess (Lily suggests this idea)</w:t>
      </w:r>
    </w:p>
    <w:p w14:paraId="2E1F4815" w14:textId="77777777" w:rsidR="009926E7" w:rsidRPr="009926E7" w:rsidRDefault="009926E7" w:rsidP="006275E9">
      <w:pPr>
        <w:numPr>
          <w:ilvl w:val="0"/>
          <w:numId w:val="32"/>
        </w:numPr>
        <w:spacing w:after="80"/>
        <w:rPr>
          <w:rFonts w:ascii="Verdana" w:hAnsi="Verdana"/>
        </w:rPr>
      </w:pPr>
      <w:r w:rsidRPr="009926E7">
        <w:rPr>
          <w:rFonts w:ascii="Verdana" w:hAnsi="Verdana"/>
        </w:rPr>
        <w:t>Sadie didn’t take the missing crayons.</w:t>
      </w:r>
      <w:r w:rsidRPr="009926E7">
        <w:rPr>
          <w:rFonts w:ascii="Verdana" w:hAnsi="Verdana"/>
        </w:rPr>
        <w:br/>
        <w:t>Answer: Guess (supported by the label being a different brand)</w:t>
      </w:r>
    </w:p>
    <w:p w14:paraId="011D06CE" w14:textId="77777777" w:rsidR="009926E7" w:rsidRPr="009926E7" w:rsidRDefault="009926E7" w:rsidP="006275E9">
      <w:pPr>
        <w:numPr>
          <w:ilvl w:val="0"/>
          <w:numId w:val="32"/>
        </w:numPr>
        <w:spacing w:after="80"/>
        <w:rPr>
          <w:rFonts w:ascii="Verdana" w:hAnsi="Verdana"/>
        </w:rPr>
      </w:pPr>
      <w:r w:rsidRPr="009926E7">
        <w:rPr>
          <w:rFonts w:ascii="Verdana" w:hAnsi="Verdana"/>
        </w:rPr>
        <w:t>Charlie’s notebook helps him make sense of his thoughts.</w:t>
      </w:r>
      <w:r w:rsidRPr="009926E7">
        <w:rPr>
          <w:rFonts w:ascii="Verdana" w:hAnsi="Verdana"/>
        </w:rPr>
        <w:br/>
        <w:t>Answer: Fact</w:t>
      </w:r>
    </w:p>
    <w:p w14:paraId="519AB0A7" w14:textId="77777777" w:rsidR="009926E7" w:rsidRPr="009926E7" w:rsidRDefault="009926E7" w:rsidP="006275E9">
      <w:pPr>
        <w:numPr>
          <w:ilvl w:val="0"/>
          <w:numId w:val="32"/>
        </w:numPr>
        <w:spacing w:after="80"/>
        <w:rPr>
          <w:rFonts w:ascii="Verdana" w:hAnsi="Verdana"/>
        </w:rPr>
      </w:pPr>
      <w:r w:rsidRPr="009926E7">
        <w:rPr>
          <w:rFonts w:ascii="Verdana" w:hAnsi="Verdana"/>
        </w:rPr>
        <w:t>Archer is the best helper in the whole school.</w:t>
      </w:r>
      <w:r w:rsidRPr="009926E7">
        <w:rPr>
          <w:rFonts w:ascii="Verdana" w:hAnsi="Verdana"/>
        </w:rPr>
        <w:br/>
        <w:t>Answer: Opinion</w:t>
      </w:r>
    </w:p>
    <w:p w14:paraId="3677C9C4" w14:textId="77777777" w:rsidR="009926E7" w:rsidRPr="009926E7" w:rsidRDefault="009926E7" w:rsidP="006275E9">
      <w:pPr>
        <w:numPr>
          <w:ilvl w:val="0"/>
          <w:numId w:val="32"/>
        </w:numPr>
        <w:spacing w:after="80"/>
        <w:rPr>
          <w:rFonts w:ascii="Verdana" w:hAnsi="Verdana"/>
        </w:rPr>
      </w:pPr>
      <w:r w:rsidRPr="009926E7">
        <w:rPr>
          <w:rFonts w:ascii="Verdana" w:hAnsi="Verdana"/>
        </w:rPr>
        <w:t>The supply bin is gone, and there is an empty spot on the shelf.</w:t>
      </w:r>
      <w:r w:rsidRPr="009926E7">
        <w:rPr>
          <w:rFonts w:ascii="Verdana" w:hAnsi="Verdana"/>
        </w:rPr>
        <w:br/>
        <w:t>Answer: Fact</w:t>
      </w:r>
    </w:p>
    <w:p w14:paraId="2C843401" w14:textId="77777777" w:rsidR="009926E7" w:rsidRPr="009926E7" w:rsidRDefault="009926E7" w:rsidP="006275E9">
      <w:pPr>
        <w:numPr>
          <w:ilvl w:val="0"/>
          <w:numId w:val="32"/>
        </w:numPr>
        <w:spacing w:after="80"/>
        <w:rPr>
          <w:rFonts w:ascii="Verdana" w:hAnsi="Verdana"/>
        </w:rPr>
      </w:pPr>
      <w:r w:rsidRPr="009926E7">
        <w:rPr>
          <w:rFonts w:ascii="Verdana" w:hAnsi="Verdana"/>
        </w:rPr>
        <w:t>Sadie dropped her backpack, and books and crayons spilled on the floor.</w:t>
      </w:r>
      <w:r w:rsidRPr="009926E7">
        <w:rPr>
          <w:rFonts w:ascii="Verdana" w:hAnsi="Verdana"/>
        </w:rPr>
        <w:br/>
        <w:t>Answer: Fact</w:t>
      </w:r>
    </w:p>
    <w:p w14:paraId="66CBCEFF" w14:textId="77777777" w:rsidR="009926E7" w:rsidRPr="009926E7" w:rsidRDefault="009926E7" w:rsidP="006275E9">
      <w:pPr>
        <w:numPr>
          <w:ilvl w:val="0"/>
          <w:numId w:val="32"/>
        </w:numPr>
        <w:spacing w:after="80"/>
        <w:rPr>
          <w:rFonts w:ascii="Verdana" w:hAnsi="Verdana"/>
        </w:rPr>
      </w:pPr>
      <w:r w:rsidRPr="009926E7">
        <w:rPr>
          <w:rFonts w:ascii="Verdana" w:hAnsi="Verdana"/>
        </w:rPr>
        <w:t>Mrs. Percy tells the class not to point fingers too fast and to keep an open mind.</w:t>
      </w:r>
      <w:r w:rsidRPr="009926E7">
        <w:rPr>
          <w:rFonts w:ascii="Verdana" w:hAnsi="Verdana"/>
        </w:rPr>
        <w:br/>
        <w:t>Answer: Fact</w:t>
      </w:r>
    </w:p>
    <w:p w14:paraId="0E342649" w14:textId="77777777" w:rsidR="0049569E" w:rsidRDefault="009926E7" w:rsidP="006275E9">
      <w:pPr>
        <w:numPr>
          <w:ilvl w:val="0"/>
          <w:numId w:val="32"/>
        </w:numPr>
        <w:spacing w:after="80"/>
        <w:rPr>
          <w:rFonts w:ascii="Verdana" w:hAnsi="Verdana"/>
        </w:rPr>
      </w:pPr>
      <w:r w:rsidRPr="009926E7">
        <w:rPr>
          <w:rFonts w:ascii="Verdana" w:hAnsi="Verdana"/>
        </w:rPr>
        <w:t>Archer “hasn’t ruled anyone out.”</w:t>
      </w:r>
      <w:r w:rsidRPr="009926E7">
        <w:rPr>
          <w:rFonts w:ascii="Verdana" w:hAnsi="Verdana"/>
        </w:rPr>
        <w:br/>
        <w:t>Answer: Guess (Charlie says this like a detective, but we can’t prove it)</w:t>
      </w:r>
    </w:p>
    <w:p w14:paraId="652F18DF" w14:textId="6F42BB2D" w:rsidR="00606DC4" w:rsidRPr="004A4440" w:rsidRDefault="0049569E" w:rsidP="006275E9">
      <w:pPr>
        <w:numPr>
          <w:ilvl w:val="0"/>
          <w:numId w:val="32"/>
        </w:numPr>
        <w:spacing w:after="80"/>
        <w:rPr>
          <w:rFonts w:ascii="Verdana" w:hAnsi="Verdana"/>
        </w:rPr>
      </w:pPr>
      <w:r w:rsidRPr="004A4440">
        <w:rPr>
          <w:rFonts w:ascii="Verdana" w:hAnsi="Verdana"/>
        </w:rPr>
        <w:t xml:space="preserve">Read-aloud time is the most fun part of the day. </w:t>
      </w:r>
      <w:r w:rsidRPr="004A4440">
        <w:rPr>
          <w:rFonts w:ascii="Verdana" w:hAnsi="Verdana"/>
        </w:rPr>
        <w:br/>
        <w:t>Answer: Opinion</w:t>
      </w:r>
      <w:r w:rsidR="00606DC4" w:rsidRPr="004A4440">
        <w:rPr>
          <w:rFonts w:ascii="Verdana" w:hAnsi="Verdana"/>
        </w:rPr>
        <w:br w:type="page"/>
      </w:r>
    </w:p>
    <w:p w14:paraId="5ADA082A" w14:textId="77777777" w:rsidR="00F05936" w:rsidRPr="001401F7" w:rsidRDefault="00544574" w:rsidP="001401F7">
      <w:pPr>
        <w:pStyle w:val="Heading1"/>
        <w:rPr>
          <w:rFonts w:ascii="Verdana" w:hAnsi="Verdana"/>
          <w:color w:val="000000" w:themeColor="text1"/>
        </w:rPr>
      </w:pPr>
      <w:bookmarkStart w:id="6" w:name="_Toc223812391"/>
      <w:r w:rsidRPr="001401F7">
        <w:rPr>
          <w:rFonts w:ascii="Verdana" w:hAnsi="Verdana"/>
          <w:color w:val="000000" w:themeColor="text1"/>
        </w:rPr>
        <w:lastRenderedPageBreak/>
        <w:t>Chapter 4: Smells Like a Clue</w:t>
      </w:r>
      <w:bookmarkEnd w:id="6"/>
    </w:p>
    <w:p w14:paraId="79781556" w14:textId="77777777" w:rsidR="00F05936" w:rsidRPr="00544574" w:rsidRDefault="00544574">
      <w:pPr>
        <w:rPr>
          <w:rFonts w:ascii="Verdana" w:hAnsi="Verdana"/>
        </w:rPr>
      </w:pPr>
      <w:r w:rsidRPr="00544574">
        <w:rPr>
          <w:rFonts w:ascii="Verdana" w:hAnsi="Verdana"/>
          <w:b/>
        </w:rPr>
        <w:t>Chapter Snapshot</w:t>
      </w:r>
    </w:p>
    <w:p w14:paraId="0ED77B88" w14:textId="77777777" w:rsidR="00F05936" w:rsidRPr="00544574" w:rsidRDefault="00544574">
      <w:pPr>
        <w:pStyle w:val="ListBullet"/>
        <w:rPr>
          <w:rFonts w:ascii="Verdana" w:hAnsi="Verdana"/>
        </w:rPr>
      </w:pPr>
      <w:r w:rsidRPr="00544574">
        <w:rPr>
          <w:rFonts w:ascii="Verdana" w:hAnsi="Verdana"/>
        </w:rPr>
        <w:t>A new smell fills the room, and Charlie notices Archer’s nose wiggling as he searches.</w:t>
      </w:r>
    </w:p>
    <w:p w14:paraId="7BAACA79" w14:textId="77777777" w:rsidR="00F05936" w:rsidRPr="00544574" w:rsidRDefault="00544574">
      <w:pPr>
        <w:pStyle w:val="ListBullet"/>
        <w:rPr>
          <w:rFonts w:ascii="Verdana" w:hAnsi="Verdana"/>
        </w:rPr>
      </w:pPr>
      <w:r w:rsidRPr="00544574">
        <w:rPr>
          <w:rFonts w:ascii="Verdana" w:hAnsi="Verdana"/>
        </w:rPr>
        <w:t>Archer leads them to the reading corner; a tissue tucked behind a plant smells like lavender.</w:t>
      </w:r>
    </w:p>
    <w:p w14:paraId="62267B64" w14:textId="77777777" w:rsidR="00F05936" w:rsidRPr="00544574" w:rsidRDefault="00544574">
      <w:pPr>
        <w:pStyle w:val="ListBullet"/>
        <w:rPr>
          <w:rFonts w:ascii="Verdana" w:hAnsi="Verdana"/>
        </w:rPr>
      </w:pPr>
      <w:r w:rsidRPr="00544574">
        <w:rPr>
          <w:rFonts w:ascii="Verdana" w:hAnsi="Verdana"/>
        </w:rPr>
        <w:t>Mrs. Percy explains lavender can be calming; Charlie records the clue and plans to look again later.</w:t>
      </w:r>
    </w:p>
    <w:p w14:paraId="496F0F21" w14:textId="77777777" w:rsidR="00606DC4" w:rsidRPr="00544574" w:rsidRDefault="00606DC4" w:rsidP="00606DC4">
      <w:pPr>
        <w:pStyle w:val="ListBullet"/>
        <w:ind w:left="360" w:hanging="360"/>
        <w:rPr>
          <w:rFonts w:ascii="Verdana" w:hAnsi="Verdana"/>
        </w:rPr>
      </w:pPr>
    </w:p>
    <w:p w14:paraId="24A2D2D1" w14:textId="77777777" w:rsidR="00F05936" w:rsidRPr="00544574" w:rsidRDefault="00544574">
      <w:pPr>
        <w:rPr>
          <w:rFonts w:ascii="Verdana" w:hAnsi="Verdana"/>
        </w:rPr>
      </w:pPr>
      <w:r w:rsidRPr="00544574">
        <w:rPr>
          <w:rFonts w:ascii="Verdana" w:hAnsi="Verdana"/>
          <w:b/>
        </w:rPr>
        <w:t>SEL Discussion Notes</w:t>
      </w:r>
    </w:p>
    <w:p w14:paraId="157E5387" w14:textId="77777777" w:rsidR="00F05936" w:rsidRPr="00544574" w:rsidRDefault="00544574">
      <w:pPr>
        <w:pStyle w:val="ListBullet"/>
        <w:rPr>
          <w:rFonts w:ascii="Verdana" w:hAnsi="Verdana"/>
        </w:rPr>
      </w:pPr>
      <w:r w:rsidRPr="00544574">
        <w:rPr>
          <w:rFonts w:ascii="Verdana" w:hAnsi="Verdana"/>
        </w:rPr>
        <w:t>Why might someone choose a quiet corner when they feel overwhelmed?</w:t>
      </w:r>
    </w:p>
    <w:p w14:paraId="2A570CFB" w14:textId="77777777" w:rsidR="00F05936" w:rsidRPr="00544574" w:rsidRDefault="00544574">
      <w:pPr>
        <w:pStyle w:val="ListBullet"/>
        <w:rPr>
          <w:rFonts w:ascii="Verdana" w:hAnsi="Verdana"/>
        </w:rPr>
      </w:pPr>
      <w:r w:rsidRPr="00544574">
        <w:rPr>
          <w:rFonts w:ascii="Verdana" w:hAnsi="Verdana"/>
        </w:rPr>
        <w:t>What are respectful ways to protect quiet spaces in a classroom?</w:t>
      </w:r>
    </w:p>
    <w:p w14:paraId="6899AFBB" w14:textId="77777777" w:rsidR="00F05936" w:rsidRPr="00544574" w:rsidRDefault="00544574">
      <w:pPr>
        <w:pStyle w:val="ListBullet"/>
        <w:rPr>
          <w:rFonts w:ascii="Verdana" w:hAnsi="Verdana"/>
        </w:rPr>
      </w:pPr>
      <w:r w:rsidRPr="00544574">
        <w:rPr>
          <w:rFonts w:ascii="Verdana" w:hAnsi="Verdana"/>
        </w:rPr>
        <w:t>How can we notice someone’s feelings without forcing them to explain?</w:t>
      </w:r>
    </w:p>
    <w:p w14:paraId="1100548D" w14:textId="77777777" w:rsidR="001E736E" w:rsidRPr="00544574" w:rsidRDefault="001E736E">
      <w:pPr>
        <w:rPr>
          <w:rFonts w:ascii="Verdana" w:hAnsi="Verdana"/>
          <w:b/>
        </w:rPr>
      </w:pPr>
    </w:p>
    <w:p w14:paraId="6AF77BC3" w14:textId="070CCC25" w:rsidR="00F05936" w:rsidRPr="00544574" w:rsidRDefault="00544574">
      <w:pPr>
        <w:rPr>
          <w:rFonts w:ascii="Verdana" w:hAnsi="Verdana"/>
        </w:rPr>
      </w:pPr>
      <w:r w:rsidRPr="00544574">
        <w:rPr>
          <w:rFonts w:ascii="Verdana" w:hAnsi="Verdana"/>
          <w:b/>
        </w:rPr>
        <w:t>Writing Prompt</w:t>
      </w:r>
    </w:p>
    <w:p w14:paraId="3353D815" w14:textId="77777777" w:rsidR="00F05936" w:rsidRPr="00544574" w:rsidRDefault="00544574">
      <w:pPr>
        <w:rPr>
          <w:rFonts w:ascii="Verdana" w:hAnsi="Verdana"/>
        </w:rPr>
      </w:pPr>
      <w:r w:rsidRPr="00544574">
        <w:rPr>
          <w:rFonts w:ascii="Verdana" w:hAnsi="Verdana"/>
        </w:rPr>
        <w:t>Describe a place that helps you feel calm. Use at least three sensory details: what you see, hear, and feel.</w:t>
      </w:r>
    </w:p>
    <w:p w14:paraId="5317DEDA" w14:textId="77777777" w:rsidR="00F05936" w:rsidRPr="00544574" w:rsidRDefault="00F05936">
      <w:pPr>
        <w:rPr>
          <w:rFonts w:ascii="Verdana" w:hAnsi="Verdana"/>
        </w:rPr>
      </w:pPr>
    </w:p>
    <w:p w14:paraId="5EDA9AA3" w14:textId="77777777" w:rsidR="00606DC4" w:rsidRPr="00544574" w:rsidRDefault="00606DC4" w:rsidP="00606DC4">
      <w:pPr>
        <w:rPr>
          <w:rFonts w:ascii="Verdana" w:hAnsi="Verdana"/>
        </w:rPr>
      </w:pPr>
      <w:r w:rsidRPr="00544574">
        <w:rPr>
          <w:rFonts w:ascii="Verdana" w:hAnsi="Verdana"/>
          <w:b/>
        </w:rPr>
        <w:t>Class Activity: Calm Corner Design Challenge</w:t>
      </w:r>
    </w:p>
    <w:p w14:paraId="036B3AB5" w14:textId="77777777" w:rsidR="00606DC4" w:rsidRPr="00544574" w:rsidRDefault="00606DC4" w:rsidP="00606DC4">
      <w:pPr>
        <w:pStyle w:val="ListBullet"/>
        <w:rPr>
          <w:rFonts w:ascii="Verdana" w:hAnsi="Verdana"/>
        </w:rPr>
      </w:pPr>
      <w:r w:rsidRPr="00544574">
        <w:rPr>
          <w:rFonts w:ascii="Verdana" w:hAnsi="Verdana"/>
        </w:rPr>
        <w:t>Students sketch a “reading corner” or calm space that helps someone reset when it feels too noisy.</w:t>
      </w:r>
    </w:p>
    <w:p w14:paraId="43B7DCEA" w14:textId="77777777" w:rsidR="00606DC4" w:rsidRPr="00544574" w:rsidRDefault="00606DC4" w:rsidP="00606DC4">
      <w:pPr>
        <w:pStyle w:val="ListBullet"/>
        <w:rPr>
          <w:rFonts w:ascii="Verdana" w:hAnsi="Verdana"/>
        </w:rPr>
      </w:pPr>
      <w:r w:rsidRPr="00544574">
        <w:rPr>
          <w:rFonts w:ascii="Verdana" w:hAnsi="Verdana"/>
        </w:rPr>
        <w:t>Using art supplies, students design a small sign or bookmark that names one calm strategy (example: quiet reading, drawing, counting).</w:t>
      </w:r>
    </w:p>
    <w:p w14:paraId="7FA2C875" w14:textId="77777777" w:rsidR="00606DC4" w:rsidRPr="00544574" w:rsidRDefault="00606DC4" w:rsidP="00606DC4">
      <w:pPr>
        <w:pStyle w:val="ListBullet"/>
        <w:rPr>
          <w:rFonts w:ascii="Verdana" w:hAnsi="Verdana"/>
        </w:rPr>
      </w:pPr>
      <w:r w:rsidRPr="00544574">
        <w:rPr>
          <w:rFonts w:ascii="Verdana" w:hAnsi="Verdana"/>
        </w:rPr>
        <w:t>Share and discuss: What makes a space feel safe, respectful, and welcoming?</w:t>
      </w:r>
    </w:p>
    <w:p w14:paraId="43E64994" w14:textId="77777777" w:rsidR="00606DC4" w:rsidRPr="00544574" w:rsidRDefault="00606DC4">
      <w:pPr>
        <w:rPr>
          <w:rFonts w:ascii="Verdana" w:hAnsi="Verdana"/>
        </w:rPr>
      </w:pPr>
    </w:p>
    <w:p w14:paraId="1D1C910D" w14:textId="77777777" w:rsidR="00606DC4" w:rsidRPr="00544574" w:rsidRDefault="00606DC4">
      <w:pPr>
        <w:rPr>
          <w:rFonts w:ascii="Verdana" w:hAnsi="Verdana"/>
        </w:rPr>
      </w:pPr>
      <w:r w:rsidRPr="00544574">
        <w:rPr>
          <w:rFonts w:ascii="Verdana" w:hAnsi="Verdana"/>
        </w:rPr>
        <w:br w:type="page"/>
      </w:r>
    </w:p>
    <w:p w14:paraId="55CD463B" w14:textId="65BCF554" w:rsidR="00F05936" w:rsidRPr="001401F7" w:rsidRDefault="00544574" w:rsidP="001401F7">
      <w:pPr>
        <w:pStyle w:val="Heading1"/>
        <w:rPr>
          <w:rFonts w:ascii="Verdana" w:hAnsi="Verdana"/>
          <w:color w:val="000000" w:themeColor="text1"/>
        </w:rPr>
      </w:pPr>
      <w:bookmarkStart w:id="7" w:name="_Toc223812392"/>
      <w:r w:rsidRPr="001401F7">
        <w:rPr>
          <w:rFonts w:ascii="Verdana" w:hAnsi="Verdana"/>
          <w:color w:val="000000" w:themeColor="text1"/>
        </w:rPr>
        <w:lastRenderedPageBreak/>
        <w:t>Chapter 5: Reading Corner Clues</w:t>
      </w:r>
      <w:bookmarkEnd w:id="7"/>
    </w:p>
    <w:p w14:paraId="3F0C3AFF" w14:textId="77777777" w:rsidR="00F05936" w:rsidRPr="00544574" w:rsidRDefault="00544574">
      <w:pPr>
        <w:rPr>
          <w:rFonts w:ascii="Verdana" w:hAnsi="Verdana"/>
        </w:rPr>
      </w:pPr>
      <w:r w:rsidRPr="00544574">
        <w:rPr>
          <w:rFonts w:ascii="Verdana" w:hAnsi="Verdana"/>
          <w:b/>
        </w:rPr>
        <w:t>Chapter Snapshot</w:t>
      </w:r>
    </w:p>
    <w:p w14:paraId="53402240" w14:textId="77777777" w:rsidR="00F05936" w:rsidRPr="00544574" w:rsidRDefault="00544574">
      <w:pPr>
        <w:pStyle w:val="ListBullet"/>
        <w:rPr>
          <w:rFonts w:ascii="Verdana" w:hAnsi="Verdana"/>
        </w:rPr>
      </w:pPr>
      <w:r w:rsidRPr="00544574">
        <w:rPr>
          <w:rFonts w:ascii="Verdana" w:hAnsi="Verdana"/>
        </w:rPr>
        <w:t>While students work on poems, Archer returns to the reading corner and sniffs with purpose.</w:t>
      </w:r>
    </w:p>
    <w:p w14:paraId="5E6ED461" w14:textId="77777777" w:rsidR="00F05936" w:rsidRPr="00544574" w:rsidRDefault="00544574">
      <w:pPr>
        <w:pStyle w:val="ListBullet"/>
        <w:rPr>
          <w:rFonts w:ascii="Verdana" w:hAnsi="Verdana"/>
        </w:rPr>
      </w:pPr>
      <w:r w:rsidRPr="00544574">
        <w:rPr>
          <w:rFonts w:ascii="Verdana" w:hAnsi="Verdana"/>
        </w:rPr>
        <w:t>Charlie finds a folded paper lined with glitter; it lists crayon colors with checkmarks.</w:t>
      </w:r>
    </w:p>
    <w:p w14:paraId="5CD672FD" w14:textId="5FE88CA3" w:rsidR="00F05936" w:rsidRPr="00544574" w:rsidRDefault="00544574">
      <w:pPr>
        <w:pStyle w:val="ListBullet"/>
        <w:rPr>
          <w:rFonts w:ascii="Verdana" w:hAnsi="Verdana"/>
        </w:rPr>
      </w:pPr>
      <w:r w:rsidRPr="00544574">
        <w:rPr>
          <w:rFonts w:ascii="Verdana" w:hAnsi="Verdana"/>
        </w:rPr>
        <w:t>Charlie adds the list to his notebook and realizes the clues point to a plan.</w:t>
      </w:r>
    </w:p>
    <w:p w14:paraId="74825CBF" w14:textId="77777777" w:rsidR="00606DC4" w:rsidRPr="00544574" w:rsidRDefault="00606DC4" w:rsidP="00606DC4">
      <w:pPr>
        <w:pStyle w:val="ListBullet"/>
        <w:ind w:left="360" w:hanging="360"/>
        <w:rPr>
          <w:rFonts w:ascii="Verdana" w:hAnsi="Verdana"/>
        </w:rPr>
      </w:pPr>
    </w:p>
    <w:p w14:paraId="37FC87FC" w14:textId="77777777" w:rsidR="001E736E" w:rsidRPr="00544574" w:rsidRDefault="001E736E" w:rsidP="001E736E">
      <w:pPr>
        <w:rPr>
          <w:rFonts w:ascii="Verdana" w:hAnsi="Verdana"/>
        </w:rPr>
      </w:pPr>
      <w:r w:rsidRPr="00544574">
        <w:rPr>
          <w:rFonts w:ascii="Verdana" w:hAnsi="Verdana"/>
          <w:b/>
        </w:rPr>
        <w:t>SEL Discussion Notes</w:t>
      </w:r>
    </w:p>
    <w:p w14:paraId="6DF9B186" w14:textId="77777777" w:rsidR="001E736E" w:rsidRPr="00544574" w:rsidRDefault="001E736E" w:rsidP="001E736E">
      <w:pPr>
        <w:pStyle w:val="ListBullet"/>
        <w:rPr>
          <w:rFonts w:ascii="Verdana" w:hAnsi="Verdana"/>
        </w:rPr>
      </w:pPr>
      <w:r w:rsidRPr="00544574">
        <w:rPr>
          <w:rFonts w:ascii="Verdana" w:hAnsi="Verdana"/>
        </w:rPr>
        <w:t>Why might someone keep a list of favorites or special choices?</w:t>
      </w:r>
    </w:p>
    <w:p w14:paraId="1F1C5FDC" w14:textId="77777777" w:rsidR="001E736E" w:rsidRPr="00544574" w:rsidRDefault="001E736E" w:rsidP="001E736E">
      <w:pPr>
        <w:pStyle w:val="ListBullet"/>
        <w:rPr>
          <w:rFonts w:ascii="Verdana" w:hAnsi="Verdana"/>
        </w:rPr>
      </w:pPr>
      <w:r w:rsidRPr="00544574">
        <w:rPr>
          <w:rFonts w:ascii="Verdana" w:hAnsi="Verdana"/>
        </w:rPr>
        <w:t>How can curiosity be helpful? When can it cross a boundary?</w:t>
      </w:r>
    </w:p>
    <w:p w14:paraId="1E965044" w14:textId="77777777" w:rsidR="001E736E" w:rsidRPr="00544574" w:rsidRDefault="001E736E" w:rsidP="001E736E">
      <w:pPr>
        <w:pStyle w:val="ListBullet"/>
        <w:rPr>
          <w:rFonts w:ascii="Verdana" w:hAnsi="Verdana"/>
        </w:rPr>
      </w:pPr>
      <w:r w:rsidRPr="00544574">
        <w:rPr>
          <w:rFonts w:ascii="Verdana" w:hAnsi="Verdana"/>
        </w:rPr>
        <w:t>What does it mean to handle clues, and other people’s things, responsibly?</w:t>
      </w:r>
    </w:p>
    <w:p w14:paraId="4EE988D6" w14:textId="77777777" w:rsidR="001E736E" w:rsidRPr="00544574" w:rsidRDefault="001E736E" w:rsidP="001E736E">
      <w:pPr>
        <w:pStyle w:val="ListBullet"/>
        <w:ind w:left="360"/>
        <w:rPr>
          <w:rFonts w:ascii="Verdana" w:hAnsi="Verdana"/>
        </w:rPr>
      </w:pPr>
    </w:p>
    <w:p w14:paraId="07921646" w14:textId="77777777" w:rsidR="001E736E" w:rsidRPr="00544574" w:rsidRDefault="001E736E" w:rsidP="001E736E">
      <w:pPr>
        <w:rPr>
          <w:rFonts w:ascii="Verdana" w:hAnsi="Verdana"/>
        </w:rPr>
      </w:pPr>
      <w:r w:rsidRPr="00544574">
        <w:rPr>
          <w:rFonts w:ascii="Verdana" w:hAnsi="Verdana"/>
          <w:b/>
        </w:rPr>
        <w:t>Writing Prompt</w:t>
      </w:r>
    </w:p>
    <w:p w14:paraId="0A6D3F8B" w14:textId="77777777" w:rsidR="001E736E" w:rsidRPr="00544574" w:rsidRDefault="001E736E" w:rsidP="001E736E">
      <w:pPr>
        <w:rPr>
          <w:rFonts w:ascii="Verdana" w:hAnsi="Verdana"/>
        </w:rPr>
      </w:pPr>
      <w:r w:rsidRPr="00544574">
        <w:rPr>
          <w:rFonts w:ascii="Verdana" w:hAnsi="Verdana"/>
        </w:rPr>
        <w:t>Write a short mystery note that could be a clue in a story. Include one detail that makes the reader wonder what happens next.</w:t>
      </w:r>
    </w:p>
    <w:p w14:paraId="6315020D" w14:textId="77777777" w:rsidR="001E736E" w:rsidRPr="00544574" w:rsidRDefault="001E736E" w:rsidP="001E736E">
      <w:pPr>
        <w:pStyle w:val="ListBullet"/>
        <w:ind w:left="360"/>
        <w:rPr>
          <w:rFonts w:ascii="Verdana" w:hAnsi="Verdana"/>
        </w:rPr>
      </w:pPr>
    </w:p>
    <w:p w14:paraId="18C6AF3C" w14:textId="3594B98F" w:rsidR="00F05936" w:rsidRPr="008C2EE3" w:rsidRDefault="00544574">
      <w:pPr>
        <w:rPr>
          <w:rFonts w:ascii="Verdana" w:hAnsi="Verdana"/>
        </w:rPr>
      </w:pPr>
      <w:r w:rsidRPr="008C2EE3">
        <w:rPr>
          <w:rFonts w:ascii="Verdana" w:hAnsi="Verdana"/>
          <w:b/>
        </w:rPr>
        <w:t>Class Activity</w:t>
      </w:r>
      <w:r w:rsidR="00213697" w:rsidRPr="008C2EE3">
        <w:rPr>
          <w:rFonts w:ascii="Verdana" w:hAnsi="Verdana"/>
          <w:b/>
        </w:rPr>
        <w:t xml:space="preserve">: </w:t>
      </w:r>
      <w:r w:rsidRPr="008C2EE3">
        <w:rPr>
          <w:rFonts w:ascii="Verdana" w:hAnsi="Verdana"/>
          <w:b/>
        </w:rPr>
        <w:t>Color</w:t>
      </w:r>
      <w:r w:rsidR="005467FD" w:rsidRPr="008C2EE3">
        <w:rPr>
          <w:rFonts w:ascii="Verdana" w:hAnsi="Verdana"/>
          <w:b/>
        </w:rPr>
        <w:t xml:space="preserve"> </w:t>
      </w:r>
      <w:r w:rsidRPr="008C2EE3">
        <w:rPr>
          <w:rFonts w:ascii="Verdana" w:hAnsi="Verdana"/>
          <w:b/>
        </w:rPr>
        <w:t>Poetry</w:t>
      </w:r>
      <w:r w:rsidR="008C2EE3" w:rsidRPr="008C2EE3">
        <w:rPr>
          <w:rFonts w:ascii="Verdana" w:hAnsi="Verdana"/>
          <w:b/>
        </w:rPr>
        <w:t xml:space="preserve"> Using Senses &amp; Feelings</w:t>
      </w:r>
    </w:p>
    <w:p w14:paraId="178CBA02" w14:textId="5554295A" w:rsidR="008C2EE3" w:rsidRPr="008C2EE3" w:rsidRDefault="008C2EE3" w:rsidP="0025337F">
      <w:pPr>
        <w:pStyle w:val="ListBullet"/>
        <w:numPr>
          <w:ilvl w:val="0"/>
          <w:numId w:val="31"/>
        </w:numPr>
        <w:spacing w:after="0"/>
        <w:rPr>
          <w:rFonts w:ascii="Verdana" w:eastAsia="Times New Roman" w:hAnsi="Verdana"/>
        </w:rPr>
      </w:pPr>
      <w:r>
        <w:rPr>
          <w:rFonts w:ascii="Verdana" w:hAnsi="Verdana"/>
        </w:rPr>
        <w:t>Print “My Color Poem” sheet per student (refer to next page)</w:t>
      </w:r>
    </w:p>
    <w:p w14:paraId="0F9B499F" w14:textId="1E59B43C" w:rsidR="008C2EE3" w:rsidRDefault="008C2EE3" w:rsidP="0025337F">
      <w:pPr>
        <w:pStyle w:val="ListBullet"/>
        <w:numPr>
          <w:ilvl w:val="0"/>
          <w:numId w:val="31"/>
        </w:numPr>
        <w:spacing w:after="0"/>
        <w:rPr>
          <w:rFonts w:ascii="Verdana" w:hAnsi="Verdana"/>
        </w:rPr>
      </w:pPr>
      <w:r>
        <w:rPr>
          <w:rFonts w:ascii="Verdana" w:hAnsi="Verdana"/>
        </w:rPr>
        <w:t>Brainstorm help</w:t>
      </w:r>
      <w:r w:rsidRPr="008C2EE3">
        <w:rPr>
          <w:rFonts w:ascii="Verdana" w:hAnsi="Verdana"/>
        </w:rPr>
        <w:t>: “What in nature is that color?” “What food is that color?” “What does that color make you think of?”</w:t>
      </w:r>
    </w:p>
    <w:p w14:paraId="1C2EC8BE" w14:textId="72A37B04" w:rsidR="0025337F" w:rsidRPr="008C2EE3" w:rsidRDefault="0025337F" w:rsidP="0025337F">
      <w:pPr>
        <w:pStyle w:val="ListBullet"/>
        <w:numPr>
          <w:ilvl w:val="0"/>
          <w:numId w:val="31"/>
        </w:numPr>
        <w:spacing w:after="0"/>
        <w:rPr>
          <w:rFonts w:ascii="Verdana" w:hAnsi="Verdana"/>
        </w:rPr>
      </w:pPr>
      <w:r w:rsidRPr="0025337F">
        <w:rPr>
          <w:rFonts w:ascii="Verdana" w:hAnsi="Verdana"/>
        </w:rPr>
        <w:t xml:space="preserve">After students finish their poem, they draw a picture that matches one line from their poem, especially the </w:t>
      </w:r>
      <w:r w:rsidR="00DD5CD3">
        <w:rPr>
          <w:rFonts w:ascii="Verdana" w:hAnsi="Verdana"/>
        </w:rPr>
        <w:t>“</w:t>
      </w:r>
      <w:r w:rsidRPr="0025337F">
        <w:rPr>
          <w:rFonts w:ascii="Verdana" w:hAnsi="Verdana"/>
        </w:rPr>
        <w:t>It looks lik</w:t>
      </w:r>
      <w:r w:rsidR="00DD5CD3">
        <w:rPr>
          <w:rFonts w:ascii="Verdana" w:hAnsi="Verdana"/>
        </w:rPr>
        <w:t xml:space="preserve">e…” </w:t>
      </w:r>
      <w:r w:rsidRPr="0025337F">
        <w:rPr>
          <w:rFonts w:ascii="Verdana" w:hAnsi="Verdana"/>
        </w:rPr>
        <w:t>line. Remind them: this is a quick illustration to match the writing</w:t>
      </w:r>
      <w:r>
        <w:rPr>
          <w:rFonts w:ascii="Verdana" w:hAnsi="Verdana"/>
        </w:rPr>
        <w:t>, not necessarily the color.</w:t>
      </w:r>
    </w:p>
    <w:p w14:paraId="5FCAB1C1" w14:textId="726420F5" w:rsidR="00F05936" w:rsidRPr="008C2EE3" w:rsidRDefault="00F05936" w:rsidP="008C2EE3">
      <w:pPr>
        <w:pStyle w:val="ListBullet"/>
        <w:spacing w:after="0" w:line="240" w:lineRule="auto"/>
        <w:ind w:left="360"/>
        <w:rPr>
          <w:rFonts w:ascii="Verdana" w:hAnsi="Verdana"/>
          <w:highlight w:val="yellow"/>
        </w:rPr>
      </w:pPr>
    </w:p>
    <w:p w14:paraId="1D2D11FA" w14:textId="77777777" w:rsidR="001E736E" w:rsidRPr="008C2EE3" w:rsidRDefault="001E736E" w:rsidP="008C2EE3">
      <w:pPr>
        <w:spacing w:after="0" w:line="240" w:lineRule="auto"/>
        <w:rPr>
          <w:rFonts w:ascii="Verdana" w:hAnsi="Verdana"/>
          <w:b/>
        </w:rPr>
      </w:pPr>
    </w:p>
    <w:p w14:paraId="103611EE" w14:textId="6A8A7505" w:rsidR="005467FD" w:rsidRDefault="005467FD">
      <w:pPr>
        <w:rPr>
          <w:rFonts w:ascii="Verdana" w:hAnsi="Verdana"/>
          <w:b/>
        </w:rPr>
      </w:pPr>
      <w:r>
        <w:rPr>
          <w:rFonts w:ascii="Verdana" w:hAnsi="Verdana"/>
          <w:b/>
        </w:rPr>
        <w:br w:type="page"/>
      </w:r>
    </w:p>
    <w:p w14:paraId="5336D5D7" w14:textId="77777777" w:rsidR="005467FD" w:rsidRPr="005467FD" w:rsidRDefault="005467FD" w:rsidP="005467FD">
      <w:pPr>
        <w:jc w:val="center"/>
        <w:rPr>
          <w:rFonts w:ascii="Verdana" w:hAnsi="Verdana"/>
          <w:b/>
          <w:bCs/>
          <w:sz w:val="24"/>
          <w:szCs w:val="24"/>
        </w:rPr>
      </w:pPr>
      <w:r w:rsidRPr="005467FD">
        <w:rPr>
          <w:rFonts w:ascii="Verdana" w:hAnsi="Verdana"/>
          <w:b/>
          <w:bCs/>
          <w:sz w:val="24"/>
          <w:szCs w:val="24"/>
        </w:rPr>
        <w:lastRenderedPageBreak/>
        <w:t>My Color Poem</w:t>
      </w:r>
    </w:p>
    <w:p w14:paraId="79B67424" w14:textId="4694AF3D" w:rsidR="005467FD" w:rsidRPr="005467FD" w:rsidRDefault="005467FD" w:rsidP="005467FD">
      <w:pPr>
        <w:rPr>
          <w:rFonts w:ascii="Verdana" w:hAnsi="Verdana"/>
          <w:b/>
        </w:rPr>
      </w:pPr>
      <w:r w:rsidRPr="005467FD">
        <w:rPr>
          <w:rFonts w:ascii="Verdana" w:hAnsi="Verdana"/>
          <w:b/>
          <w:bCs/>
        </w:rPr>
        <w:t>Name:</w:t>
      </w:r>
      <w:r w:rsidRPr="005467FD">
        <w:rPr>
          <w:rFonts w:ascii="Verdana" w:hAnsi="Verdana"/>
          <w:b/>
        </w:rPr>
        <w:t xml:space="preserve"> </w:t>
      </w:r>
      <w:r w:rsidRPr="005467FD">
        <w:rPr>
          <w:rFonts w:ascii="Verdana" w:hAnsi="Verdana"/>
          <w:bCs/>
        </w:rPr>
        <w:t>______________</w:t>
      </w:r>
      <w:r w:rsidR="00BD5A78">
        <w:rPr>
          <w:rFonts w:ascii="Verdana" w:hAnsi="Verdana"/>
          <w:bCs/>
        </w:rPr>
        <w:t>_______</w:t>
      </w:r>
      <w:r w:rsidRPr="005467FD">
        <w:rPr>
          <w:rFonts w:ascii="Verdana" w:hAnsi="Verdana"/>
          <w:bCs/>
        </w:rPr>
        <w:t xml:space="preserve">__________________ </w:t>
      </w:r>
      <w:r w:rsidRPr="005467FD">
        <w:rPr>
          <w:rFonts w:ascii="Verdana" w:hAnsi="Verdana"/>
          <w:b/>
          <w:bCs/>
        </w:rPr>
        <w:t>Date:</w:t>
      </w:r>
      <w:r w:rsidRPr="005467FD">
        <w:rPr>
          <w:rFonts w:ascii="Verdana" w:hAnsi="Verdana"/>
          <w:b/>
        </w:rPr>
        <w:t xml:space="preserve"> </w:t>
      </w:r>
      <w:r w:rsidRPr="005467FD">
        <w:rPr>
          <w:rFonts w:ascii="Verdana" w:hAnsi="Verdana"/>
          <w:bCs/>
        </w:rPr>
        <w:t>______________________</w:t>
      </w:r>
    </w:p>
    <w:p w14:paraId="67927D84" w14:textId="640F1D28" w:rsidR="005467FD" w:rsidRPr="005467FD" w:rsidRDefault="005467FD" w:rsidP="005467FD">
      <w:pPr>
        <w:rPr>
          <w:rFonts w:ascii="Verdana" w:hAnsi="Verdana"/>
          <w:b/>
        </w:rPr>
      </w:pPr>
      <w:r w:rsidRPr="005467FD">
        <w:rPr>
          <w:rFonts w:ascii="Verdana" w:hAnsi="Verdana"/>
          <w:b/>
          <w:bCs/>
        </w:rPr>
        <w:t>My favorite color is:</w:t>
      </w:r>
      <w:r w:rsidRPr="005467FD">
        <w:rPr>
          <w:rFonts w:ascii="Verdana" w:hAnsi="Verdana"/>
          <w:b/>
        </w:rPr>
        <w:t xml:space="preserve"> </w:t>
      </w:r>
      <w:r w:rsidRPr="005467FD">
        <w:rPr>
          <w:rFonts w:ascii="Verdana" w:hAnsi="Verdana"/>
          <w:bCs/>
        </w:rPr>
        <w:t>___________________________</w:t>
      </w:r>
    </w:p>
    <w:p w14:paraId="79E61547" w14:textId="6FCA3BF4" w:rsidR="005467FD" w:rsidRPr="005467FD" w:rsidRDefault="005467FD" w:rsidP="00E33E9C">
      <w:pPr>
        <w:jc w:val="center"/>
        <w:rPr>
          <w:rFonts w:ascii="Verdana" w:hAnsi="Verdana"/>
          <w:b/>
          <w:bCs/>
        </w:rPr>
      </w:pPr>
      <w:r w:rsidRPr="005467FD">
        <w:rPr>
          <w:rFonts w:ascii="Verdana" w:hAnsi="Verdana"/>
          <w:b/>
          <w:bCs/>
        </w:rPr>
        <w:t>Brainstorm First</w:t>
      </w:r>
      <w:r w:rsidR="00BD5A78">
        <w:rPr>
          <w:rFonts w:ascii="Verdana" w:hAnsi="Verdana"/>
          <w:b/>
          <w:bCs/>
        </w:rPr>
        <w:t xml:space="preserve">: </w:t>
      </w:r>
      <w:r w:rsidR="00711D89" w:rsidRPr="00711D89">
        <w:rPr>
          <w:rFonts w:ascii="Verdana" w:hAnsi="Verdana"/>
        </w:rPr>
        <w:t>write lots of ideas</w:t>
      </w:r>
      <w:r w:rsidR="00711D89">
        <w:rPr>
          <w:rFonts w:ascii="Verdana" w:hAnsi="Verdana"/>
        </w:rPr>
        <w:t>,</w:t>
      </w:r>
      <w:r w:rsidR="00711D89" w:rsidRPr="00711D89">
        <w:rPr>
          <w:rFonts w:ascii="Verdana" w:hAnsi="Verdana"/>
        </w:rPr>
        <w:t xml:space="preserve"> </w:t>
      </w:r>
      <w:r w:rsidR="00711D89">
        <w:rPr>
          <w:rFonts w:ascii="Verdana" w:hAnsi="Verdana"/>
        </w:rPr>
        <w:t xml:space="preserve">then </w:t>
      </w:r>
      <w:r w:rsidR="00711D89" w:rsidRPr="00711D89">
        <w:rPr>
          <w:rFonts w:ascii="Verdana" w:hAnsi="Verdana"/>
        </w:rPr>
        <w:t>choose your favorites for your poem</w:t>
      </w:r>
      <w:r w:rsidR="00711D89">
        <w:rPr>
          <w:rFonts w:ascii="Verdana" w:hAnsi="Verdana"/>
        </w:rPr>
        <w:t>.</w:t>
      </w:r>
    </w:p>
    <w:p w14:paraId="0ACB4D51" w14:textId="169B355E" w:rsidR="005467FD" w:rsidRDefault="005467FD" w:rsidP="005467FD">
      <w:pPr>
        <w:rPr>
          <w:rFonts w:ascii="Verdana" w:hAnsi="Verdana"/>
        </w:rPr>
      </w:pPr>
      <w:r w:rsidRPr="005467FD">
        <w:rPr>
          <w:rFonts w:ascii="Verdana" w:hAnsi="Verdana"/>
          <w:b/>
          <w:bCs/>
        </w:rPr>
        <w:t xml:space="preserve">Looks like </w:t>
      </w:r>
      <w:r w:rsidRPr="005467FD">
        <w:rPr>
          <w:rFonts w:ascii="Verdana" w:hAnsi="Verdana"/>
        </w:rPr>
        <w:t>(things that are this color):__</w:t>
      </w:r>
      <w:r w:rsidR="00BD5A78">
        <w:rPr>
          <w:rFonts w:ascii="Verdana" w:hAnsi="Verdana"/>
        </w:rPr>
        <w:t>___</w:t>
      </w:r>
      <w:r w:rsidRPr="005467FD">
        <w:rPr>
          <w:rFonts w:ascii="Verdana" w:hAnsi="Verdana"/>
        </w:rPr>
        <w:t>______________</w:t>
      </w:r>
      <w:r>
        <w:rPr>
          <w:rFonts w:ascii="Verdana" w:hAnsi="Verdana"/>
        </w:rPr>
        <w:t>________________________</w:t>
      </w:r>
    </w:p>
    <w:p w14:paraId="7EF37310" w14:textId="0A41D968" w:rsidR="005467FD" w:rsidRPr="005467FD" w:rsidRDefault="005467FD" w:rsidP="005467FD">
      <w:pPr>
        <w:rPr>
          <w:rFonts w:ascii="Verdana" w:hAnsi="Verdana"/>
          <w:bCs/>
        </w:rPr>
      </w:pPr>
      <w:r>
        <w:rPr>
          <w:rFonts w:ascii="Verdana" w:hAnsi="Verdana"/>
        </w:rPr>
        <w:t>__________________________________________________________________________</w:t>
      </w:r>
    </w:p>
    <w:p w14:paraId="5D02CC1B" w14:textId="1C835BA6" w:rsidR="005467FD" w:rsidRPr="005467FD" w:rsidRDefault="005467FD" w:rsidP="005467FD">
      <w:pPr>
        <w:rPr>
          <w:rFonts w:ascii="Verdana" w:hAnsi="Verdana"/>
          <w:bCs/>
        </w:rPr>
      </w:pPr>
      <w:r w:rsidRPr="005467FD">
        <w:rPr>
          <w:rFonts w:ascii="Verdana" w:hAnsi="Verdana"/>
          <w:b/>
          <w:bCs/>
        </w:rPr>
        <w:t xml:space="preserve">Feels like </w:t>
      </w:r>
      <w:r w:rsidRPr="005467FD">
        <w:rPr>
          <w:rFonts w:ascii="Verdana" w:hAnsi="Verdana"/>
        </w:rPr>
        <w:t>(feelings this color gives me):</w:t>
      </w:r>
      <w:r w:rsidR="00BD5A78">
        <w:rPr>
          <w:rFonts w:ascii="Verdana" w:hAnsi="Verdana"/>
        </w:rPr>
        <w:t xml:space="preserve"> </w:t>
      </w:r>
      <w:r w:rsidR="00BD5A78" w:rsidRPr="00BD5A78">
        <w:rPr>
          <w:rFonts w:ascii="Verdana" w:hAnsi="Verdana"/>
        </w:rPr>
        <w:t>________</w:t>
      </w:r>
      <w:r w:rsidR="00BD5A78">
        <w:rPr>
          <w:rFonts w:ascii="Verdana" w:hAnsi="Verdana"/>
        </w:rPr>
        <w:t>___</w:t>
      </w:r>
      <w:r w:rsidR="00BD5A78" w:rsidRPr="00BD5A78">
        <w:rPr>
          <w:rFonts w:ascii="Verdana" w:hAnsi="Verdana"/>
        </w:rPr>
        <w:t>______________________________</w:t>
      </w:r>
    </w:p>
    <w:p w14:paraId="0E55F6C7" w14:textId="77777777" w:rsidR="00BD5A78" w:rsidRPr="005467FD" w:rsidRDefault="00BD5A78" w:rsidP="00BD5A78">
      <w:pPr>
        <w:rPr>
          <w:rFonts w:ascii="Verdana" w:hAnsi="Verdana"/>
          <w:bCs/>
        </w:rPr>
      </w:pPr>
      <w:r>
        <w:rPr>
          <w:rFonts w:ascii="Verdana" w:hAnsi="Verdana"/>
        </w:rPr>
        <w:t>__________________________________________________________________________</w:t>
      </w:r>
    </w:p>
    <w:p w14:paraId="43E3D50F" w14:textId="5CD74AF6" w:rsidR="005467FD" w:rsidRPr="005467FD" w:rsidRDefault="005467FD" w:rsidP="005467FD">
      <w:pPr>
        <w:rPr>
          <w:rFonts w:ascii="Verdana" w:hAnsi="Verdana"/>
        </w:rPr>
      </w:pPr>
      <w:r w:rsidRPr="005467FD">
        <w:rPr>
          <w:rFonts w:ascii="Verdana" w:hAnsi="Verdana"/>
          <w:b/>
          <w:bCs/>
        </w:rPr>
        <w:t xml:space="preserve">Sounds like </w:t>
      </w:r>
      <w:r w:rsidRPr="005467FD">
        <w:rPr>
          <w:rFonts w:ascii="Verdana" w:hAnsi="Verdana"/>
        </w:rPr>
        <w:t>(a sound word or sound phrase):</w:t>
      </w:r>
      <w:r w:rsidR="00BD5A78" w:rsidRPr="00BD5A78">
        <w:rPr>
          <w:rFonts w:ascii="Verdana" w:hAnsi="Verdana"/>
        </w:rPr>
        <w:t>_____</w:t>
      </w:r>
      <w:r w:rsidR="00BD5A78">
        <w:rPr>
          <w:rFonts w:ascii="Verdana" w:hAnsi="Verdana"/>
        </w:rPr>
        <w:t>___</w:t>
      </w:r>
      <w:r w:rsidR="00BD5A78" w:rsidRPr="00BD5A78">
        <w:rPr>
          <w:rFonts w:ascii="Verdana" w:hAnsi="Verdana"/>
        </w:rPr>
        <w:t>_____________________________</w:t>
      </w:r>
    </w:p>
    <w:p w14:paraId="0CC46F0D" w14:textId="77777777" w:rsidR="00BD5A78" w:rsidRPr="005467FD" w:rsidRDefault="00BD5A78" w:rsidP="00BD5A78">
      <w:pPr>
        <w:rPr>
          <w:rFonts w:ascii="Verdana" w:hAnsi="Verdana"/>
          <w:bCs/>
        </w:rPr>
      </w:pPr>
      <w:r>
        <w:rPr>
          <w:rFonts w:ascii="Verdana" w:hAnsi="Verdana"/>
        </w:rPr>
        <w:t>__________________________________________________________________________</w:t>
      </w:r>
    </w:p>
    <w:p w14:paraId="02F99263" w14:textId="39633F31" w:rsidR="005467FD" w:rsidRPr="005467FD" w:rsidRDefault="005467FD" w:rsidP="005467FD">
      <w:pPr>
        <w:rPr>
          <w:rFonts w:ascii="Verdana" w:hAnsi="Verdana"/>
        </w:rPr>
      </w:pPr>
      <w:r w:rsidRPr="005467FD">
        <w:rPr>
          <w:rFonts w:ascii="Verdana" w:hAnsi="Verdana"/>
          <w:b/>
          <w:bCs/>
        </w:rPr>
        <w:t xml:space="preserve">Reminds me of </w:t>
      </w:r>
      <w:r w:rsidRPr="005467FD">
        <w:rPr>
          <w:rFonts w:ascii="Verdana" w:hAnsi="Verdana"/>
        </w:rPr>
        <w:t>(a place, person, or memory):</w:t>
      </w:r>
      <w:r w:rsidR="00BD5A78">
        <w:rPr>
          <w:rFonts w:ascii="Verdana" w:hAnsi="Verdana"/>
        </w:rPr>
        <w:t>____________________________________</w:t>
      </w:r>
    </w:p>
    <w:p w14:paraId="7D389D91" w14:textId="77777777" w:rsidR="00BD5A78" w:rsidRPr="005467FD" w:rsidRDefault="00BD5A78" w:rsidP="00BD5A78">
      <w:pPr>
        <w:rPr>
          <w:rFonts w:ascii="Verdana" w:hAnsi="Verdana"/>
          <w:bCs/>
        </w:rPr>
      </w:pPr>
      <w:r>
        <w:rPr>
          <w:rFonts w:ascii="Verdana" w:hAnsi="Verdana"/>
        </w:rPr>
        <w:t>__________________________________________________________________________</w:t>
      </w:r>
    </w:p>
    <w:p w14:paraId="45901842" w14:textId="54F58757" w:rsidR="005467FD" w:rsidRPr="00BD5A78" w:rsidRDefault="005467FD" w:rsidP="005467FD">
      <w:pPr>
        <w:rPr>
          <w:rFonts w:ascii="Verdana" w:hAnsi="Verdana"/>
        </w:rPr>
      </w:pPr>
      <w:r w:rsidRPr="005467FD">
        <w:rPr>
          <w:rFonts w:ascii="Verdana" w:hAnsi="Verdana"/>
          <w:b/>
          <w:bCs/>
        </w:rPr>
        <w:t xml:space="preserve">Moves like </w:t>
      </w:r>
      <w:r w:rsidRPr="005467FD">
        <w:rPr>
          <w:rFonts w:ascii="Verdana" w:hAnsi="Verdana"/>
        </w:rPr>
        <w:t>(an action word that matches this color):</w:t>
      </w:r>
      <w:r w:rsidR="00BD5A78">
        <w:rPr>
          <w:rFonts w:ascii="Verdana" w:hAnsi="Verdana"/>
        </w:rPr>
        <w:t>________________________________</w:t>
      </w:r>
    </w:p>
    <w:p w14:paraId="56C0B504" w14:textId="77777777" w:rsidR="00BD5A78" w:rsidRDefault="00BD5A78" w:rsidP="00BD5A78">
      <w:pPr>
        <w:rPr>
          <w:rFonts w:ascii="Verdana" w:hAnsi="Verdana"/>
        </w:rPr>
      </w:pPr>
      <w:r>
        <w:rPr>
          <w:rFonts w:ascii="Verdana" w:hAnsi="Verdana"/>
        </w:rPr>
        <w:t>__________________________________________________________________________</w:t>
      </w:r>
    </w:p>
    <w:p w14:paraId="21F8531E" w14:textId="77777777" w:rsidR="00BD5A78" w:rsidRPr="005467FD" w:rsidRDefault="00BD5A78" w:rsidP="00BD5A78">
      <w:pPr>
        <w:rPr>
          <w:rFonts w:ascii="Verdana" w:hAnsi="Verdana"/>
          <w:bCs/>
        </w:rPr>
      </w:pPr>
    </w:p>
    <w:p w14:paraId="0B4187BA" w14:textId="395238BB" w:rsidR="005467FD" w:rsidRPr="005467FD" w:rsidRDefault="00BD5A78" w:rsidP="005467FD">
      <w:pPr>
        <w:rPr>
          <w:rFonts w:ascii="Verdana" w:hAnsi="Verdana"/>
          <w:b/>
          <w:bCs/>
          <w:sz w:val="24"/>
          <w:szCs w:val="24"/>
        </w:rPr>
      </w:pPr>
      <w:r>
        <w:rPr>
          <w:rFonts w:ascii="Verdana" w:hAnsi="Verdana"/>
          <w:b/>
          <w:bCs/>
          <w:noProof/>
        </w:rPr>
        <mc:AlternateContent>
          <mc:Choice Requires="wps">
            <w:drawing>
              <wp:anchor distT="0" distB="0" distL="114300" distR="114300" simplePos="0" relativeHeight="251659264" behindDoc="0" locked="0" layoutInCell="1" allowOverlap="1" wp14:anchorId="69139966" wp14:editId="61A080BB">
                <wp:simplePos x="0" y="0"/>
                <wp:positionH relativeFrom="margin">
                  <wp:posOffset>3617734</wp:posOffset>
                </wp:positionH>
                <wp:positionV relativeFrom="paragraph">
                  <wp:posOffset>303902</wp:posOffset>
                </wp:positionV>
                <wp:extent cx="2964815" cy="3723299"/>
                <wp:effectExtent l="57150" t="19050" r="83185" b="86995"/>
                <wp:wrapNone/>
                <wp:docPr id="1032759043" name="Rectangle 1"/>
                <wp:cNvGraphicFramePr/>
                <a:graphic xmlns:a="http://schemas.openxmlformats.org/drawingml/2006/main">
                  <a:graphicData uri="http://schemas.microsoft.com/office/word/2010/wordprocessingShape">
                    <wps:wsp>
                      <wps:cNvSpPr/>
                      <wps:spPr>
                        <a:xfrm>
                          <a:off x="0" y="0"/>
                          <a:ext cx="2964815" cy="3723299"/>
                        </a:xfrm>
                        <a:prstGeom prst="rect">
                          <a:avLst/>
                        </a:prstGeom>
                        <a:noFill/>
                        <a:ln w="19050">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DA971" id="Rectangle 1" o:spid="_x0000_s1026" style="position:absolute;margin-left:284.85pt;margin-top:23.95pt;width:233.45pt;height:29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" filled="f" strokecolor="black [3213]" strokeweight="1.5pt">
                <v:shadow on="t" color="black" opacity="22937f" origin=",.5" offset="0,.63889mm"/>
                <w10:wrap anchorx="margin"/>
              </v:rect>
            </w:pict>
          </mc:Fallback>
        </mc:AlternateContent>
      </w:r>
      <w:r>
        <w:rPr>
          <w:rFonts w:ascii="Verdana" w:hAnsi="Verdana"/>
          <w:b/>
          <w:bCs/>
        </w:rPr>
        <w:t xml:space="preserve">        </w:t>
      </w:r>
      <w:r w:rsidR="0025337F">
        <w:rPr>
          <w:rFonts w:ascii="Verdana" w:hAnsi="Verdana"/>
          <w:b/>
          <w:bCs/>
        </w:rPr>
        <w:t xml:space="preserve">      </w:t>
      </w:r>
      <w:r>
        <w:rPr>
          <w:rFonts w:ascii="Verdana" w:hAnsi="Verdana"/>
          <w:b/>
          <w:bCs/>
        </w:rPr>
        <w:t xml:space="preserve"> </w:t>
      </w:r>
      <w:r w:rsidRPr="00BD5A78">
        <w:rPr>
          <w:rFonts w:ascii="Verdana" w:hAnsi="Verdana"/>
          <w:b/>
          <w:bCs/>
          <w:sz w:val="24"/>
          <w:szCs w:val="24"/>
        </w:rPr>
        <w:t>My Color Poem</w:t>
      </w:r>
      <w:r w:rsidR="00B95DB9">
        <w:rPr>
          <w:rFonts w:ascii="Verdana" w:hAnsi="Verdana"/>
          <w:b/>
          <w:bCs/>
          <w:sz w:val="24"/>
          <w:szCs w:val="24"/>
        </w:rPr>
        <w:t xml:space="preserve">                                           </w:t>
      </w:r>
      <w:r w:rsidR="0025337F">
        <w:rPr>
          <w:rFonts w:ascii="Verdana" w:hAnsi="Verdana"/>
          <w:b/>
          <w:bCs/>
          <w:sz w:val="24"/>
          <w:szCs w:val="24"/>
        </w:rPr>
        <w:t>My Color Looks Like</w:t>
      </w:r>
    </w:p>
    <w:p w14:paraId="6C00A4CA" w14:textId="71966F57" w:rsidR="005467FD" w:rsidRPr="005467FD" w:rsidRDefault="005467FD" w:rsidP="00BD5A78">
      <w:pPr>
        <w:spacing w:line="480" w:lineRule="auto"/>
        <w:rPr>
          <w:rFonts w:ascii="Verdana" w:hAnsi="Verdana"/>
          <w:sz w:val="24"/>
          <w:szCs w:val="24"/>
        </w:rPr>
      </w:pPr>
      <w:r w:rsidRPr="005467FD">
        <w:rPr>
          <w:rFonts w:ascii="Verdana" w:hAnsi="Verdana"/>
          <w:sz w:val="24"/>
          <w:szCs w:val="24"/>
        </w:rPr>
        <w:t>My color is __________</w:t>
      </w:r>
      <w:r w:rsidR="00BD5A78" w:rsidRPr="00BD5A78">
        <w:rPr>
          <w:rFonts w:ascii="Verdana" w:hAnsi="Verdana"/>
          <w:sz w:val="24"/>
          <w:szCs w:val="24"/>
        </w:rPr>
        <w:t>______</w:t>
      </w:r>
      <w:r w:rsidRPr="005467FD">
        <w:rPr>
          <w:rFonts w:ascii="Verdana" w:hAnsi="Verdana"/>
          <w:sz w:val="24"/>
          <w:szCs w:val="24"/>
        </w:rPr>
        <w:t>__________.</w:t>
      </w:r>
    </w:p>
    <w:p w14:paraId="6FBEB864" w14:textId="03586559" w:rsidR="005467FD" w:rsidRPr="005467FD" w:rsidRDefault="005467FD" w:rsidP="00BD5A78">
      <w:pPr>
        <w:spacing w:line="480" w:lineRule="auto"/>
        <w:rPr>
          <w:rFonts w:ascii="Verdana" w:hAnsi="Verdana"/>
          <w:sz w:val="24"/>
          <w:szCs w:val="24"/>
        </w:rPr>
      </w:pPr>
      <w:r w:rsidRPr="005467FD">
        <w:rPr>
          <w:rFonts w:ascii="Verdana" w:hAnsi="Verdana"/>
          <w:sz w:val="24"/>
          <w:szCs w:val="24"/>
        </w:rPr>
        <w:t>It looks like __________</w:t>
      </w:r>
      <w:r w:rsidR="00BD5A78" w:rsidRPr="00BD5A78">
        <w:rPr>
          <w:rFonts w:ascii="Verdana" w:hAnsi="Verdana"/>
          <w:sz w:val="24"/>
          <w:szCs w:val="24"/>
        </w:rPr>
        <w:t>______</w:t>
      </w:r>
      <w:r w:rsidRPr="005467FD">
        <w:rPr>
          <w:rFonts w:ascii="Verdana" w:hAnsi="Verdana"/>
          <w:sz w:val="24"/>
          <w:szCs w:val="24"/>
        </w:rPr>
        <w:t>_________.</w:t>
      </w:r>
    </w:p>
    <w:p w14:paraId="02B4BA76" w14:textId="2301F56B" w:rsidR="005467FD" w:rsidRPr="005467FD" w:rsidRDefault="005467FD" w:rsidP="00BD5A78">
      <w:pPr>
        <w:spacing w:line="480" w:lineRule="auto"/>
        <w:rPr>
          <w:rFonts w:ascii="Verdana" w:hAnsi="Verdana"/>
          <w:sz w:val="24"/>
          <w:szCs w:val="24"/>
        </w:rPr>
      </w:pPr>
      <w:r w:rsidRPr="005467FD">
        <w:rPr>
          <w:rFonts w:ascii="Verdana" w:hAnsi="Verdana"/>
          <w:sz w:val="24"/>
          <w:szCs w:val="24"/>
        </w:rPr>
        <w:t>It feels like ___________</w:t>
      </w:r>
      <w:r w:rsidR="00BD5A78" w:rsidRPr="00BD5A78">
        <w:rPr>
          <w:rFonts w:ascii="Verdana" w:hAnsi="Verdana"/>
          <w:sz w:val="24"/>
          <w:szCs w:val="24"/>
        </w:rPr>
        <w:t>______</w:t>
      </w:r>
      <w:r w:rsidRPr="005467FD">
        <w:rPr>
          <w:rFonts w:ascii="Verdana" w:hAnsi="Verdana"/>
          <w:sz w:val="24"/>
          <w:szCs w:val="24"/>
        </w:rPr>
        <w:t>________.</w:t>
      </w:r>
    </w:p>
    <w:p w14:paraId="6A61E428" w14:textId="67E06DA3" w:rsidR="005467FD" w:rsidRPr="005467FD" w:rsidRDefault="005467FD" w:rsidP="00BD5A78">
      <w:pPr>
        <w:spacing w:line="480" w:lineRule="auto"/>
        <w:rPr>
          <w:rFonts w:ascii="Verdana" w:hAnsi="Verdana"/>
          <w:sz w:val="24"/>
          <w:szCs w:val="24"/>
        </w:rPr>
      </w:pPr>
      <w:r w:rsidRPr="005467FD">
        <w:rPr>
          <w:rFonts w:ascii="Verdana" w:hAnsi="Verdana"/>
          <w:sz w:val="24"/>
          <w:szCs w:val="24"/>
        </w:rPr>
        <w:t>It sounds like __________</w:t>
      </w:r>
      <w:r w:rsidR="00BD5A78" w:rsidRPr="00BD5A78">
        <w:rPr>
          <w:rFonts w:ascii="Verdana" w:hAnsi="Verdana"/>
          <w:sz w:val="24"/>
          <w:szCs w:val="24"/>
        </w:rPr>
        <w:t>______</w:t>
      </w:r>
      <w:r w:rsidRPr="005467FD">
        <w:rPr>
          <w:rFonts w:ascii="Verdana" w:hAnsi="Verdana"/>
          <w:sz w:val="24"/>
          <w:szCs w:val="24"/>
        </w:rPr>
        <w:t>_______.</w:t>
      </w:r>
    </w:p>
    <w:p w14:paraId="487AC194" w14:textId="4C212247" w:rsidR="005467FD" w:rsidRPr="005467FD" w:rsidRDefault="005467FD" w:rsidP="00BD5A78">
      <w:pPr>
        <w:spacing w:line="480" w:lineRule="auto"/>
        <w:rPr>
          <w:rFonts w:ascii="Verdana" w:hAnsi="Verdana"/>
          <w:sz w:val="24"/>
          <w:szCs w:val="24"/>
        </w:rPr>
      </w:pPr>
      <w:r w:rsidRPr="005467FD">
        <w:rPr>
          <w:rFonts w:ascii="Verdana" w:hAnsi="Verdana"/>
          <w:sz w:val="24"/>
          <w:szCs w:val="24"/>
        </w:rPr>
        <w:t>It reminds me of</w:t>
      </w:r>
      <w:r w:rsidR="00BD5A78" w:rsidRPr="00BD5A78">
        <w:rPr>
          <w:rFonts w:ascii="Verdana" w:hAnsi="Verdana"/>
          <w:sz w:val="24"/>
          <w:szCs w:val="24"/>
        </w:rPr>
        <w:t>_</w:t>
      </w:r>
      <w:r w:rsidRPr="005467FD">
        <w:rPr>
          <w:rFonts w:ascii="Verdana" w:hAnsi="Verdana"/>
          <w:sz w:val="24"/>
          <w:szCs w:val="24"/>
        </w:rPr>
        <w:t>________</w:t>
      </w:r>
      <w:r w:rsidR="00BD5A78" w:rsidRPr="00BD5A78">
        <w:rPr>
          <w:rFonts w:ascii="Verdana" w:hAnsi="Verdana"/>
          <w:sz w:val="24"/>
          <w:szCs w:val="24"/>
        </w:rPr>
        <w:t>_____</w:t>
      </w:r>
      <w:r w:rsidRPr="005467FD">
        <w:rPr>
          <w:rFonts w:ascii="Verdana" w:hAnsi="Verdana"/>
          <w:sz w:val="24"/>
          <w:szCs w:val="24"/>
        </w:rPr>
        <w:t>_______.</w:t>
      </w:r>
    </w:p>
    <w:p w14:paraId="28611C97" w14:textId="09FFEC07" w:rsidR="005467FD" w:rsidRPr="005467FD" w:rsidRDefault="005467FD" w:rsidP="00BD5A78">
      <w:pPr>
        <w:spacing w:line="480" w:lineRule="auto"/>
        <w:rPr>
          <w:rFonts w:ascii="Verdana" w:hAnsi="Verdana"/>
          <w:sz w:val="24"/>
          <w:szCs w:val="24"/>
        </w:rPr>
      </w:pPr>
      <w:r w:rsidRPr="005467FD">
        <w:rPr>
          <w:rFonts w:ascii="Verdana" w:hAnsi="Verdana"/>
          <w:sz w:val="24"/>
          <w:szCs w:val="24"/>
        </w:rPr>
        <w:t>It moves like</w:t>
      </w:r>
      <w:r w:rsidR="00BD5A78" w:rsidRPr="00BD5A78">
        <w:rPr>
          <w:rFonts w:ascii="Verdana" w:hAnsi="Verdana"/>
          <w:sz w:val="24"/>
          <w:szCs w:val="24"/>
        </w:rPr>
        <w:t>_</w:t>
      </w:r>
      <w:r w:rsidRPr="005467FD">
        <w:rPr>
          <w:rFonts w:ascii="Verdana" w:hAnsi="Verdana"/>
          <w:sz w:val="24"/>
          <w:szCs w:val="24"/>
        </w:rPr>
        <w:t>____________</w:t>
      </w:r>
      <w:r w:rsidR="00BD5A78" w:rsidRPr="00BD5A78">
        <w:rPr>
          <w:rFonts w:ascii="Verdana" w:hAnsi="Verdana"/>
          <w:sz w:val="24"/>
          <w:szCs w:val="24"/>
        </w:rPr>
        <w:t>_____</w:t>
      </w:r>
      <w:r w:rsidRPr="005467FD">
        <w:rPr>
          <w:rFonts w:ascii="Verdana" w:hAnsi="Verdana"/>
          <w:sz w:val="24"/>
          <w:szCs w:val="24"/>
        </w:rPr>
        <w:t>______.</w:t>
      </w:r>
    </w:p>
    <w:p w14:paraId="597A0E46" w14:textId="57542D86" w:rsidR="001E736E" w:rsidRPr="00544574" w:rsidRDefault="005467FD" w:rsidP="00BD5A78">
      <w:pPr>
        <w:spacing w:line="480" w:lineRule="auto"/>
        <w:rPr>
          <w:rFonts w:ascii="Verdana" w:hAnsi="Verdana"/>
          <w:b/>
        </w:rPr>
      </w:pPr>
      <w:r w:rsidRPr="005467FD">
        <w:rPr>
          <w:rFonts w:ascii="Verdana" w:hAnsi="Verdana"/>
          <w:sz w:val="24"/>
          <w:szCs w:val="24"/>
        </w:rPr>
        <w:t>My color makes me</w:t>
      </w:r>
      <w:r w:rsidR="00BD5A78" w:rsidRPr="00BD5A78">
        <w:rPr>
          <w:rFonts w:ascii="Verdana" w:hAnsi="Verdana"/>
          <w:sz w:val="24"/>
          <w:szCs w:val="24"/>
        </w:rPr>
        <w:t>_</w:t>
      </w:r>
      <w:r w:rsidRPr="005467FD">
        <w:rPr>
          <w:rFonts w:ascii="Verdana" w:hAnsi="Verdana"/>
          <w:sz w:val="24"/>
          <w:szCs w:val="24"/>
        </w:rPr>
        <w:t>_______</w:t>
      </w:r>
      <w:r w:rsidR="00BD5A78" w:rsidRPr="00BD5A78">
        <w:rPr>
          <w:rFonts w:ascii="Verdana" w:hAnsi="Verdana"/>
          <w:sz w:val="24"/>
          <w:szCs w:val="24"/>
        </w:rPr>
        <w:t>____</w:t>
      </w:r>
      <w:r w:rsidRPr="005467FD">
        <w:rPr>
          <w:rFonts w:ascii="Verdana" w:hAnsi="Verdana"/>
          <w:sz w:val="24"/>
          <w:szCs w:val="24"/>
        </w:rPr>
        <w:t>_______.</w:t>
      </w:r>
      <w:r w:rsidR="001E736E" w:rsidRPr="00544574">
        <w:rPr>
          <w:rFonts w:ascii="Verdana" w:hAnsi="Verdana"/>
          <w:b/>
        </w:rPr>
        <w:br w:type="page"/>
      </w:r>
    </w:p>
    <w:p w14:paraId="012B02DE" w14:textId="23A058C4" w:rsidR="00F05936" w:rsidRPr="001401F7" w:rsidRDefault="00544574" w:rsidP="001401F7">
      <w:pPr>
        <w:pStyle w:val="Heading1"/>
        <w:rPr>
          <w:rFonts w:ascii="Verdana" w:hAnsi="Verdana"/>
          <w:color w:val="000000" w:themeColor="text1"/>
        </w:rPr>
      </w:pPr>
      <w:bookmarkStart w:id="8" w:name="_Toc223812393"/>
      <w:r w:rsidRPr="001401F7">
        <w:rPr>
          <w:rFonts w:ascii="Verdana" w:hAnsi="Verdana"/>
          <w:color w:val="000000" w:themeColor="text1"/>
        </w:rPr>
        <w:lastRenderedPageBreak/>
        <w:t>Chapter 6: Hidden in Plain Sight</w:t>
      </w:r>
      <w:bookmarkEnd w:id="8"/>
    </w:p>
    <w:p w14:paraId="6A19B040" w14:textId="77777777" w:rsidR="00F05936" w:rsidRPr="00544574" w:rsidRDefault="00544574">
      <w:pPr>
        <w:rPr>
          <w:rFonts w:ascii="Verdana" w:hAnsi="Verdana"/>
        </w:rPr>
      </w:pPr>
      <w:r w:rsidRPr="00544574">
        <w:rPr>
          <w:rFonts w:ascii="Verdana" w:hAnsi="Verdana"/>
          <w:b/>
        </w:rPr>
        <w:t>Chapter Snapshot</w:t>
      </w:r>
    </w:p>
    <w:p w14:paraId="768B6A87" w14:textId="77777777" w:rsidR="00F05936" w:rsidRPr="00544574" w:rsidRDefault="00544574">
      <w:pPr>
        <w:pStyle w:val="ListBullet"/>
        <w:rPr>
          <w:rFonts w:ascii="Verdana" w:hAnsi="Verdana"/>
        </w:rPr>
      </w:pPr>
      <w:r w:rsidRPr="00544574">
        <w:rPr>
          <w:rFonts w:ascii="Verdana" w:hAnsi="Verdana"/>
        </w:rPr>
        <w:t>Charlie cannot stop thinking about the clues, so he stays after school to investigate the reading corner.</w:t>
      </w:r>
    </w:p>
    <w:p w14:paraId="5D82BC32" w14:textId="77777777" w:rsidR="00F05936" w:rsidRPr="00544574" w:rsidRDefault="00544574">
      <w:pPr>
        <w:pStyle w:val="ListBullet"/>
        <w:rPr>
          <w:rFonts w:ascii="Verdana" w:hAnsi="Verdana"/>
        </w:rPr>
      </w:pPr>
      <w:r w:rsidRPr="00544574">
        <w:rPr>
          <w:rFonts w:ascii="Verdana" w:hAnsi="Verdana"/>
        </w:rPr>
        <w:t>With Archer’s help, he finds a blue bag hiding behind a pillow; it contains the missing crayons.</w:t>
      </w:r>
    </w:p>
    <w:p w14:paraId="7B7AAD71" w14:textId="77777777" w:rsidR="00F05936" w:rsidRPr="00544574" w:rsidRDefault="00544574">
      <w:pPr>
        <w:pStyle w:val="ListBullet"/>
        <w:rPr>
          <w:rFonts w:ascii="Verdana" w:hAnsi="Verdana"/>
        </w:rPr>
      </w:pPr>
      <w:r w:rsidRPr="00544574">
        <w:rPr>
          <w:rFonts w:ascii="Verdana" w:hAnsi="Verdana"/>
        </w:rPr>
        <w:t>The crayons are wrapped in lavender-scented tissue bundles with fancy tags; Charlie feels overwhelmed, and Archer helps him settle so he can keep thinking.</w:t>
      </w:r>
    </w:p>
    <w:p w14:paraId="21650254" w14:textId="77777777" w:rsidR="00606DC4" w:rsidRPr="00544574" w:rsidRDefault="00606DC4" w:rsidP="00606DC4">
      <w:pPr>
        <w:pStyle w:val="ListBullet"/>
        <w:ind w:left="360" w:hanging="360"/>
        <w:rPr>
          <w:rFonts w:ascii="Verdana" w:hAnsi="Verdana"/>
        </w:rPr>
      </w:pPr>
    </w:p>
    <w:p w14:paraId="338C43F1" w14:textId="77777777" w:rsidR="001E736E" w:rsidRPr="00544574" w:rsidRDefault="001E736E" w:rsidP="001E736E">
      <w:pPr>
        <w:rPr>
          <w:rFonts w:ascii="Verdana" w:hAnsi="Verdana"/>
        </w:rPr>
      </w:pPr>
      <w:r w:rsidRPr="00544574">
        <w:rPr>
          <w:rFonts w:ascii="Verdana" w:hAnsi="Verdana"/>
          <w:b/>
        </w:rPr>
        <w:t>SEL Discussion Notes</w:t>
      </w:r>
    </w:p>
    <w:p w14:paraId="27173524" w14:textId="77777777" w:rsidR="001E736E" w:rsidRPr="00544574" w:rsidRDefault="001E736E" w:rsidP="001E736E">
      <w:pPr>
        <w:pStyle w:val="ListBullet"/>
        <w:rPr>
          <w:rFonts w:ascii="Verdana" w:hAnsi="Verdana"/>
        </w:rPr>
      </w:pPr>
      <w:r w:rsidRPr="00544574">
        <w:rPr>
          <w:rFonts w:ascii="Verdana" w:hAnsi="Verdana"/>
        </w:rPr>
        <w:t>When Charlie feels upset, what clues show it in his body and actions?</w:t>
      </w:r>
    </w:p>
    <w:p w14:paraId="405E6F95" w14:textId="77777777" w:rsidR="001E736E" w:rsidRPr="00544574" w:rsidRDefault="001E736E" w:rsidP="001E736E">
      <w:pPr>
        <w:pStyle w:val="ListBullet"/>
        <w:rPr>
          <w:rFonts w:ascii="Verdana" w:hAnsi="Verdana"/>
        </w:rPr>
      </w:pPr>
      <w:r w:rsidRPr="00544574">
        <w:rPr>
          <w:rFonts w:ascii="Verdana" w:hAnsi="Verdana"/>
        </w:rPr>
        <w:t>How does Archer help Charlie settle so he can think clearly?</w:t>
      </w:r>
    </w:p>
    <w:p w14:paraId="01EB883D" w14:textId="77777777" w:rsidR="001E736E" w:rsidRPr="00544574" w:rsidRDefault="001E736E" w:rsidP="001E736E">
      <w:pPr>
        <w:pStyle w:val="ListBullet"/>
        <w:rPr>
          <w:rFonts w:ascii="Verdana" w:hAnsi="Verdana"/>
        </w:rPr>
      </w:pPr>
      <w:r w:rsidRPr="00544574">
        <w:rPr>
          <w:rFonts w:ascii="Verdana" w:hAnsi="Verdana"/>
        </w:rPr>
        <w:t>How can we ask for help when we feel stuck or overwhelmed?</w:t>
      </w:r>
    </w:p>
    <w:p w14:paraId="6BB0895A" w14:textId="77777777" w:rsidR="001E736E" w:rsidRPr="00544574" w:rsidRDefault="001E736E" w:rsidP="001E736E">
      <w:pPr>
        <w:pStyle w:val="ListBullet"/>
        <w:ind w:left="360"/>
        <w:rPr>
          <w:rFonts w:ascii="Verdana" w:hAnsi="Verdana"/>
        </w:rPr>
      </w:pPr>
    </w:p>
    <w:p w14:paraId="43D64F39" w14:textId="77777777" w:rsidR="001E736E" w:rsidRPr="00544574" w:rsidRDefault="001E736E" w:rsidP="001E736E">
      <w:pPr>
        <w:rPr>
          <w:rFonts w:ascii="Verdana" w:hAnsi="Verdana"/>
        </w:rPr>
      </w:pPr>
      <w:r w:rsidRPr="00544574">
        <w:rPr>
          <w:rFonts w:ascii="Verdana" w:hAnsi="Verdana"/>
          <w:b/>
        </w:rPr>
        <w:t>Writing Prompt</w:t>
      </w:r>
    </w:p>
    <w:p w14:paraId="0FAA06FE" w14:textId="77777777" w:rsidR="001E736E" w:rsidRPr="00544574" w:rsidRDefault="001E736E" w:rsidP="001E736E">
      <w:pPr>
        <w:rPr>
          <w:rFonts w:ascii="Verdana" w:hAnsi="Verdana"/>
        </w:rPr>
      </w:pPr>
      <w:r w:rsidRPr="00544574">
        <w:rPr>
          <w:rFonts w:ascii="Verdana" w:hAnsi="Verdana"/>
        </w:rPr>
        <w:t>Make a prediction: Why would someone wrap crayons in tissue and sort them into bundles? Give two reasons supported by clues.</w:t>
      </w:r>
    </w:p>
    <w:p w14:paraId="4E08680B" w14:textId="77777777" w:rsidR="001E736E" w:rsidRPr="00544574" w:rsidRDefault="001E736E">
      <w:pPr>
        <w:rPr>
          <w:rFonts w:ascii="Verdana" w:hAnsi="Verdana"/>
          <w:b/>
        </w:rPr>
      </w:pPr>
    </w:p>
    <w:p w14:paraId="6815B12B" w14:textId="3A8280AD" w:rsidR="00F05936" w:rsidRPr="00544574" w:rsidRDefault="00544574">
      <w:pPr>
        <w:rPr>
          <w:rFonts w:ascii="Verdana" w:hAnsi="Verdana"/>
        </w:rPr>
      </w:pPr>
      <w:r w:rsidRPr="00544574">
        <w:rPr>
          <w:rFonts w:ascii="Verdana" w:hAnsi="Verdana"/>
          <w:b/>
        </w:rPr>
        <w:t>Class Activity</w:t>
      </w:r>
      <w:r w:rsidR="00213697" w:rsidRPr="00544574">
        <w:rPr>
          <w:rFonts w:ascii="Verdana" w:hAnsi="Verdana"/>
          <w:b/>
        </w:rPr>
        <w:t xml:space="preserve">: </w:t>
      </w:r>
      <w:r w:rsidRPr="00544574">
        <w:rPr>
          <w:rFonts w:ascii="Verdana" w:hAnsi="Verdana"/>
          <w:b/>
        </w:rPr>
        <w:t>Sorting, Bundling, and Tags</w:t>
      </w:r>
    </w:p>
    <w:p w14:paraId="233A9B29" w14:textId="77777777" w:rsidR="00F05936" w:rsidRPr="00544574" w:rsidRDefault="00544574">
      <w:pPr>
        <w:pStyle w:val="ListBullet"/>
        <w:rPr>
          <w:rFonts w:ascii="Verdana" w:hAnsi="Verdana"/>
        </w:rPr>
      </w:pPr>
      <w:r w:rsidRPr="00544574">
        <w:rPr>
          <w:rFonts w:ascii="Verdana" w:hAnsi="Verdana"/>
        </w:rPr>
        <w:t>Give groups a mixed set of colored paper strips or crayons; challenge them to sort into 3–5 “groups” with names.</w:t>
      </w:r>
    </w:p>
    <w:p w14:paraId="1A5F33E3" w14:textId="77777777" w:rsidR="00F05936" w:rsidRPr="00544574" w:rsidRDefault="00544574">
      <w:pPr>
        <w:pStyle w:val="ListBullet"/>
        <w:rPr>
          <w:rFonts w:ascii="Verdana" w:hAnsi="Verdana"/>
        </w:rPr>
      </w:pPr>
      <w:r w:rsidRPr="00544574">
        <w:rPr>
          <w:rFonts w:ascii="Verdana" w:hAnsi="Verdana"/>
        </w:rPr>
        <w:t>Students create a simple tag for each group using neat lettering and one small design element.</w:t>
      </w:r>
    </w:p>
    <w:p w14:paraId="51564396" w14:textId="77777777" w:rsidR="00F05936" w:rsidRPr="00544574" w:rsidRDefault="00544574">
      <w:pPr>
        <w:pStyle w:val="ListBullet"/>
        <w:rPr>
          <w:rFonts w:ascii="Verdana" w:hAnsi="Verdana"/>
        </w:rPr>
      </w:pPr>
      <w:r w:rsidRPr="00544574">
        <w:rPr>
          <w:rFonts w:ascii="Verdana" w:hAnsi="Verdana"/>
        </w:rPr>
        <w:t>Reflect: How did your group decide on categories, and how did you handle disagreements?</w:t>
      </w:r>
    </w:p>
    <w:p w14:paraId="795C044D" w14:textId="77777777" w:rsidR="001E736E" w:rsidRPr="00544574" w:rsidRDefault="001E736E">
      <w:pPr>
        <w:rPr>
          <w:rFonts w:ascii="Verdana" w:hAnsi="Verdana"/>
          <w:b/>
        </w:rPr>
      </w:pPr>
      <w:r w:rsidRPr="00544574">
        <w:rPr>
          <w:rFonts w:ascii="Verdana" w:hAnsi="Verdana"/>
          <w:b/>
        </w:rPr>
        <w:br w:type="page"/>
      </w:r>
    </w:p>
    <w:p w14:paraId="6FA5930A" w14:textId="6E923083" w:rsidR="00F05936" w:rsidRPr="001401F7" w:rsidRDefault="00544574" w:rsidP="001401F7">
      <w:pPr>
        <w:pStyle w:val="Heading1"/>
        <w:rPr>
          <w:rFonts w:ascii="Verdana" w:hAnsi="Verdana"/>
          <w:color w:val="000000" w:themeColor="text1"/>
        </w:rPr>
      </w:pPr>
      <w:bookmarkStart w:id="9" w:name="_Toc223812394"/>
      <w:r w:rsidRPr="001401F7">
        <w:rPr>
          <w:rFonts w:ascii="Verdana" w:hAnsi="Verdana"/>
          <w:color w:val="000000" w:themeColor="text1"/>
        </w:rPr>
        <w:lastRenderedPageBreak/>
        <w:t>Chapter 7: Art Room Rumor</w:t>
      </w:r>
      <w:bookmarkEnd w:id="9"/>
    </w:p>
    <w:p w14:paraId="3E06E6B0" w14:textId="77777777" w:rsidR="00F05936" w:rsidRPr="00544574" w:rsidRDefault="00544574">
      <w:pPr>
        <w:rPr>
          <w:rFonts w:ascii="Verdana" w:hAnsi="Verdana"/>
        </w:rPr>
      </w:pPr>
      <w:r w:rsidRPr="00544574">
        <w:rPr>
          <w:rFonts w:ascii="Verdana" w:hAnsi="Verdana"/>
          <w:b/>
        </w:rPr>
        <w:t>Chapter Snapshot</w:t>
      </w:r>
    </w:p>
    <w:p w14:paraId="29CCB1C0" w14:textId="77777777" w:rsidR="00F05936" w:rsidRPr="00544574" w:rsidRDefault="00544574">
      <w:pPr>
        <w:pStyle w:val="ListBullet"/>
        <w:rPr>
          <w:rFonts w:ascii="Verdana" w:hAnsi="Verdana"/>
        </w:rPr>
      </w:pPr>
      <w:r w:rsidRPr="00544574">
        <w:rPr>
          <w:rFonts w:ascii="Verdana" w:hAnsi="Verdana"/>
        </w:rPr>
        <w:t>Rumors spread through the classroom, but Charlie keeps the discovery of the crayons private until they learn the why.</w:t>
      </w:r>
    </w:p>
    <w:p w14:paraId="2CCBD4FD" w14:textId="75C3B740" w:rsidR="00F05936" w:rsidRPr="00544574" w:rsidRDefault="00544574">
      <w:pPr>
        <w:pStyle w:val="ListBullet"/>
        <w:rPr>
          <w:rFonts w:ascii="Verdana" w:hAnsi="Verdana"/>
        </w:rPr>
      </w:pPr>
      <w:r w:rsidRPr="00544574">
        <w:rPr>
          <w:rFonts w:ascii="Verdana" w:hAnsi="Verdana"/>
        </w:rPr>
        <w:t>A report of a glitter trail in the fifth</w:t>
      </w:r>
      <w:r w:rsidR="003B2C7B">
        <w:rPr>
          <w:rFonts w:ascii="Verdana" w:hAnsi="Verdana"/>
        </w:rPr>
        <w:t xml:space="preserve"> </w:t>
      </w:r>
      <w:r w:rsidRPr="00544574">
        <w:rPr>
          <w:rFonts w:ascii="Verdana" w:hAnsi="Verdana"/>
        </w:rPr>
        <w:t>grade art room sends Charlie and Archer on a quick check with a hallway pass.</w:t>
      </w:r>
    </w:p>
    <w:p w14:paraId="22B6B744" w14:textId="451CFBE4" w:rsidR="00F05936" w:rsidRPr="00544574" w:rsidRDefault="00544574">
      <w:pPr>
        <w:pStyle w:val="ListBullet"/>
        <w:rPr>
          <w:rFonts w:ascii="Verdana" w:hAnsi="Verdana"/>
        </w:rPr>
      </w:pPr>
      <w:r w:rsidRPr="00544574">
        <w:rPr>
          <w:rFonts w:ascii="Verdana" w:hAnsi="Verdana"/>
        </w:rPr>
        <w:t>They find glitter</w:t>
      </w:r>
      <w:r w:rsidR="003B2C7B">
        <w:rPr>
          <w:rFonts w:ascii="Verdana" w:hAnsi="Verdana"/>
        </w:rPr>
        <w:t xml:space="preserve"> </w:t>
      </w:r>
      <w:r w:rsidRPr="00544574">
        <w:rPr>
          <w:rFonts w:ascii="Verdana" w:hAnsi="Verdana"/>
        </w:rPr>
        <w:t>edged paper scraps with crayon color names in fancy writing</w:t>
      </w:r>
      <w:r w:rsidR="003B2C7B">
        <w:rPr>
          <w:rFonts w:ascii="Verdana" w:hAnsi="Verdana"/>
        </w:rPr>
        <w:t>.</w:t>
      </w:r>
    </w:p>
    <w:p w14:paraId="48F560F9" w14:textId="77777777" w:rsidR="00606DC4" w:rsidRPr="00544574" w:rsidRDefault="00606DC4" w:rsidP="00606DC4">
      <w:pPr>
        <w:pStyle w:val="ListBullet"/>
        <w:ind w:left="360" w:hanging="360"/>
        <w:rPr>
          <w:rFonts w:ascii="Verdana" w:hAnsi="Verdana"/>
        </w:rPr>
      </w:pPr>
    </w:p>
    <w:p w14:paraId="391A3513" w14:textId="5698489A" w:rsidR="00F05936" w:rsidRPr="00544574" w:rsidRDefault="00544574">
      <w:pPr>
        <w:rPr>
          <w:rFonts w:ascii="Verdana" w:hAnsi="Verdana"/>
        </w:rPr>
      </w:pPr>
      <w:r w:rsidRPr="00544574">
        <w:rPr>
          <w:rFonts w:ascii="Verdana" w:hAnsi="Verdana"/>
          <w:b/>
        </w:rPr>
        <w:t>SEL Discussion Notes</w:t>
      </w:r>
    </w:p>
    <w:p w14:paraId="3D72E8A7" w14:textId="77777777" w:rsidR="00F05936" w:rsidRPr="00544574" w:rsidRDefault="00544574">
      <w:pPr>
        <w:pStyle w:val="ListBullet"/>
        <w:rPr>
          <w:rFonts w:ascii="Verdana" w:hAnsi="Verdana"/>
        </w:rPr>
      </w:pPr>
      <w:r w:rsidRPr="00544574">
        <w:rPr>
          <w:rFonts w:ascii="Verdana" w:hAnsi="Verdana"/>
        </w:rPr>
        <w:t>How can rumors hurt people even when no one intends harm?</w:t>
      </w:r>
    </w:p>
    <w:p w14:paraId="7C5424D5" w14:textId="77777777" w:rsidR="00F05936" w:rsidRPr="00544574" w:rsidRDefault="00544574">
      <w:pPr>
        <w:pStyle w:val="ListBullet"/>
        <w:rPr>
          <w:rFonts w:ascii="Verdana" w:hAnsi="Verdana"/>
        </w:rPr>
      </w:pPr>
      <w:r w:rsidRPr="00544574">
        <w:rPr>
          <w:rFonts w:ascii="Verdana" w:hAnsi="Verdana"/>
        </w:rPr>
        <w:t>What is a safer choice than repeating a rumor?</w:t>
      </w:r>
    </w:p>
    <w:p w14:paraId="4315FB3C" w14:textId="77777777" w:rsidR="00F05936" w:rsidRPr="00544574" w:rsidRDefault="00544574">
      <w:pPr>
        <w:pStyle w:val="ListBullet"/>
        <w:rPr>
          <w:rFonts w:ascii="Verdana" w:hAnsi="Verdana"/>
        </w:rPr>
      </w:pPr>
      <w:r w:rsidRPr="00544574">
        <w:rPr>
          <w:rFonts w:ascii="Verdana" w:hAnsi="Verdana"/>
        </w:rPr>
        <w:t>Why is it important that Charlie asks permission and follows school rules?</w:t>
      </w:r>
    </w:p>
    <w:p w14:paraId="08BAF319" w14:textId="77777777" w:rsidR="001E736E" w:rsidRPr="00544574" w:rsidRDefault="001E736E">
      <w:pPr>
        <w:rPr>
          <w:rFonts w:ascii="Verdana" w:hAnsi="Verdana"/>
          <w:b/>
        </w:rPr>
      </w:pPr>
    </w:p>
    <w:p w14:paraId="3D541061" w14:textId="6EDF5489" w:rsidR="00F05936" w:rsidRPr="00544574" w:rsidRDefault="00544574">
      <w:pPr>
        <w:rPr>
          <w:rFonts w:ascii="Verdana" w:hAnsi="Verdana"/>
        </w:rPr>
      </w:pPr>
      <w:r w:rsidRPr="00544574">
        <w:rPr>
          <w:rFonts w:ascii="Verdana" w:hAnsi="Verdana"/>
          <w:b/>
        </w:rPr>
        <w:t>Writing Prompt</w:t>
      </w:r>
    </w:p>
    <w:p w14:paraId="5D051C13" w14:textId="77777777" w:rsidR="00F05936" w:rsidRPr="00544574" w:rsidRDefault="00544574">
      <w:pPr>
        <w:rPr>
          <w:rFonts w:ascii="Verdana" w:hAnsi="Verdana"/>
        </w:rPr>
      </w:pPr>
      <w:r w:rsidRPr="00544574">
        <w:rPr>
          <w:rFonts w:ascii="Verdana" w:hAnsi="Verdana"/>
        </w:rPr>
        <w:t>Write a short paragraph explaining how to stop a rumor in a kind way. Include one example sentence you could say.</w:t>
      </w:r>
    </w:p>
    <w:p w14:paraId="45A7921D" w14:textId="77777777" w:rsidR="00F05936" w:rsidRPr="00544574" w:rsidRDefault="00F05936">
      <w:pPr>
        <w:rPr>
          <w:rFonts w:ascii="Verdana" w:hAnsi="Verdana"/>
        </w:rPr>
      </w:pPr>
    </w:p>
    <w:p w14:paraId="39AAEACA" w14:textId="3CCD1899" w:rsidR="00905B79" w:rsidRPr="0052794E" w:rsidRDefault="001E736E" w:rsidP="00905B79">
      <w:pPr>
        <w:rPr>
          <w:rFonts w:ascii="Verdana" w:hAnsi="Verdana"/>
          <w:b/>
          <w:bCs/>
        </w:rPr>
      </w:pPr>
      <w:r w:rsidRPr="0052794E">
        <w:rPr>
          <w:rFonts w:ascii="Verdana" w:hAnsi="Verdana"/>
          <w:b/>
        </w:rPr>
        <w:t>Class Activity:</w:t>
      </w:r>
      <w:r w:rsidR="00905B79" w:rsidRPr="0052794E">
        <w:rPr>
          <w:rFonts w:ascii="Times New Roman" w:eastAsia="Times New Roman" w:hAnsi="Times New Roman" w:cs="Times New Roman"/>
          <w:sz w:val="36"/>
          <w:szCs w:val="36"/>
        </w:rPr>
        <w:t xml:space="preserve"> </w:t>
      </w:r>
      <w:r w:rsidR="00905B79" w:rsidRPr="0052794E">
        <w:rPr>
          <w:rFonts w:ascii="Verdana" w:hAnsi="Verdana"/>
          <w:b/>
          <w:bCs/>
        </w:rPr>
        <w:t>Charlie’s Choice (Walking in Someone Else’s Shoes)</w:t>
      </w:r>
    </w:p>
    <w:p w14:paraId="168E206A" w14:textId="3F65B861" w:rsidR="00F23C38" w:rsidRDefault="00F23C38" w:rsidP="00905B79">
      <w:pPr>
        <w:rPr>
          <w:rFonts w:ascii="Verdana" w:hAnsi="Verdana"/>
        </w:rPr>
      </w:pPr>
      <w:r w:rsidRPr="00F23C38">
        <w:rPr>
          <w:rFonts w:ascii="Verdana" w:hAnsi="Verdana"/>
        </w:rPr>
        <w:t xml:space="preserve">Good detectives don’t just look for clues; they also think about feelings. That’s called </w:t>
      </w:r>
      <w:r w:rsidRPr="00F23C38">
        <w:rPr>
          <w:rFonts w:ascii="Verdana" w:hAnsi="Verdana"/>
          <w:b/>
          <w:bCs/>
        </w:rPr>
        <w:t>walking in someone else’s shoes</w:t>
      </w:r>
      <w:r w:rsidRPr="00F23C38">
        <w:rPr>
          <w:rFonts w:ascii="Verdana" w:hAnsi="Verdana"/>
        </w:rPr>
        <w:t xml:space="preserve">. </w:t>
      </w:r>
      <w:r>
        <w:rPr>
          <w:rFonts w:ascii="Verdana" w:hAnsi="Verdana"/>
        </w:rPr>
        <w:t>We’re going to practice that</w:t>
      </w:r>
      <w:r w:rsidRPr="00F23C38">
        <w:rPr>
          <w:rFonts w:ascii="Verdana" w:hAnsi="Verdana"/>
        </w:rPr>
        <w:t xml:space="preserve"> with Charlie and Maya.</w:t>
      </w:r>
    </w:p>
    <w:p w14:paraId="2E81F0BD" w14:textId="657E3263" w:rsidR="00905B79" w:rsidRPr="00905B79" w:rsidRDefault="00905B79" w:rsidP="00905B79">
      <w:pPr>
        <w:rPr>
          <w:rFonts w:ascii="Verdana" w:hAnsi="Verdana"/>
        </w:rPr>
      </w:pPr>
      <w:r>
        <w:rPr>
          <w:rFonts w:ascii="Verdana" w:hAnsi="Verdana"/>
        </w:rPr>
        <w:t xml:space="preserve">We know that Charlie and Maya are best friends, but he hasn’t told her that he found the missing crayons. </w:t>
      </w:r>
    </w:p>
    <w:p w14:paraId="4E0F15F8" w14:textId="4EA21AAC" w:rsidR="0052794E" w:rsidRPr="0052794E" w:rsidRDefault="00685ECB" w:rsidP="00685ECB">
      <w:pPr>
        <w:pStyle w:val="ListParagraph"/>
        <w:numPr>
          <w:ilvl w:val="0"/>
          <w:numId w:val="39"/>
        </w:numPr>
        <w:spacing w:after="0"/>
        <w:rPr>
          <w:rFonts w:ascii="Verdana" w:hAnsi="Verdana"/>
        </w:rPr>
      </w:pPr>
      <w:r>
        <w:rPr>
          <w:rFonts w:ascii="Verdana" w:hAnsi="Verdana"/>
        </w:rPr>
        <w:t xml:space="preserve">Read </w:t>
      </w:r>
      <w:r w:rsidR="00905B79" w:rsidRPr="0052794E">
        <w:rPr>
          <w:rFonts w:ascii="Verdana" w:hAnsi="Verdana"/>
        </w:rPr>
        <w:t xml:space="preserve">aloud the </w:t>
      </w:r>
      <w:r w:rsidR="00EE2569">
        <w:rPr>
          <w:rFonts w:ascii="Verdana" w:hAnsi="Verdana"/>
        </w:rPr>
        <w:t>excerpt from</w:t>
      </w:r>
      <w:r w:rsidR="00905B79" w:rsidRPr="0052794E">
        <w:rPr>
          <w:rFonts w:ascii="Verdana" w:hAnsi="Verdana"/>
        </w:rPr>
        <w:t xml:space="preserve"> Chapter 7 </w:t>
      </w:r>
      <w:r w:rsidR="00EE2569">
        <w:rPr>
          <w:rFonts w:ascii="Verdana" w:hAnsi="Verdana"/>
        </w:rPr>
        <w:t xml:space="preserve">on the worksheet </w:t>
      </w:r>
      <w:r w:rsidR="00905B79" w:rsidRPr="0052794E">
        <w:rPr>
          <w:rFonts w:ascii="Verdana" w:hAnsi="Verdana"/>
        </w:rPr>
        <w:t>(</w:t>
      </w:r>
      <w:r>
        <w:rPr>
          <w:rFonts w:ascii="Verdana" w:hAnsi="Verdana"/>
        </w:rPr>
        <w:t>students can track with finger</w:t>
      </w:r>
      <w:r w:rsidR="00905B79" w:rsidRPr="0052794E">
        <w:rPr>
          <w:rFonts w:ascii="Verdana" w:hAnsi="Verdana"/>
        </w:rPr>
        <w:t>).</w:t>
      </w:r>
    </w:p>
    <w:p w14:paraId="06072269" w14:textId="19352DE3" w:rsidR="0052794E" w:rsidRPr="0052794E" w:rsidRDefault="0052794E" w:rsidP="00685ECB">
      <w:pPr>
        <w:pStyle w:val="ListParagraph"/>
        <w:numPr>
          <w:ilvl w:val="0"/>
          <w:numId w:val="39"/>
        </w:numPr>
        <w:spacing w:after="0"/>
        <w:rPr>
          <w:rFonts w:ascii="Verdana" w:hAnsi="Verdana"/>
        </w:rPr>
      </w:pPr>
      <w:r w:rsidRPr="0052794E">
        <w:rPr>
          <w:rFonts w:ascii="Verdana" w:hAnsi="Verdana"/>
        </w:rPr>
        <w:t xml:space="preserve">Each student fills in </w:t>
      </w:r>
      <w:r w:rsidR="00D437B6">
        <w:rPr>
          <w:rFonts w:ascii="Verdana" w:hAnsi="Verdana"/>
        </w:rPr>
        <w:t xml:space="preserve">the </w:t>
      </w:r>
      <w:r w:rsidR="00685ECB">
        <w:rPr>
          <w:rFonts w:ascii="Verdana" w:hAnsi="Verdana"/>
        </w:rPr>
        <w:t>Charlie</w:t>
      </w:r>
      <w:r w:rsidR="00D437B6">
        <w:rPr>
          <w:rFonts w:ascii="Verdana" w:hAnsi="Verdana"/>
        </w:rPr>
        <w:t xml:space="preserve">’s Shoes and </w:t>
      </w:r>
      <w:r w:rsidR="00685ECB">
        <w:rPr>
          <w:rFonts w:ascii="Verdana" w:hAnsi="Verdana"/>
        </w:rPr>
        <w:t>Maya’s Shoes section</w:t>
      </w:r>
      <w:r w:rsidR="00D437B6">
        <w:rPr>
          <w:rFonts w:ascii="Verdana" w:hAnsi="Verdana"/>
        </w:rPr>
        <w:t>s</w:t>
      </w:r>
      <w:r w:rsidR="00050438">
        <w:rPr>
          <w:rFonts w:ascii="Verdana" w:hAnsi="Verdana"/>
        </w:rPr>
        <w:t>.</w:t>
      </w:r>
    </w:p>
    <w:p w14:paraId="6940F3FD" w14:textId="282E0B3F" w:rsidR="0052794E" w:rsidRDefault="0052794E" w:rsidP="00685ECB">
      <w:pPr>
        <w:pStyle w:val="ListParagraph"/>
        <w:numPr>
          <w:ilvl w:val="0"/>
          <w:numId w:val="39"/>
        </w:numPr>
        <w:spacing w:after="0"/>
        <w:rPr>
          <w:rFonts w:ascii="Verdana" w:hAnsi="Verdana"/>
        </w:rPr>
      </w:pPr>
      <w:r>
        <w:rPr>
          <w:rFonts w:ascii="Verdana" w:hAnsi="Verdana"/>
        </w:rPr>
        <w:t xml:space="preserve">Split into discussion groups of 2 or 3 </w:t>
      </w:r>
      <w:r w:rsidR="00685ECB">
        <w:rPr>
          <w:rFonts w:ascii="Verdana" w:hAnsi="Verdana"/>
        </w:rPr>
        <w:t>to fill out the rest of the worksheet</w:t>
      </w:r>
      <w:r w:rsidR="00050438">
        <w:rPr>
          <w:rFonts w:ascii="Verdana" w:hAnsi="Verdana"/>
        </w:rPr>
        <w:t>.</w:t>
      </w:r>
    </w:p>
    <w:p w14:paraId="13CC89E7" w14:textId="01A93B94" w:rsidR="00685ECB" w:rsidRDefault="00685ECB" w:rsidP="00685ECB">
      <w:pPr>
        <w:pStyle w:val="ListParagraph"/>
        <w:numPr>
          <w:ilvl w:val="0"/>
          <w:numId w:val="39"/>
        </w:numPr>
        <w:spacing w:after="0"/>
        <w:rPr>
          <w:rFonts w:ascii="Verdana" w:hAnsi="Verdana"/>
        </w:rPr>
      </w:pPr>
      <w:r>
        <w:rPr>
          <w:rFonts w:ascii="Verdana" w:hAnsi="Verdana"/>
        </w:rPr>
        <w:t xml:space="preserve">One student from each group reports </w:t>
      </w:r>
      <w:r w:rsidR="00D437B6">
        <w:rPr>
          <w:rFonts w:ascii="Verdana" w:hAnsi="Verdana"/>
        </w:rPr>
        <w:t>what they agreed on and where they were different.</w:t>
      </w:r>
    </w:p>
    <w:p w14:paraId="6DC028B2" w14:textId="3BAF2BCC" w:rsidR="00905B79" w:rsidRPr="00905B79" w:rsidRDefault="00D437B6" w:rsidP="00905B79">
      <w:pPr>
        <w:pStyle w:val="ListParagraph"/>
        <w:numPr>
          <w:ilvl w:val="0"/>
          <w:numId w:val="39"/>
        </w:numPr>
        <w:spacing w:after="0"/>
        <w:rPr>
          <w:rFonts w:ascii="Verdana" w:hAnsi="Verdana"/>
        </w:rPr>
      </w:pPr>
      <w:r w:rsidRPr="00D437B6">
        <w:rPr>
          <w:rFonts w:ascii="Verdana" w:hAnsi="Verdana"/>
        </w:rPr>
        <w:t xml:space="preserve">Option: instead of writing everything out, use the worksheet </w:t>
      </w:r>
      <w:r w:rsidR="00050438">
        <w:rPr>
          <w:rFonts w:ascii="Verdana" w:hAnsi="Verdana"/>
        </w:rPr>
        <w:t>to lead a class discussion.</w:t>
      </w:r>
    </w:p>
    <w:p w14:paraId="6413B097" w14:textId="77777777" w:rsidR="00905B79" w:rsidRDefault="00905B79">
      <w:pPr>
        <w:rPr>
          <w:rFonts w:ascii="Verdana" w:hAnsi="Verdana"/>
        </w:rPr>
      </w:pPr>
      <w:r>
        <w:rPr>
          <w:rFonts w:ascii="Verdana" w:hAnsi="Verdana"/>
        </w:rPr>
        <w:br w:type="page"/>
      </w:r>
    </w:p>
    <w:p w14:paraId="2C34EAAB" w14:textId="4EE10FFD" w:rsidR="00905B79" w:rsidRPr="00905B79" w:rsidRDefault="0052794E" w:rsidP="0052794E">
      <w:pPr>
        <w:jc w:val="center"/>
        <w:rPr>
          <w:rFonts w:ascii="Verdana" w:hAnsi="Verdana"/>
          <w:b/>
          <w:bCs/>
        </w:rPr>
      </w:pPr>
      <w:r>
        <w:rPr>
          <w:rFonts w:ascii="Verdana" w:hAnsi="Verdana"/>
          <w:b/>
          <w:bCs/>
        </w:rPr>
        <w:lastRenderedPageBreak/>
        <w:t>Walking in Som</w:t>
      </w:r>
      <w:r w:rsidR="008100D8">
        <w:rPr>
          <w:rFonts w:ascii="Verdana" w:hAnsi="Verdana"/>
          <w:b/>
          <w:bCs/>
        </w:rPr>
        <w:t>e</w:t>
      </w:r>
      <w:r>
        <w:rPr>
          <w:rFonts w:ascii="Verdana" w:hAnsi="Verdana"/>
          <w:b/>
          <w:bCs/>
        </w:rPr>
        <w:t>one Else’s Shoes</w:t>
      </w:r>
    </w:p>
    <w:p w14:paraId="0708653B" w14:textId="28AB929F" w:rsidR="00905B79" w:rsidRDefault="0052794E" w:rsidP="00905B79">
      <w:pPr>
        <w:rPr>
          <w:rFonts w:ascii="Verdana" w:hAnsi="Verdana"/>
        </w:rPr>
      </w:pPr>
      <w:r>
        <w:rPr>
          <w:rFonts w:ascii="Verdana" w:hAnsi="Verdana"/>
          <w:b/>
          <w:bCs/>
        </w:rPr>
        <w:t>Name</w:t>
      </w:r>
      <w:r w:rsidRPr="0052794E">
        <w:rPr>
          <w:rFonts w:ascii="Verdana" w:hAnsi="Verdana"/>
        </w:rPr>
        <w:t>___________________________</w:t>
      </w:r>
      <w:r>
        <w:rPr>
          <w:rFonts w:ascii="Verdana" w:hAnsi="Verdana"/>
        </w:rPr>
        <w:t>______</w:t>
      </w:r>
      <w:r w:rsidRPr="0052794E">
        <w:rPr>
          <w:rFonts w:ascii="Verdana" w:hAnsi="Verdana"/>
        </w:rPr>
        <w:t xml:space="preserve">__  </w:t>
      </w:r>
      <w:r>
        <w:rPr>
          <w:rFonts w:ascii="Verdana" w:hAnsi="Verdana"/>
          <w:b/>
          <w:bCs/>
        </w:rPr>
        <w:t xml:space="preserve"> Date</w:t>
      </w:r>
      <w:r w:rsidRPr="0052794E">
        <w:rPr>
          <w:rFonts w:ascii="Verdana" w:hAnsi="Verdana"/>
        </w:rPr>
        <w:t>______________</w:t>
      </w:r>
    </w:p>
    <w:p w14:paraId="4E810805" w14:textId="77777777" w:rsidR="00DF3DCC" w:rsidRPr="00F7014F" w:rsidRDefault="00DF3DCC" w:rsidP="00DF3DCC">
      <w:pPr>
        <w:spacing w:after="0" w:line="324" w:lineRule="auto"/>
        <w:ind w:left="720" w:right="810"/>
        <w:jc w:val="center"/>
        <w:rPr>
          <w:rFonts w:ascii="Verdana" w:eastAsia="Verdana" w:hAnsi="Verdana" w:cs="Verdana"/>
          <w:b/>
          <w:bCs/>
          <w:color w:val="000000" w:themeColor="text1"/>
          <w:sz w:val="21"/>
          <w:szCs w:val="21"/>
        </w:rPr>
      </w:pPr>
      <w:r w:rsidRPr="00F7014F">
        <w:rPr>
          <w:rFonts w:ascii="Verdana" w:eastAsia="Verdana" w:hAnsi="Verdana" w:cs="Verdana"/>
          <w:b/>
          <w:bCs/>
          <w:color w:val="000000" w:themeColor="text1"/>
          <w:sz w:val="21"/>
          <w:szCs w:val="21"/>
        </w:rPr>
        <w:t>Excerpt from Chapter 7: Art Room Rumor</w:t>
      </w:r>
    </w:p>
    <w:p w14:paraId="7C1C5BE4" w14:textId="3D46A8E2" w:rsidR="00DF3DCC" w:rsidRPr="00940903" w:rsidRDefault="00DF3DCC" w:rsidP="00DF3DCC">
      <w:pPr>
        <w:spacing w:after="0" w:line="324" w:lineRule="auto"/>
        <w:ind w:left="720" w:right="810"/>
        <w:rPr>
          <w:rFonts w:ascii="Verdana" w:eastAsia="Verdana" w:hAnsi="Verdana" w:cs="Verdana"/>
          <w:color w:val="000000" w:themeColor="text1"/>
          <w:sz w:val="21"/>
          <w:szCs w:val="21"/>
        </w:rPr>
      </w:pPr>
      <w:r w:rsidRPr="00940903">
        <w:rPr>
          <w:rFonts w:ascii="Verdana" w:eastAsia="Verdana" w:hAnsi="Verdana" w:cs="Verdana"/>
          <w:color w:val="000000" w:themeColor="text1"/>
          <w:sz w:val="21"/>
          <w:szCs w:val="21"/>
        </w:rPr>
        <w:t xml:space="preserve">Charlie sat quietly at his desk with Archer at his feet. </w:t>
      </w:r>
    </w:p>
    <w:p w14:paraId="66FE2E90" w14:textId="77777777" w:rsidR="00DF3DCC" w:rsidRPr="00DF3DCC" w:rsidRDefault="00DF3DCC" w:rsidP="00DF3DCC">
      <w:pPr>
        <w:spacing w:after="0" w:line="324" w:lineRule="auto"/>
        <w:ind w:left="720" w:right="810"/>
        <w:rPr>
          <w:rFonts w:ascii="Verdana" w:eastAsia="Verdana" w:hAnsi="Verdana" w:cs="Verdana"/>
          <w:color w:val="000000" w:themeColor="text1"/>
          <w:sz w:val="10"/>
          <w:szCs w:val="10"/>
        </w:rPr>
      </w:pPr>
    </w:p>
    <w:p w14:paraId="404D4A84" w14:textId="77777777" w:rsidR="00DF3DCC" w:rsidRPr="00940903" w:rsidRDefault="00DF3DCC" w:rsidP="00DF3DCC">
      <w:pPr>
        <w:spacing w:after="0" w:line="324" w:lineRule="auto"/>
        <w:ind w:left="720" w:right="810"/>
        <w:rPr>
          <w:rFonts w:ascii="Verdana" w:eastAsia="Verdana" w:hAnsi="Verdana" w:cs="Verdana"/>
          <w:color w:val="000000" w:themeColor="text1"/>
          <w:sz w:val="21"/>
          <w:szCs w:val="21"/>
        </w:rPr>
      </w:pPr>
      <w:r w:rsidRPr="00940903">
        <w:rPr>
          <w:rFonts w:ascii="Verdana" w:eastAsia="Verdana" w:hAnsi="Verdana" w:cs="Verdana"/>
          <w:color w:val="000000" w:themeColor="text1"/>
          <w:sz w:val="21"/>
          <w:szCs w:val="21"/>
        </w:rPr>
        <w:t>The crayons had been found, but only Charlie, Archer, and Mrs. Percy knew. Charlie asked Mrs. Percy to keep it secret until they could find out who took them and why.</w:t>
      </w:r>
    </w:p>
    <w:p w14:paraId="70307B9F" w14:textId="77777777" w:rsidR="00DF3DCC" w:rsidRPr="00DF3DCC" w:rsidRDefault="00DF3DCC" w:rsidP="00DF3DCC">
      <w:pPr>
        <w:spacing w:after="0" w:line="324" w:lineRule="auto"/>
        <w:ind w:left="720" w:right="810"/>
        <w:rPr>
          <w:rFonts w:ascii="Verdana" w:eastAsia="Verdana" w:hAnsi="Verdana" w:cs="Verdana"/>
          <w:color w:val="000000" w:themeColor="text1"/>
          <w:sz w:val="10"/>
          <w:szCs w:val="10"/>
        </w:rPr>
      </w:pPr>
    </w:p>
    <w:p w14:paraId="0F038285" w14:textId="77777777" w:rsidR="00DF3DCC" w:rsidRPr="00940903" w:rsidRDefault="00DF3DCC" w:rsidP="00DF3DCC">
      <w:pPr>
        <w:spacing w:after="0" w:line="324" w:lineRule="auto"/>
        <w:ind w:left="720" w:right="810"/>
        <w:rPr>
          <w:rFonts w:ascii="Verdana" w:eastAsia="Verdana" w:hAnsi="Verdana" w:cs="Verdana"/>
          <w:color w:val="000000" w:themeColor="text1"/>
          <w:sz w:val="21"/>
          <w:szCs w:val="21"/>
        </w:rPr>
      </w:pPr>
      <w:r w:rsidRPr="00940903">
        <w:rPr>
          <w:rFonts w:ascii="Verdana" w:eastAsia="Verdana" w:hAnsi="Verdana" w:cs="Verdana"/>
          <w:color w:val="000000" w:themeColor="text1"/>
          <w:sz w:val="21"/>
          <w:szCs w:val="21"/>
        </w:rPr>
        <w:t>Maya leaned over and whispered to Charlie, “Do you think we’ll ever figure it out?”</w:t>
      </w:r>
    </w:p>
    <w:p w14:paraId="14B2D042" w14:textId="77777777" w:rsidR="00DF3DCC" w:rsidRPr="00DF3DCC" w:rsidRDefault="00DF3DCC" w:rsidP="00DF3DCC">
      <w:pPr>
        <w:spacing w:after="0" w:line="324" w:lineRule="auto"/>
        <w:ind w:left="720" w:right="810"/>
        <w:rPr>
          <w:rFonts w:ascii="Verdana" w:eastAsia="Verdana" w:hAnsi="Verdana" w:cs="Verdana"/>
          <w:color w:val="000000" w:themeColor="text1"/>
          <w:sz w:val="10"/>
          <w:szCs w:val="10"/>
        </w:rPr>
      </w:pPr>
    </w:p>
    <w:p w14:paraId="2AEC2056" w14:textId="77777777" w:rsidR="00DF3DCC" w:rsidRPr="00940903" w:rsidRDefault="00DF3DCC" w:rsidP="00DF3DCC">
      <w:pPr>
        <w:spacing w:after="0" w:line="324" w:lineRule="auto"/>
        <w:ind w:left="720" w:right="810"/>
        <w:rPr>
          <w:rFonts w:ascii="Verdana" w:eastAsia="Verdana" w:hAnsi="Verdana" w:cs="Verdana"/>
          <w:color w:val="000000" w:themeColor="text1"/>
          <w:sz w:val="21"/>
          <w:szCs w:val="21"/>
        </w:rPr>
      </w:pPr>
      <w:r w:rsidRPr="00940903">
        <w:rPr>
          <w:rFonts w:ascii="Verdana" w:eastAsia="Verdana" w:hAnsi="Verdana" w:cs="Verdana"/>
          <w:color w:val="000000" w:themeColor="text1"/>
          <w:sz w:val="21"/>
          <w:szCs w:val="21"/>
        </w:rPr>
        <w:t>He nodded slowly. “I think we’re close. Archer and I found something. Let’s talk later. I’ll catch you up.”</w:t>
      </w:r>
    </w:p>
    <w:p w14:paraId="3FA14B19" w14:textId="5BBC4DA3" w:rsidR="00DF3DCC" w:rsidRPr="00DF3DCC" w:rsidRDefault="00DF3DCC" w:rsidP="00DF3DCC">
      <w:pPr>
        <w:spacing w:after="0" w:line="324" w:lineRule="auto"/>
        <w:ind w:left="720" w:right="810"/>
        <w:rPr>
          <w:rFonts w:ascii="Verdana" w:eastAsia="Verdana" w:hAnsi="Verdana" w:cs="Verdana"/>
          <w:color w:val="000000" w:themeColor="text1"/>
          <w:sz w:val="10"/>
          <w:szCs w:val="10"/>
        </w:rPr>
      </w:pPr>
    </w:p>
    <w:p w14:paraId="29CADF57" w14:textId="77777777" w:rsidR="00DF3DCC" w:rsidRPr="00940903" w:rsidRDefault="00DF3DCC" w:rsidP="00DF3DCC">
      <w:pPr>
        <w:spacing w:after="0" w:line="324" w:lineRule="auto"/>
        <w:ind w:left="720" w:right="810"/>
        <w:rPr>
          <w:rFonts w:ascii="Verdana" w:eastAsia="Verdana" w:hAnsi="Verdana" w:cs="Verdana"/>
          <w:color w:val="000000" w:themeColor="text1"/>
          <w:sz w:val="21"/>
          <w:szCs w:val="21"/>
        </w:rPr>
      </w:pPr>
      <w:r w:rsidRPr="00940903">
        <w:rPr>
          <w:rFonts w:ascii="Verdana" w:eastAsia="Verdana" w:hAnsi="Verdana" w:cs="Verdana"/>
          <w:color w:val="000000" w:themeColor="text1"/>
          <w:sz w:val="21"/>
          <w:szCs w:val="21"/>
        </w:rPr>
        <w:t>Maya nodded back and gave him a quick smile.</w:t>
      </w:r>
    </w:p>
    <w:p w14:paraId="292AB67E" w14:textId="77777777" w:rsidR="00DF3DCC" w:rsidRDefault="00DF3DCC" w:rsidP="00DF3DCC">
      <w:pPr>
        <w:spacing w:after="0"/>
        <w:rPr>
          <w:rFonts w:ascii="Verdana" w:hAnsi="Verdana"/>
          <w:b/>
          <w:bCs/>
        </w:rPr>
      </w:pPr>
    </w:p>
    <w:p w14:paraId="1A6655F5" w14:textId="42FEB895" w:rsidR="00D437B6" w:rsidRDefault="006D63D8" w:rsidP="006D63D8">
      <w:pPr>
        <w:spacing w:after="120" w:line="240" w:lineRule="auto"/>
        <w:rPr>
          <w:rFonts w:ascii="Verdana" w:hAnsi="Verdana"/>
        </w:rPr>
      </w:pPr>
      <w:r>
        <w:rPr>
          <w:rFonts w:ascii="Verdana" w:hAnsi="Verdana"/>
          <w:b/>
          <w:bCs/>
          <w:noProof/>
        </w:rPr>
        <mc:AlternateContent>
          <mc:Choice Requires="wps">
            <w:drawing>
              <wp:anchor distT="0" distB="0" distL="114300" distR="114300" simplePos="0" relativeHeight="251662336" behindDoc="0" locked="0" layoutInCell="1" allowOverlap="1" wp14:anchorId="38CDE4B7" wp14:editId="142CEF9E">
                <wp:simplePos x="0" y="0"/>
                <wp:positionH relativeFrom="column">
                  <wp:posOffset>4856480</wp:posOffset>
                </wp:positionH>
                <wp:positionV relativeFrom="paragraph">
                  <wp:posOffset>233680</wp:posOffset>
                </wp:positionV>
                <wp:extent cx="412750" cy="198755"/>
                <wp:effectExtent l="0" t="0" r="25400" b="10795"/>
                <wp:wrapNone/>
                <wp:docPr id="1230927650" name="Rectangle: Rounded Corners 2"/>
                <wp:cNvGraphicFramePr/>
                <a:graphic xmlns:a="http://schemas.openxmlformats.org/drawingml/2006/main">
                  <a:graphicData uri="http://schemas.microsoft.com/office/word/2010/wordprocessingShape">
                    <wps:wsp>
                      <wps:cNvSpPr/>
                      <wps:spPr>
                        <a:xfrm>
                          <a:off x="0" y="0"/>
                          <a:ext cx="412750" cy="198755"/>
                        </a:xfrm>
                        <a:prstGeom prst="roundRect">
                          <a:avLst/>
                        </a:prstGeom>
                        <a:noFill/>
                        <a:ln w="1270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957B45" id="Rectangle: Rounded Corners 2" o:spid="_x0000_s1026" style="position:absolute;margin-left:382.4pt;margin-top:18.4pt;width:32.5pt;height:1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" filled="f" strokecolor="black [3213]" strokeweight="1pt"/>
            </w:pict>
          </mc:Fallback>
        </mc:AlternateContent>
      </w:r>
      <w:r>
        <w:rPr>
          <w:rFonts w:ascii="Verdana" w:hAnsi="Verdana"/>
          <w:b/>
          <w:bCs/>
          <w:noProof/>
        </w:rPr>
        <mc:AlternateContent>
          <mc:Choice Requires="wps">
            <w:drawing>
              <wp:anchor distT="0" distB="0" distL="114300" distR="114300" simplePos="0" relativeHeight="251660288" behindDoc="0" locked="0" layoutInCell="1" allowOverlap="1" wp14:anchorId="51550CB4" wp14:editId="08AD6868">
                <wp:simplePos x="0" y="0"/>
                <wp:positionH relativeFrom="column">
                  <wp:posOffset>864870</wp:posOffset>
                </wp:positionH>
                <wp:positionV relativeFrom="paragraph">
                  <wp:posOffset>243205</wp:posOffset>
                </wp:positionV>
                <wp:extent cx="473710" cy="187960"/>
                <wp:effectExtent l="0" t="0" r="21590" b="21590"/>
                <wp:wrapNone/>
                <wp:docPr id="283980537" name="Rectangle: Rounded Corners 2"/>
                <wp:cNvGraphicFramePr/>
                <a:graphic xmlns:a="http://schemas.openxmlformats.org/drawingml/2006/main">
                  <a:graphicData uri="http://schemas.microsoft.com/office/word/2010/wordprocessingShape">
                    <wps:wsp>
                      <wps:cNvSpPr/>
                      <wps:spPr>
                        <a:xfrm>
                          <a:off x="0" y="0"/>
                          <a:ext cx="473710" cy="187960"/>
                        </a:xfrm>
                        <a:prstGeom prst="roundRect">
                          <a:avLst/>
                        </a:prstGeom>
                        <a:noFill/>
                        <a:ln w="1270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3B11A92" id="Rectangle: Rounded Corners 2" o:spid="_x0000_s1026" style="position:absolute;margin-left:68.1pt;margin-top:19.15pt;width:37.3pt;height:14.8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" filled="f" strokecolor="black [3213]" strokeweight="1pt"/>
            </w:pict>
          </mc:Fallback>
        </mc:AlternateContent>
      </w:r>
      <w:r w:rsidR="00D437B6" w:rsidRPr="00D437B6">
        <w:rPr>
          <w:rFonts w:ascii="Verdana" w:hAnsi="Verdana"/>
          <w:b/>
          <w:bCs/>
        </w:rPr>
        <w:t>Directions:</w:t>
      </w:r>
      <w:r w:rsidR="00D437B6">
        <w:rPr>
          <w:rFonts w:ascii="Verdana" w:hAnsi="Verdana"/>
        </w:rPr>
        <w:tab/>
      </w:r>
      <w:r w:rsidR="00D437B6" w:rsidRPr="006D63D8">
        <w:rPr>
          <w:rFonts w:ascii="Verdana" w:hAnsi="Verdana"/>
          <w:u w:val="thick"/>
        </w:rPr>
        <w:t>Underline</w:t>
      </w:r>
      <w:r w:rsidR="00D437B6" w:rsidRPr="00D437B6">
        <w:rPr>
          <w:rFonts w:ascii="Verdana" w:hAnsi="Verdana"/>
        </w:rPr>
        <w:t xml:space="preserve"> the part of the excerpt that help</w:t>
      </w:r>
      <w:r w:rsidR="00D437B6">
        <w:rPr>
          <w:rFonts w:ascii="Verdana" w:hAnsi="Verdana"/>
        </w:rPr>
        <w:t>s</w:t>
      </w:r>
      <w:r w:rsidR="00D437B6" w:rsidRPr="00D437B6">
        <w:rPr>
          <w:rFonts w:ascii="Verdana" w:hAnsi="Verdana"/>
        </w:rPr>
        <w:t xml:space="preserve"> you decide how </w:t>
      </w:r>
      <w:r w:rsidR="00D437B6" w:rsidRPr="006D63D8">
        <w:rPr>
          <w:rFonts w:ascii="Verdana" w:hAnsi="Verdana"/>
          <w:u w:val="thick"/>
        </w:rPr>
        <w:t>Charlie</w:t>
      </w:r>
      <w:r w:rsidR="00D437B6" w:rsidRPr="00D437B6">
        <w:rPr>
          <w:rFonts w:ascii="Verdana" w:hAnsi="Verdana"/>
        </w:rPr>
        <w:t xml:space="preserve"> might feel.</w:t>
      </w:r>
    </w:p>
    <w:p w14:paraId="2CB5F800" w14:textId="4BBA3E8E" w:rsidR="00D437B6" w:rsidRDefault="00D437B6" w:rsidP="006D63D8">
      <w:pPr>
        <w:spacing w:after="120" w:line="240" w:lineRule="auto"/>
        <w:rPr>
          <w:rFonts w:ascii="Verdana" w:hAnsi="Verdana"/>
          <w:b/>
          <w:bCs/>
        </w:rPr>
      </w:pPr>
      <w:r>
        <w:rPr>
          <w:rFonts w:ascii="Verdana" w:hAnsi="Verdana"/>
        </w:rPr>
        <w:tab/>
      </w:r>
      <w:r>
        <w:rPr>
          <w:rFonts w:ascii="Verdana" w:hAnsi="Verdana"/>
        </w:rPr>
        <w:tab/>
        <w:t>Circle the part of the excerpt that helps you decide how Maya might feel.</w:t>
      </w:r>
    </w:p>
    <w:p w14:paraId="4F87737D" w14:textId="77777777" w:rsidR="00D437B6" w:rsidRDefault="00D437B6" w:rsidP="00CF71BB">
      <w:pPr>
        <w:spacing w:after="120" w:line="240" w:lineRule="auto"/>
        <w:rPr>
          <w:rFonts w:ascii="Verdana" w:hAnsi="Verdana"/>
          <w:b/>
          <w:bCs/>
        </w:rPr>
      </w:pPr>
    </w:p>
    <w:p w14:paraId="3220240E" w14:textId="5BF7E134" w:rsidR="00905B79" w:rsidRPr="00905B79" w:rsidRDefault="00905B79" w:rsidP="00CF71BB">
      <w:pPr>
        <w:spacing w:after="120" w:line="240" w:lineRule="auto"/>
        <w:rPr>
          <w:rFonts w:ascii="Verdana" w:hAnsi="Verdana"/>
        </w:rPr>
      </w:pPr>
      <w:r w:rsidRPr="00905B79">
        <w:rPr>
          <w:rFonts w:ascii="Verdana" w:hAnsi="Verdana"/>
          <w:b/>
          <w:bCs/>
        </w:rPr>
        <w:t>Charlie’s Shoes</w:t>
      </w:r>
    </w:p>
    <w:p w14:paraId="1613F013" w14:textId="38AA8DB1" w:rsidR="00905B79" w:rsidRPr="00905B79" w:rsidRDefault="00905B79" w:rsidP="00CF71BB">
      <w:pPr>
        <w:numPr>
          <w:ilvl w:val="0"/>
          <w:numId w:val="36"/>
        </w:numPr>
        <w:spacing w:after="120" w:line="240" w:lineRule="auto"/>
        <w:rPr>
          <w:rFonts w:ascii="Verdana" w:hAnsi="Verdana"/>
        </w:rPr>
      </w:pPr>
      <w:r w:rsidRPr="00905B79">
        <w:rPr>
          <w:rFonts w:ascii="Verdana" w:hAnsi="Verdana"/>
        </w:rPr>
        <w:t xml:space="preserve">Charlie asked Mrs. Percy to keep it secret </w:t>
      </w:r>
      <w:r w:rsidR="0090586C">
        <w:rPr>
          <w:rFonts w:ascii="Verdana" w:hAnsi="Verdana"/>
        </w:rPr>
        <w:t xml:space="preserve">for now </w:t>
      </w:r>
      <w:r w:rsidRPr="00905B79">
        <w:rPr>
          <w:rFonts w:ascii="Verdana" w:hAnsi="Verdana"/>
        </w:rPr>
        <w:t>because _____________________.</w:t>
      </w:r>
    </w:p>
    <w:p w14:paraId="15EDCB37" w14:textId="77777777" w:rsidR="00905B79" w:rsidRPr="00905B79" w:rsidRDefault="00905B79" w:rsidP="00CF71BB">
      <w:pPr>
        <w:numPr>
          <w:ilvl w:val="0"/>
          <w:numId w:val="36"/>
        </w:numPr>
        <w:spacing w:after="120" w:line="240" w:lineRule="auto"/>
        <w:rPr>
          <w:rFonts w:ascii="Verdana" w:hAnsi="Verdana"/>
        </w:rPr>
      </w:pPr>
      <w:r w:rsidRPr="00905B79">
        <w:rPr>
          <w:rFonts w:ascii="Verdana" w:hAnsi="Verdana"/>
        </w:rPr>
        <w:t>Charlie might be feeling ____________________________.</w:t>
      </w:r>
    </w:p>
    <w:p w14:paraId="5E99CD4D" w14:textId="77777777" w:rsidR="00905B79" w:rsidRDefault="00905B79" w:rsidP="00CF71BB">
      <w:pPr>
        <w:numPr>
          <w:ilvl w:val="0"/>
          <w:numId w:val="36"/>
        </w:numPr>
        <w:spacing w:after="120" w:line="240" w:lineRule="auto"/>
        <w:rPr>
          <w:rFonts w:ascii="Verdana" w:hAnsi="Verdana"/>
        </w:rPr>
      </w:pPr>
      <w:r w:rsidRPr="00905B79">
        <w:rPr>
          <w:rFonts w:ascii="Verdana" w:hAnsi="Verdana"/>
        </w:rPr>
        <w:t>Charlie might be worried that ____________________________.</w:t>
      </w:r>
    </w:p>
    <w:p w14:paraId="0C644E29" w14:textId="77777777" w:rsidR="00DF3DCC" w:rsidRPr="00685ECB" w:rsidRDefault="00DF3DCC" w:rsidP="00685ECB">
      <w:pPr>
        <w:pStyle w:val="ListParagraph"/>
        <w:spacing w:after="0" w:line="240" w:lineRule="auto"/>
        <w:rPr>
          <w:rFonts w:ascii="Verdana" w:hAnsi="Verdana"/>
          <w:b/>
          <w:bCs/>
          <w:sz w:val="10"/>
          <w:szCs w:val="10"/>
        </w:rPr>
      </w:pPr>
    </w:p>
    <w:p w14:paraId="5BF6B9A4" w14:textId="291F1C20" w:rsidR="00905B79" w:rsidRPr="00905B79" w:rsidRDefault="00905B79" w:rsidP="00CF71BB">
      <w:pPr>
        <w:spacing w:after="120" w:line="240" w:lineRule="auto"/>
        <w:rPr>
          <w:rFonts w:ascii="Verdana" w:hAnsi="Verdana"/>
        </w:rPr>
      </w:pPr>
      <w:r w:rsidRPr="00905B79">
        <w:rPr>
          <w:rFonts w:ascii="Verdana" w:hAnsi="Verdana"/>
          <w:b/>
          <w:bCs/>
        </w:rPr>
        <w:t>Maya’s Shoes</w:t>
      </w:r>
    </w:p>
    <w:p w14:paraId="6AD05647" w14:textId="77777777" w:rsidR="00905B79" w:rsidRDefault="00905B79" w:rsidP="00CF71BB">
      <w:pPr>
        <w:numPr>
          <w:ilvl w:val="0"/>
          <w:numId w:val="37"/>
        </w:numPr>
        <w:spacing w:after="120" w:line="240" w:lineRule="auto"/>
        <w:rPr>
          <w:rFonts w:ascii="Verdana" w:hAnsi="Verdana"/>
        </w:rPr>
      </w:pPr>
      <w:r w:rsidRPr="00905B79">
        <w:rPr>
          <w:rFonts w:ascii="Verdana" w:hAnsi="Verdana"/>
        </w:rPr>
        <w:t>Maya might wonder ____________________________.</w:t>
      </w:r>
    </w:p>
    <w:p w14:paraId="74984B94" w14:textId="00CA4526" w:rsidR="00F23C38" w:rsidRDefault="00F23C38" w:rsidP="00CF71BB">
      <w:pPr>
        <w:numPr>
          <w:ilvl w:val="0"/>
          <w:numId w:val="37"/>
        </w:numPr>
        <w:spacing w:after="120" w:line="240" w:lineRule="auto"/>
        <w:rPr>
          <w:rFonts w:ascii="Verdana" w:hAnsi="Verdana"/>
        </w:rPr>
      </w:pPr>
      <w:r w:rsidRPr="00F23C38">
        <w:rPr>
          <w:rFonts w:ascii="Verdana" w:hAnsi="Verdana"/>
        </w:rPr>
        <w:t>Maya might feel ______</w:t>
      </w:r>
      <w:r w:rsidR="00DF3DCC">
        <w:rPr>
          <w:rFonts w:ascii="Verdana" w:hAnsi="Verdana"/>
        </w:rPr>
        <w:t>_</w:t>
      </w:r>
      <w:r w:rsidRPr="00F23C38">
        <w:rPr>
          <w:rFonts w:ascii="Verdana" w:hAnsi="Verdana"/>
        </w:rPr>
        <w:t>____ while she waits, because ___</w:t>
      </w:r>
      <w:r>
        <w:rPr>
          <w:rFonts w:ascii="Verdana" w:hAnsi="Verdana"/>
        </w:rPr>
        <w:t>___</w:t>
      </w:r>
      <w:r w:rsidRPr="00F23C38">
        <w:rPr>
          <w:rFonts w:ascii="Verdana" w:hAnsi="Verdana"/>
        </w:rPr>
        <w:t>___</w:t>
      </w:r>
      <w:r w:rsidR="0090586C">
        <w:rPr>
          <w:rFonts w:ascii="Verdana" w:hAnsi="Verdana"/>
        </w:rPr>
        <w:t>__________</w:t>
      </w:r>
      <w:r w:rsidRPr="00F23C38">
        <w:rPr>
          <w:rFonts w:ascii="Verdana" w:hAnsi="Verdana"/>
        </w:rPr>
        <w:t>___.</w:t>
      </w:r>
    </w:p>
    <w:p w14:paraId="360749F3" w14:textId="2921B2D1" w:rsidR="005A4FC4" w:rsidRDefault="005A4FC4" w:rsidP="00CF71BB">
      <w:pPr>
        <w:numPr>
          <w:ilvl w:val="0"/>
          <w:numId w:val="37"/>
        </w:numPr>
        <w:spacing w:after="120" w:line="240" w:lineRule="auto"/>
        <w:rPr>
          <w:rFonts w:ascii="Verdana" w:hAnsi="Verdana"/>
        </w:rPr>
      </w:pPr>
      <w:r>
        <w:rPr>
          <w:rFonts w:ascii="Verdana" w:hAnsi="Verdana"/>
        </w:rPr>
        <w:t xml:space="preserve">Maya might feel that Charlie is trying to </w:t>
      </w:r>
      <w:r w:rsidR="00DF3DCC">
        <w:rPr>
          <w:rFonts w:ascii="Verdana" w:hAnsi="Verdana"/>
        </w:rPr>
        <w:t>__</w:t>
      </w:r>
      <w:r>
        <w:rPr>
          <w:rFonts w:ascii="Verdana" w:hAnsi="Verdana"/>
        </w:rPr>
        <w:t>_________________________________.</w:t>
      </w:r>
    </w:p>
    <w:p w14:paraId="4BFF42EB" w14:textId="77777777" w:rsidR="00DF3DCC" w:rsidRPr="00685ECB" w:rsidRDefault="00DF3DCC" w:rsidP="00CF71BB">
      <w:pPr>
        <w:pStyle w:val="ListParagraph"/>
        <w:spacing w:after="0" w:line="240" w:lineRule="auto"/>
        <w:rPr>
          <w:rFonts w:ascii="Verdana" w:hAnsi="Verdana"/>
          <w:b/>
          <w:bCs/>
          <w:sz w:val="10"/>
          <w:szCs w:val="10"/>
        </w:rPr>
      </w:pPr>
    </w:p>
    <w:p w14:paraId="21B1336B" w14:textId="77777777" w:rsidR="006D63D8" w:rsidRDefault="006D63D8" w:rsidP="00CF71BB">
      <w:pPr>
        <w:spacing w:after="120" w:line="240" w:lineRule="auto"/>
        <w:rPr>
          <w:rFonts w:ascii="Verdana" w:hAnsi="Verdana"/>
          <w:b/>
          <w:bCs/>
        </w:rPr>
      </w:pPr>
    </w:p>
    <w:p w14:paraId="6BCA987C" w14:textId="40FC14A7" w:rsidR="0052794E" w:rsidRPr="0052794E" w:rsidRDefault="0052794E" w:rsidP="00CF71BB">
      <w:pPr>
        <w:spacing w:after="120" w:line="240" w:lineRule="auto"/>
        <w:rPr>
          <w:rFonts w:ascii="Verdana" w:hAnsi="Verdana"/>
          <w:b/>
          <w:bCs/>
        </w:rPr>
      </w:pPr>
      <w:r>
        <w:rPr>
          <w:rFonts w:ascii="Verdana" w:hAnsi="Verdana"/>
          <w:b/>
          <w:bCs/>
        </w:rPr>
        <w:t>Group Talk</w:t>
      </w:r>
      <w:r w:rsidRPr="0052794E">
        <w:rPr>
          <w:rFonts w:ascii="Verdana" w:hAnsi="Verdana"/>
          <w:b/>
          <w:bCs/>
        </w:rPr>
        <w:t xml:space="preserve"> Notes</w:t>
      </w:r>
    </w:p>
    <w:p w14:paraId="20A90C38" w14:textId="02136756" w:rsidR="0090586C" w:rsidRDefault="0090586C" w:rsidP="00CF71BB">
      <w:pPr>
        <w:spacing w:after="120" w:line="240" w:lineRule="auto"/>
        <w:rPr>
          <w:rFonts w:ascii="Verdana" w:hAnsi="Verdana"/>
        </w:rPr>
      </w:pPr>
      <w:r w:rsidRPr="0090586C">
        <w:rPr>
          <w:rFonts w:ascii="Verdana" w:hAnsi="Verdana"/>
        </w:rPr>
        <w:t>Did your group choose the same feeling</w:t>
      </w:r>
      <w:r>
        <w:rPr>
          <w:rFonts w:ascii="Verdana" w:hAnsi="Verdana"/>
        </w:rPr>
        <w:t>s</w:t>
      </w:r>
      <w:r w:rsidRPr="0090586C">
        <w:rPr>
          <w:rFonts w:ascii="Verdana" w:hAnsi="Verdana"/>
        </w:rPr>
        <w:t xml:space="preserve"> for </w:t>
      </w:r>
      <w:r w:rsidRPr="0090586C">
        <w:rPr>
          <w:rFonts w:ascii="Verdana" w:hAnsi="Verdana"/>
          <w:b/>
          <w:bCs/>
        </w:rPr>
        <w:t>Charlie</w:t>
      </w:r>
      <w:r w:rsidRPr="0090586C">
        <w:rPr>
          <w:rFonts w:ascii="Verdana" w:hAnsi="Verdana"/>
        </w:rPr>
        <w:t xml:space="preserve">, or different feelings? </w:t>
      </w:r>
    </w:p>
    <w:p w14:paraId="1A7CDA38" w14:textId="723A8B04" w:rsidR="00DF3DCC" w:rsidRDefault="00DF3DCC" w:rsidP="00CF71BB">
      <w:pPr>
        <w:spacing w:after="120" w:line="240" w:lineRule="auto"/>
        <w:rPr>
          <w:rFonts w:ascii="Verdana" w:hAnsi="Verdana"/>
        </w:rPr>
      </w:pPr>
      <w:r w:rsidRPr="00DF3DCC">
        <w:rPr>
          <w:rFonts w:ascii="Segoe UI Symbol" w:hAnsi="Segoe UI Symbol" w:cs="Segoe UI Symbol"/>
        </w:rPr>
        <w:t>☐</w:t>
      </w:r>
      <w:r w:rsidRPr="00DF3DCC">
        <w:rPr>
          <w:rFonts w:ascii="Verdana" w:hAnsi="Verdana"/>
        </w:rPr>
        <w:t xml:space="preserve"> Same </w:t>
      </w:r>
      <w:r w:rsidRPr="00DF3DCC">
        <w:rPr>
          <w:rFonts w:ascii="Segoe UI Symbol" w:hAnsi="Segoe UI Symbol" w:cs="Segoe UI Symbol"/>
        </w:rPr>
        <w:t>☐</w:t>
      </w:r>
      <w:r w:rsidRPr="00DF3DCC">
        <w:rPr>
          <w:rFonts w:ascii="Verdana" w:hAnsi="Verdana"/>
        </w:rPr>
        <w:t xml:space="preserve"> Different</w:t>
      </w:r>
      <w:r>
        <w:rPr>
          <w:rFonts w:ascii="Verdana" w:hAnsi="Verdana"/>
        </w:rPr>
        <w:t xml:space="preserve">  </w:t>
      </w:r>
      <w:r w:rsidRPr="00DF3DCC">
        <w:rPr>
          <w:rFonts w:ascii="Verdana" w:hAnsi="Verdana"/>
        </w:rPr>
        <w:t>One feeling we agreed on: ____</w:t>
      </w:r>
      <w:r>
        <w:rPr>
          <w:rFonts w:ascii="Verdana" w:hAnsi="Verdana"/>
        </w:rPr>
        <w:t>__</w:t>
      </w:r>
      <w:r w:rsidR="00AF2076">
        <w:rPr>
          <w:rFonts w:ascii="Verdana" w:hAnsi="Verdana"/>
        </w:rPr>
        <w:t>__</w:t>
      </w:r>
      <w:r>
        <w:rPr>
          <w:rFonts w:ascii="Verdana" w:hAnsi="Verdana"/>
        </w:rPr>
        <w:t>_____________________</w:t>
      </w:r>
      <w:r w:rsidRPr="00DF3DCC">
        <w:rPr>
          <w:rFonts w:ascii="Verdana" w:hAnsi="Verdana"/>
        </w:rPr>
        <w:t>______</w:t>
      </w:r>
    </w:p>
    <w:p w14:paraId="03A6B6FA" w14:textId="52D937B2" w:rsidR="00AF2076" w:rsidRDefault="00AF2076" w:rsidP="00AF2076">
      <w:pPr>
        <w:spacing w:after="120" w:line="240" w:lineRule="auto"/>
        <w:rPr>
          <w:rFonts w:ascii="Verdana" w:hAnsi="Verdana"/>
        </w:rPr>
      </w:pPr>
      <w:r>
        <w:rPr>
          <w:rFonts w:ascii="Verdana" w:hAnsi="Verdana"/>
        </w:rPr>
        <w:t>Other people thought:________________________________________________________</w:t>
      </w:r>
    </w:p>
    <w:p w14:paraId="33892FE6" w14:textId="77777777" w:rsidR="0052794E" w:rsidRDefault="0052794E" w:rsidP="00CF71BB">
      <w:pPr>
        <w:spacing w:after="0" w:line="240" w:lineRule="auto"/>
        <w:rPr>
          <w:rFonts w:ascii="Verdana" w:hAnsi="Verdana"/>
        </w:rPr>
      </w:pPr>
    </w:p>
    <w:p w14:paraId="4296BB4C" w14:textId="3D6FFC40" w:rsidR="0090586C" w:rsidRDefault="0090586C" w:rsidP="00CF71BB">
      <w:pPr>
        <w:spacing w:after="120" w:line="240" w:lineRule="auto"/>
        <w:rPr>
          <w:rFonts w:ascii="Verdana" w:hAnsi="Verdana"/>
        </w:rPr>
      </w:pPr>
      <w:r w:rsidRPr="0090586C">
        <w:rPr>
          <w:rFonts w:ascii="Verdana" w:hAnsi="Verdana"/>
        </w:rPr>
        <w:t>Did your group choose the same feeling</w:t>
      </w:r>
      <w:r>
        <w:rPr>
          <w:rFonts w:ascii="Verdana" w:hAnsi="Verdana"/>
        </w:rPr>
        <w:t>s</w:t>
      </w:r>
      <w:r w:rsidRPr="0090586C">
        <w:rPr>
          <w:rFonts w:ascii="Verdana" w:hAnsi="Verdana"/>
        </w:rPr>
        <w:t xml:space="preserve"> for </w:t>
      </w:r>
      <w:r w:rsidRPr="0090586C">
        <w:rPr>
          <w:rFonts w:ascii="Verdana" w:hAnsi="Verdana"/>
          <w:b/>
          <w:bCs/>
        </w:rPr>
        <w:t>Maya</w:t>
      </w:r>
      <w:r w:rsidRPr="0090586C">
        <w:rPr>
          <w:rFonts w:ascii="Verdana" w:hAnsi="Verdana"/>
        </w:rPr>
        <w:t xml:space="preserve">, or different feelings? </w:t>
      </w:r>
    </w:p>
    <w:p w14:paraId="11212ECB" w14:textId="108E005A" w:rsidR="00DF3DCC" w:rsidRDefault="00DF3DCC" w:rsidP="00CF71BB">
      <w:pPr>
        <w:spacing w:after="120" w:line="240" w:lineRule="auto"/>
        <w:rPr>
          <w:rFonts w:ascii="Verdana" w:hAnsi="Verdana"/>
        </w:rPr>
      </w:pPr>
      <w:r w:rsidRPr="00DF3DCC">
        <w:rPr>
          <w:rFonts w:ascii="Segoe UI Symbol" w:hAnsi="Segoe UI Symbol" w:cs="Segoe UI Symbol"/>
        </w:rPr>
        <w:t>☐</w:t>
      </w:r>
      <w:r w:rsidRPr="00DF3DCC">
        <w:rPr>
          <w:rFonts w:ascii="Verdana" w:hAnsi="Verdana"/>
        </w:rPr>
        <w:t xml:space="preserve"> Same </w:t>
      </w:r>
      <w:r w:rsidRPr="00DF3DCC">
        <w:rPr>
          <w:rFonts w:ascii="Segoe UI Symbol" w:hAnsi="Segoe UI Symbol" w:cs="Segoe UI Symbol"/>
        </w:rPr>
        <w:t>☐</w:t>
      </w:r>
      <w:r w:rsidRPr="00DF3DCC">
        <w:rPr>
          <w:rFonts w:ascii="Verdana" w:hAnsi="Verdana"/>
        </w:rPr>
        <w:t xml:space="preserve"> Different</w:t>
      </w:r>
      <w:r>
        <w:rPr>
          <w:rFonts w:ascii="Verdana" w:hAnsi="Verdana"/>
        </w:rPr>
        <w:t xml:space="preserve">  </w:t>
      </w:r>
      <w:r w:rsidRPr="00DF3DCC">
        <w:rPr>
          <w:rFonts w:ascii="Verdana" w:hAnsi="Verdana"/>
        </w:rPr>
        <w:t>One feeling we agreed on: ____</w:t>
      </w:r>
      <w:r>
        <w:rPr>
          <w:rFonts w:ascii="Verdana" w:hAnsi="Verdana"/>
        </w:rPr>
        <w:t>____</w:t>
      </w:r>
      <w:r w:rsidR="00AF2076">
        <w:rPr>
          <w:rFonts w:ascii="Verdana" w:hAnsi="Verdana"/>
        </w:rPr>
        <w:t>__</w:t>
      </w:r>
      <w:r>
        <w:rPr>
          <w:rFonts w:ascii="Verdana" w:hAnsi="Verdana"/>
        </w:rPr>
        <w:t>___________________</w:t>
      </w:r>
      <w:r w:rsidRPr="00DF3DCC">
        <w:rPr>
          <w:rFonts w:ascii="Verdana" w:hAnsi="Verdana"/>
        </w:rPr>
        <w:t>______</w:t>
      </w:r>
    </w:p>
    <w:p w14:paraId="6041B4ED" w14:textId="2CE431C5" w:rsidR="00CF71BB" w:rsidRDefault="00AF2076" w:rsidP="00CF71BB">
      <w:pPr>
        <w:spacing w:after="120" w:line="240" w:lineRule="auto"/>
        <w:rPr>
          <w:rFonts w:ascii="Verdana" w:hAnsi="Verdana"/>
        </w:rPr>
      </w:pPr>
      <w:r>
        <w:rPr>
          <w:rFonts w:ascii="Verdana" w:hAnsi="Verdana"/>
        </w:rPr>
        <w:t>Other people thought</w:t>
      </w:r>
      <w:r w:rsidR="00CF71BB">
        <w:rPr>
          <w:rFonts w:ascii="Verdana" w:hAnsi="Verdana"/>
        </w:rPr>
        <w:t>:____________________________</w:t>
      </w:r>
      <w:r>
        <w:rPr>
          <w:rFonts w:ascii="Verdana" w:hAnsi="Verdana"/>
        </w:rPr>
        <w:t>__</w:t>
      </w:r>
      <w:r w:rsidR="00CF71BB">
        <w:rPr>
          <w:rFonts w:ascii="Verdana" w:hAnsi="Verdana"/>
        </w:rPr>
        <w:t>__________________________</w:t>
      </w:r>
    </w:p>
    <w:p w14:paraId="468B16F2" w14:textId="77777777" w:rsidR="00CF71BB" w:rsidRDefault="00CF71BB" w:rsidP="00CF71BB">
      <w:pPr>
        <w:spacing w:after="0" w:line="240" w:lineRule="auto"/>
        <w:rPr>
          <w:rFonts w:ascii="Verdana" w:hAnsi="Verdana"/>
        </w:rPr>
      </w:pPr>
    </w:p>
    <w:p w14:paraId="46F3E5A4" w14:textId="3B26A69D" w:rsidR="00AF2076" w:rsidRDefault="0090586C" w:rsidP="00AF2076">
      <w:pPr>
        <w:spacing w:after="120" w:line="240" w:lineRule="auto"/>
        <w:rPr>
          <w:rFonts w:ascii="Verdana" w:hAnsi="Verdana"/>
        </w:rPr>
      </w:pPr>
      <w:r w:rsidRPr="0090586C">
        <w:rPr>
          <w:rFonts w:ascii="Verdana" w:hAnsi="Verdana"/>
        </w:rPr>
        <w:t xml:space="preserve">After talking with </w:t>
      </w:r>
      <w:r w:rsidR="00AF2076">
        <w:rPr>
          <w:rFonts w:ascii="Verdana" w:hAnsi="Verdana"/>
        </w:rPr>
        <w:t>my</w:t>
      </w:r>
      <w:r w:rsidRPr="0090586C">
        <w:rPr>
          <w:rFonts w:ascii="Verdana" w:hAnsi="Verdana"/>
        </w:rPr>
        <w:t xml:space="preserve"> group</w:t>
      </w:r>
      <w:r w:rsidR="00AF2076">
        <w:rPr>
          <w:rFonts w:ascii="Verdana" w:hAnsi="Verdana"/>
        </w:rPr>
        <w:t xml:space="preserve">, I would </w:t>
      </w:r>
      <w:r w:rsidR="00AF2076" w:rsidRPr="00AF2076">
        <w:rPr>
          <w:rFonts w:ascii="Segoe UI Symbol" w:hAnsi="Segoe UI Symbol" w:cs="Segoe UI Symbol"/>
          <w:b/>
          <w:bCs/>
        </w:rPr>
        <w:t>☐</w:t>
      </w:r>
      <w:r w:rsidR="00AF2076" w:rsidRPr="00AF2076">
        <w:rPr>
          <w:rFonts w:ascii="Verdana" w:hAnsi="Verdana"/>
          <w:b/>
          <w:bCs/>
        </w:rPr>
        <w:t xml:space="preserve"> keep </w:t>
      </w:r>
      <w:r w:rsidR="00AF2076" w:rsidRPr="00AF2076">
        <w:rPr>
          <w:rFonts w:ascii="Segoe UI Symbol" w:hAnsi="Segoe UI Symbol" w:cs="Segoe UI Symbol"/>
          <w:b/>
          <w:bCs/>
        </w:rPr>
        <w:t>☐</w:t>
      </w:r>
      <w:r w:rsidR="00AF2076" w:rsidRPr="00AF2076">
        <w:rPr>
          <w:rFonts w:ascii="Verdana" w:hAnsi="Verdana"/>
          <w:b/>
          <w:bCs/>
        </w:rPr>
        <w:t xml:space="preserve"> change</w:t>
      </w:r>
      <w:r w:rsidR="00AF2076">
        <w:rPr>
          <w:rFonts w:ascii="Verdana" w:hAnsi="Verdana"/>
        </w:rPr>
        <w:t xml:space="preserve"> </w:t>
      </w:r>
      <w:r w:rsidR="00AF2076" w:rsidRPr="00AF2076">
        <w:rPr>
          <w:rFonts w:ascii="Verdana" w:hAnsi="Verdana"/>
          <w:sz w:val="20"/>
          <w:szCs w:val="20"/>
        </w:rPr>
        <w:t>(check one)</w:t>
      </w:r>
      <w:r w:rsidR="00AF2076">
        <w:rPr>
          <w:rFonts w:ascii="Verdana" w:hAnsi="Verdana"/>
        </w:rPr>
        <w:t xml:space="preserve"> my answers because</w:t>
      </w:r>
    </w:p>
    <w:p w14:paraId="32417B50" w14:textId="06B3A8D5" w:rsidR="0090586C" w:rsidRDefault="0090586C" w:rsidP="00CF71BB">
      <w:pPr>
        <w:spacing w:after="120" w:line="240" w:lineRule="auto"/>
        <w:rPr>
          <w:rFonts w:ascii="Verdana" w:hAnsi="Verdana"/>
        </w:rPr>
      </w:pPr>
      <w:r>
        <w:rPr>
          <w:rFonts w:ascii="Verdana" w:hAnsi="Verdana"/>
        </w:rPr>
        <w:t>_______________________________________________</w:t>
      </w:r>
      <w:r w:rsidR="00AF2076">
        <w:rPr>
          <w:rFonts w:ascii="Verdana" w:hAnsi="Verdana"/>
        </w:rPr>
        <w:t>__</w:t>
      </w:r>
      <w:r>
        <w:rPr>
          <w:rFonts w:ascii="Verdana" w:hAnsi="Verdana"/>
        </w:rPr>
        <w:t>_________________________</w:t>
      </w:r>
    </w:p>
    <w:p w14:paraId="24B08CF3" w14:textId="65FDE953" w:rsidR="001E736E" w:rsidRPr="00544574" w:rsidRDefault="0090586C" w:rsidP="00CF71BB">
      <w:pPr>
        <w:spacing w:after="120" w:line="240" w:lineRule="auto"/>
        <w:rPr>
          <w:rFonts w:ascii="Verdana" w:hAnsi="Verdana"/>
        </w:rPr>
      </w:pPr>
      <w:r>
        <w:rPr>
          <w:rFonts w:ascii="Verdana" w:hAnsi="Verdana"/>
        </w:rPr>
        <w:t>_______________________________________________</w:t>
      </w:r>
      <w:r w:rsidR="00AF2076">
        <w:rPr>
          <w:rFonts w:ascii="Verdana" w:hAnsi="Verdana"/>
        </w:rPr>
        <w:t>__</w:t>
      </w:r>
      <w:r>
        <w:rPr>
          <w:rFonts w:ascii="Verdana" w:hAnsi="Verdana"/>
        </w:rPr>
        <w:t>_________________________</w:t>
      </w:r>
      <w:r w:rsidR="001E736E" w:rsidRPr="00544574">
        <w:rPr>
          <w:rFonts w:ascii="Verdana" w:hAnsi="Verdana"/>
        </w:rPr>
        <w:br w:type="page"/>
      </w:r>
    </w:p>
    <w:p w14:paraId="489D3FAC" w14:textId="1BCD0E76" w:rsidR="00F05936" w:rsidRPr="001401F7" w:rsidRDefault="00544574" w:rsidP="001401F7">
      <w:pPr>
        <w:pStyle w:val="Heading1"/>
        <w:rPr>
          <w:rFonts w:ascii="Verdana" w:hAnsi="Verdana"/>
          <w:color w:val="000000" w:themeColor="text1"/>
        </w:rPr>
      </w:pPr>
      <w:bookmarkStart w:id="10" w:name="_Toc223812395"/>
      <w:r w:rsidRPr="001401F7">
        <w:rPr>
          <w:rFonts w:ascii="Verdana" w:hAnsi="Verdana"/>
          <w:color w:val="000000" w:themeColor="text1"/>
        </w:rPr>
        <w:lastRenderedPageBreak/>
        <w:t>Chapter 8: Maya’s Ideas</w:t>
      </w:r>
      <w:bookmarkEnd w:id="10"/>
    </w:p>
    <w:p w14:paraId="53A091DC" w14:textId="77777777" w:rsidR="00F05936" w:rsidRPr="00544574" w:rsidRDefault="00544574">
      <w:pPr>
        <w:rPr>
          <w:rFonts w:ascii="Verdana" w:hAnsi="Verdana"/>
        </w:rPr>
      </w:pPr>
      <w:r w:rsidRPr="00544574">
        <w:rPr>
          <w:rFonts w:ascii="Verdana" w:hAnsi="Verdana"/>
          <w:b/>
        </w:rPr>
        <w:t>Chapter Snapshot</w:t>
      </w:r>
    </w:p>
    <w:p w14:paraId="52087FBC" w14:textId="77777777" w:rsidR="00F05936" w:rsidRPr="00544574" w:rsidRDefault="00544574">
      <w:pPr>
        <w:pStyle w:val="ListBullet"/>
        <w:rPr>
          <w:rFonts w:ascii="Verdana" w:hAnsi="Verdana"/>
        </w:rPr>
      </w:pPr>
      <w:r w:rsidRPr="00544574">
        <w:rPr>
          <w:rFonts w:ascii="Verdana" w:hAnsi="Verdana"/>
        </w:rPr>
        <w:t>Charlie finally tells Maya what he and Archer found: the crayons, the lavender, and the fancy writing.</w:t>
      </w:r>
    </w:p>
    <w:p w14:paraId="2B192ED5" w14:textId="77777777" w:rsidR="00F05936" w:rsidRPr="00544574" w:rsidRDefault="00544574">
      <w:pPr>
        <w:pStyle w:val="ListBullet"/>
        <w:rPr>
          <w:rFonts w:ascii="Verdana" w:hAnsi="Verdana"/>
        </w:rPr>
      </w:pPr>
      <w:r w:rsidRPr="00544574">
        <w:rPr>
          <w:rFonts w:ascii="Verdana" w:hAnsi="Verdana"/>
        </w:rPr>
        <w:t>Maya offers possibilities that fit the clues: careful sorting, gifts for others, and a secret kept out of shyness or fear.</w:t>
      </w:r>
    </w:p>
    <w:p w14:paraId="00266B90" w14:textId="77777777" w:rsidR="00F05936" w:rsidRPr="00544574" w:rsidRDefault="00544574">
      <w:pPr>
        <w:pStyle w:val="ListBullet"/>
        <w:rPr>
          <w:rFonts w:ascii="Verdana" w:hAnsi="Verdana"/>
        </w:rPr>
      </w:pPr>
      <w:r w:rsidRPr="00544574">
        <w:rPr>
          <w:rFonts w:ascii="Verdana" w:hAnsi="Verdana"/>
        </w:rPr>
        <w:t>Archer’s reaction suggests they may know the person behind the mystery.</w:t>
      </w:r>
    </w:p>
    <w:p w14:paraId="171D745F" w14:textId="77777777" w:rsidR="00606DC4" w:rsidRPr="00544574" w:rsidRDefault="00606DC4" w:rsidP="00606DC4">
      <w:pPr>
        <w:pStyle w:val="ListBullet"/>
        <w:ind w:left="360" w:hanging="360"/>
        <w:rPr>
          <w:rFonts w:ascii="Verdana" w:hAnsi="Verdana"/>
        </w:rPr>
      </w:pPr>
    </w:p>
    <w:p w14:paraId="01F3EAEC" w14:textId="1ED55FA4" w:rsidR="00F05936" w:rsidRPr="00544574" w:rsidRDefault="00544574">
      <w:pPr>
        <w:rPr>
          <w:rFonts w:ascii="Verdana" w:hAnsi="Verdana"/>
        </w:rPr>
      </w:pPr>
      <w:r w:rsidRPr="00544574">
        <w:rPr>
          <w:rFonts w:ascii="Verdana" w:hAnsi="Verdana"/>
          <w:b/>
        </w:rPr>
        <w:t>SEL Discussion Notes</w:t>
      </w:r>
    </w:p>
    <w:p w14:paraId="058814F0" w14:textId="77777777" w:rsidR="00F05936" w:rsidRPr="00544574" w:rsidRDefault="00544574">
      <w:pPr>
        <w:pStyle w:val="ListBullet"/>
        <w:rPr>
          <w:rFonts w:ascii="Verdana" w:hAnsi="Verdana"/>
        </w:rPr>
      </w:pPr>
      <w:r w:rsidRPr="00544574">
        <w:rPr>
          <w:rFonts w:ascii="Verdana" w:hAnsi="Verdana"/>
        </w:rPr>
        <w:t>How does Maya encourage Charlie without making him feel silly?</w:t>
      </w:r>
    </w:p>
    <w:p w14:paraId="5097ED51" w14:textId="77777777" w:rsidR="00F05936" w:rsidRPr="00544574" w:rsidRDefault="00544574">
      <w:pPr>
        <w:pStyle w:val="ListBullet"/>
        <w:rPr>
          <w:rFonts w:ascii="Verdana" w:hAnsi="Verdana"/>
        </w:rPr>
      </w:pPr>
      <w:r w:rsidRPr="00544574">
        <w:rPr>
          <w:rFonts w:ascii="Verdana" w:hAnsi="Verdana"/>
        </w:rPr>
        <w:t>What makes it hard to share an idea when you are not sure it is right?</w:t>
      </w:r>
    </w:p>
    <w:p w14:paraId="6F781AC0" w14:textId="77777777" w:rsidR="00F05936" w:rsidRPr="00544574" w:rsidRDefault="00544574">
      <w:pPr>
        <w:pStyle w:val="ListBullet"/>
        <w:rPr>
          <w:rFonts w:ascii="Verdana" w:hAnsi="Verdana"/>
        </w:rPr>
      </w:pPr>
      <w:r w:rsidRPr="00544574">
        <w:rPr>
          <w:rFonts w:ascii="Verdana" w:hAnsi="Verdana"/>
        </w:rPr>
        <w:t>How can a friend make it easier to speak up?</w:t>
      </w:r>
    </w:p>
    <w:p w14:paraId="6B2252F5" w14:textId="77777777" w:rsidR="001E736E" w:rsidRPr="00544574" w:rsidRDefault="001E736E">
      <w:pPr>
        <w:rPr>
          <w:rFonts w:ascii="Verdana" w:hAnsi="Verdana"/>
          <w:b/>
        </w:rPr>
      </w:pPr>
    </w:p>
    <w:p w14:paraId="6DA71C9A" w14:textId="1ED1A136" w:rsidR="00F05936" w:rsidRPr="00544574" w:rsidRDefault="00544574">
      <w:pPr>
        <w:rPr>
          <w:rFonts w:ascii="Verdana" w:hAnsi="Verdana"/>
        </w:rPr>
      </w:pPr>
      <w:r w:rsidRPr="00544574">
        <w:rPr>
          <w:rFonts w:ascii="Verdana" w:hAnsi="Verdana"/>
          <w:b/>
        </w:rPr>
        <w:t>Writing Prompt</w:t>
      </w:r>
    </w:p>
    <w:p w14:paraId="3F012CAB" w14:textId="77777777" w:rsidR="00F05936" w:rsidRPr="00544574" w:rsidRDefault="00544574">
      <w:pPr>
        <w:rPr>
          <w:rFonts w:ascii="Verdana" w:hAnsi="Verdana"/>
        </w:rPr>
      </w:pPr>
      <w:r w:rsidRPr="00544574">
        <w:rPr>
          <w:rFonts w:ascii="Verdana" w:hAnsi="Verdana"/>
        </w:rPr>
        <w:t>Write two possible explanations for the mystery. For each, start one sentence with: “A clue that supports this is…”</w:t>
      </w:r>
    </w:p>
    <w:p w14:paraId="12AA0013" w14:textId="77777777" w:rsidR="001E736E" w:rsidRPr="00544574" w:rsidRDefault="001E736E" w:rsidP="001E736E">
      <w:pPr>
        <w:rPr>
          <w:rFonts w:ascii="Verdana" w:hAnsi="Verdana"/>
          <w:b/>
        </w:rPr>
      </w:pPr>
    </w:p>
    <w:p w14:paraId="230D6C6A" w14:textId="06A8BEBD" w:rsidR="001E736E" w:rsidRPr="00544574" w:rsidRDefault="001E736E" w:rsidP="001E736E">
      <w:pPr>
        <w:rPr>
          <w:rFonts w:ascii="Verdana" w:hAnsi="Verdana"/>
        </w:rPr>
      </w:pPr>
      <w:r w:rsidRPr="00544574">
        <w:rPr>
          <w:rFonts w:ascii="Verdana" w:hAnsi="Verdana"/>
          <w:b/>
        </w:rPr>
        <w:t>Class Activity: Theory Workshop</w:t>
      </w:r>
    </w:p>
    <w:p w14:paraId="5504F20D" w14:textId="596ADAA6" w:rsidR="001E736E" w:rsidRPr="00544574" w:rsidRDefault="001E736E" w:rsidP="001E736E">
      <w:pPr>
        <w:pStyle w:val="ListBullet"/>
        <w:rPr>
          <w:rFonts w:ascii="Verdana" w:hAnsi="Verdana"/>
        </w:rPr>
      </w:pPr>
      <w:r w:rsidRPr="00544574">
        <w:rPr>
          <w:rFonts w:ascii="Verdana" w:hAnsi="Verdana"/>
        </w:rPr>
        <w:t>In groups, students write two theories about the mystery using the clues Charlie share</w:t>
      </w:r>
      <w:r w:rsidR="00A20811">
        <w:rPr>
          <w:rFonts w:ascii="Verdana" w:hAnsi="Verdana"/>
        </w:rPr>
        <w:t>d</w:t>
      </w:r>
      <w:r w:rsidRPr="00544574">
        <w:rPr>
          <w:rFonts w:ascii="Verdana" w:hAnsi="Verdana"/>
        </w:rPr>
        <w:t xml:space="preserve"> with Maya.</w:t>
      </w:r>
    </w:p>
    <w:p w14:paraId="39C6CADE" w14:textId="77777777" w:rsidR="001E736E" w:rsidRPr="00544574" w:rsidRDefault="001E736E" w:rsidP="001E736E">
      <w:pPr>
        <w:pStyle w:val="ListBullet"/>
        <w:rPr>
          <w:rFonts w:ascii="Verdana" w:hAnsi="Verdana"/>
        </w:rPr>
      </w:pPr>
      <w:r w:rsidRPr="00544574">
        <w:rPr>
          <w:rFonts w:ascii="Verdana" w:hAnsi="Verdana"/>
        </w:rPr>
        <w:t>Under each theory, list at least three supporting clues.</w:t>
      </w:r>
    </w:p>
    <w:p w14:paraId="1A6180F1" w14:textId="77777777" w:rsidR="001E736E" w:rsidRDefault="001E736E" w:rsidP="001E736E">
      <w:pPr>
        <w:pStyle w:val="ListBullet"/>
        <w:rPr>
          <w:rFonts w:ascii="Verdana" w:hAnsi="Verdana"/>
        </w:rPr>
      </w:pPr>
      <w:r w:rsidRPr="00544574">
        <w:rPr>
          <w:rFonts w:ascii="Verdana" w:hAnsi="Verdana"/>
        </w:rPr>
        <w:t>Groups share a theory without naming a suspect; focus on evidence and feelings.</w:t>
      </w:r>
    </w:p>
    <w:p w14:paraId="58E25DD7" w14:textId="77777777" w:rsidR="007E5FCD" w:rsidRPr="00544574" w:rsidRDefault="007E5FCD" w:rsidP="001E736E">
      <w:pPr>
        <w:pStyle w:val="ListBullet"/>
        <w:rPr>
          <w:rFonts w:ascii="Verdana" w:hAnsi="Verdana"/>
        </w:rPr>
      </w:pPr>
    </w:p>
    <w:p w14:paraId="2C22CCD8" w14:textId="77777777" w:rsidR="001E736E" w:rsidRPr="00544574" w:rsidRDefault="001E736E">
      <w:pPr>
        <w:rPr>
          <w:rFonts w:ascii="Verdana" w:hAnsi="Verdana"/>
        </w:rPr>
      </w:pPr>
      <w:r w:rsidRPr="00544574">
        <w:rPr>
          <w:rFonts w:ascii="Verdana" w:hAnsi="Verdana"/>
        </w:rPr>
        <w:br w:type="page"/>
      </w:r>
    </w:p>
    <w:p w14:paraId="3A2246B5" w14:textId="7E6CB9DA" w:rsidR="00F05936" w:rsidRPr="001401F7" w:rsidRDefault="00544574" w:rsidP="001401F7">
      <w:pPr>
        <w:pStyle w:val="Heading1"/>
        <w:rPr>
          <w:rFonts w:ascii="Verdana" w:hAnsi="Verdana"/>
          <w:color w:val="000000" w:themeColor="text1"/>
        </w:rPr>
      </w:pPr>
      <w:bookmarkStart w:id="11" w:name="_Toc223812396"/>
      <w:r w:rsidRPr="001401F7">
        <w:rPr>
          <w:rFonts w:ascii="Verdana" w:hAnsi="Verdana"/>
          <w:color w:val="000000" w:themeColor="text1"/>
        </w:rPr>
        <w:lastRenderedPageBreak/>
        <w:t>Chapter 9: Buddy Time</w:t>
      </w:r>
      <w:bookmarkEnd w:id="11"/>
    </w:p>
    <w:p w14:paraId="4FFF5622" w14:textId="77777777" w:rsidR="00F05936" w:rsidRPr="00544574" w:rsidRDefault="00544574">
      <w:pPr>
        <w:rPr>
          <w:rFonts w:ascii="Verdana" w:hAnsi="Verdana"/>
        </w:rPr>
      </w:pPr>
      <w:r w:rsidRPr="00544574">
        <w:rPr>
          <w:rFonts w:ascii="Verdana" w:hAnsi="Verdana"/>
          <w:b/>
        </w:rPr>
        <w:t>Chapter Snapshot</w:t>
      </w:r>
    </w:p>
    <w:p w14:paraId="11984207" w14:textId="77777777" w:rsidR="00F05936" w:rsidRPr="00544574" w:rsidRDefault="00544574">
      <w:pPr>
        <w:pStyle w:val="ListBullet"/>
        <w:rPr>
          <w:rFonts w:ascii="Verdana" w:hAnsi="Verdana"/>
        </w:rPr>
      </w:pPr>
      <w:r w:rsidRPr="00544574">
        <w:rPr>
          <w:rFonts w:ascii="Verdana" w:hAnsi="Verdana"/>
        </w:rPr>
        <w:t>Mrs. Percy’s class heads to buddy time with kindergarteners for an art activity.</w:t>
      </w:r>
    </w:p>
    <w:p w14:paraId="1929BAB2" w14:textId="77777777" w:rsidR="00F05936" w:rsidRPr="00544574" w:rsidRDefault="00544574">
      <w:pPr>
        <w:pStyle w:val="ListBullet"/>
        <w:rPr>
          <w:rFonts w:ascii="Verdana" w:hAnsi="Verdana"/>
        </w:rPr>
      </w:pPr>
      <w:r w:rsidRPr="00544574">
        <w:rPr>
          <w:rFonts w:ascii="Verdana" w:hAnsi="Verdana"/>
        </w:rPr>
        <w:t>Charlie and Maya notice glittery cards with bright swirling colors and fancy writing: “From a Secret Friend.”</w:t>
      </w:r>
    </w:p>
    <w:p w14:paraId="70EC0252" w14:textId="77777777" w:rsidR="00F05936" w:rsidRPr="00544574" w:rsidRDefault="00544574">
      <w:pPr>
        <w:pStyle w:val="ListBullet"/>
        <w:rPr>
          <w:rFonts w:ascii="Verdana" w:hAnsi="Verdana"/>
        </w:rPr>
      </w:pPr>
      <w:r w:rsidRPr="00544574">
        <w:rPr>
          <w:rFonts w:ascii="Verdana" w:hAnsi="Verdana"/>
        </w:rPr>
        <w:t>Mr. Hunt explains the cards keep appearing and make the kids happy; the class realizes the mystery is tied to these kindness surprises.</w:t>
      </w:r>
    </w:p>
    <w:p w14:paraId="0EE6D74D" w14:textId="77777777" w:rsidR="00606DC4" w:rsidRPr="00544574" w:rsidRDefault="00606DC4" w:rsidP="00606DC4">
      <w:pPr>
        <w:pStyle w:val="ListBullet"/>
        <w:ind w:left="360" w:hanging="360"/>
        <w:rPr>
          <w:rFonts w:ascii="Verdana" w:hAnsi="Verdana"/>
        </w:rPr>
      </w:pPr>
    </w:p>
    <w:p w14:paraId="1750FD75" w14:textId="77528C12" w:rsidR="00F05936" w:rsidRPr="00544574" w:rsidRDefault="00544574">
      <w:pPr>
        <w:rPr>
          <w:rFonts w:ascii="Verdana" w:hAnsi="Verdana"/>
        </w:rPr>
      </w:pPr>
      <w:r w:rsidRPr="00544574">
        <w:rPr>
          <w:rFonts w:ascii="Verdana" w:hAnsi="Verdana"/>
          <w:b/>
        </w:rPr>
        <w:t>SEL Discussion Notes</w:t>
      </w:r>
    </w:p>
    <w:p w14:paraId="191838EA" w14:textId="77777777" w:rsidR="00F05936" w:rsidRPr="00544574" w:rsidRDefault="00544574">
      <w:pPr>
        <w:pStyle w:val="ListBullet"/>
        <w:rPr>
          <w:rFonts w:ascii="Verdana" w:hAnsi="Verdana"/>
        </w:rPr>
      </w:pPr>
      <w:r w:rsidRPr="00544574">
        <w:rPr>
          <w:rFonts w:ascii="Verdana" w:hAnsi="Verdana"/>
        </w:rPr>
        <w:t>Why do kind surprises feel powerful?</w:t>
      </w:r>
    </w:p>
    <w:p w14:paraId="514C2074" w14:textId="77777777" w:rsidR="00F05936" w:rsidRPr="00544574" w:rsidRDefault="00544574">
      <w:pPr>
        <w:pStyle w:val="ListBullet"/>
        <w:rPr>
          <w:rFonts w:ascii="Verdana" w:hAnsi="Verdana"/>
        </w:rPr>
      </w:pPr>
      <w:r w:rsidRPr="00544574">
        <w:rPr>
          <w:rFonts w:ascii="Verdana" w:hAnsi="Verdana"/>
        </w:rPr>
        <w:t>What is the difference between kindness and showing off?</w:t>
      </w:r>
    </w:p>
    <w:p w14:paraId="7085EBDD" w14:textId="77777777" w:rsidR="00F05936" w:rsidRPr="00544574" w:rsidRDefault="00544574">
      <w:pPr>
        <w:pStyle w:val="ListBullet"/>
        <w:rPr>
          <w:rFonts w:ascii="Verdana" w:hAnsi="Verdana"/>
        </w:rPr>
      </w:pPr>
      <w:r w:rsidRPr="00544574">
        <w:rPr>
          <w:rFonts w:ascii="Verdana" w:hAnsi="Verdana"/>
        </w:rPr>
        <w:t>How can a class make kindness a habit instead of a one-time event?</w:t>
      </w:r>
    </w:p>
    <w:p w14:paraId="3165A705" w14:textId="77777777" w:rsidR="001E736E" w:rsidRPr="00544574" w:rsidRDefault="001E736E">
      <w:pPr>
        <w:rPr>
          <w:rFonts w:ascii="Verdana" w:hAnsi="Verdana"/>
          <w:b/>
        </w:rPr>
      </w:pPr>
    </w:p>
    <w:p w14:paraId="5CB66270" w14:textId="56A9210C" w:rsidR="00F05936" w:rsidRPr="00544574" w:rsidRDefault="00544574">
      <w:pPr>
        <w:rPr>
          <w:rFonts w:ascii="Verdana" w:hAnsi="Verdana"/>
        </w:rPr>
      </w:pPr>
      <w:r w:rsidRPr="00544574">
        <w:rPr>
          <w:rFonts w:ascii="Verdana" w:hAnsi="Verdana"/>
          <w:b/>
        </w:rPr>
        <w:t>Writing Prompt</w:t>
      </w:r>
    </w:p>
    <w:p w14:paraId="5BEB44EB" w14:textId="77777777" w:rsidR="00F05936" w:rsidRPr="00544574" w:rsidRDefault="00544574">
      <w:pPr>
        <w:rPr>
          <w:rFonts w:ascii="Verdana" w:hAnsi="Verdana"/>
        </w:rPr>
      </w:pPr>
      <w:r w:rsidRPr="00544574">
        <w:rPr>
          <w:rFonts w:ascii="Verdana" w:hAnsi="Verdana"/>
        </w:rPr>
        <w:t>Write a card message from a “Secret Friend.” Include a compliment and one encouraging sentence.</w:t>
      </w:r>
    </w:p>
    <w:p w14:paraId="588BCF9E" w14:textId="77777777" w:rsidR="001E736E" w:rsidRPr="00544574" w:rsidRDefault="001E736E" w:rsidP="001E736E">
      <w:pPr>
        <w:rPr>
          <w:rFonts w:ascii="Verdana" w:hAnsi="Verdana"/>
          <w:b/>
        </w:rPr>
      </w:pPr>
    </w:p>
    <w:p w14:paraId="23C5469B" w14:textId="34451037" w:rsidR="001E736E" w:rsidRPr="00544574" w:rsidRDefault="001E736E" w:rsidP="001E736E">
      <w:pPr>
        <w:rPr>
          <w:rFonts w:ascii="Verdana" w:hAnsi="Verdana"/>
        </w:rPr>
      </w:pPr>
      <w:r w:rsidRPr="00544574">
        <w:rPr>
          <w:rFonts w:ascii="Verdana" w:hAnsi="Verdana"/>
          <w:b/>
        </w:rPr>
        <w:t>Class Activity: Secret Friend Cards</w:t>
      </w:r>
    </w:p>
    <w:p w14:paraId="62326F57" w14:textId="77777777" w:rsidR="001E736E" w:rsidRPr="00544574" w:rsidRDefault="001E736E" w:rsidP="001E736E">
      <w:pPr>
        <w:pStyle w:val="ListBullet"/>
        <w:rPr>
          <w:rFonts w:ascii="Verdana" w:hAnsi="Verdana"/>
        </w:rPr>
      </w:pPr>
      <w:r w:rsidRPr="00544574">
        <w:rPr>
          <w:rFonts w:ascii="Verdana" w:hAnsi="Verdana"/>
        </w:rPr>
        <w:t>Students design a card for someone who might need encouragement (another class, staff, family).</w:t>
      </w:r>
    </w:p>
    <w:p w14:paraId="43E63DF0" w14:textId="77777777" w:rsidR="001E736E" w:rsidRPr="00544574" w:rsidRDefault="001E736E" w:rsidP="001E736E">
      <w:pPr>
        <w:pStyle w:val="ListBullet"/>
        <w:rPr>
          <w:rFonts w:ascii="Verdana" w:hAnsi="Verdana"/>
        </w:rPr>
      </w:pPr>
      <w:r w:rsidRPr="00544574">
        <w:rPr>
          <w:rFonts w:ascii="Verdana" w:hAnsi="Verdana"/>
        </w:rPr>
        <w:t>Include a kind message and simple art details, such as bright swirls or a small pattern.</w:t>
      </w:r>
    </w:p>
    <w:p w14:paraId="72E2F827" w14:textId="77777777" w:rsidR="001E736E" w:rsidRPr="00544574" w:rsidRDefault="001E736E" w:rsidP="001E736E">
      <w:pPr>
        <w:pStyle w:val="ListBullet"/>
        <w:rPr>
          <w:rFonts w:ascii="Verdana" w:hAnsi="Verdana"/>
        </w:rPr>
      </w:pPr>
      <w:r w:rsidRPr="00544574">
        <w:rPr>
          <w:rFonts w:ascii="Verdana" w:hAnsi="Verdana"/>
        </w:rPr>
        <w:t>Discuss: anonymous or signed? Decide as a class and explain why.</w:t>
      </w:r>
    </w:p>
    <w:p w14:paraId="65E955EA" w14:textId="77777777" w:rsidR="001E736E" w:rsidRPr="00544574" w:rsidRDefault="001E736E">
      <w:pPr>
        <w:rPr>
          <w:rFonts w:ascii="Verdana" w:hAnsi="Verdana"/>
        </w:rPr>
      </w:pPr>
      <w:r w:rsidRPr="00544574">
        <w:rPr>
          <w:rFonts w:ascii="Verdana" w:hAnsi="Verdana"/>
        </w:rPr>
        <w:br w:type="page"/>
      </w:r>
    </w:p>
    <w:p w14:paraId="297D02EF" w14:textId="4C1F400F" w:rsidR="00F05936" w:rsidRPr="001401F7" w:rsidRDefault="00544574" w:rsidP="001401F7">
      <w:pPr>
        <w:pStyle w:val="Heading1"/>
        <w:rPr>
          <w:rFonts w:ascii="Verdana" w:hAnsi="Verdana"/>
          <w:color w:val="000000" w:themeColor="text1"/>
        </w:rPr>
      </w:pPr>
      <w:bookmarkStart w:id="12" w:name="_Toc223812397"/>
      <w:r w:rsidRPr="001401F7">
        <w:rPr>
          <w:rFonts w:ascii="Verdana" w:hAnsi="Verdana"/>
          <w:color w:val="000000" w:themeColor="text1"/>
        </w:rPr>
        <w:lastRenderedPageBreak/>
        <w:t>Chapter 10: Laying Out the Clues</w:t>
      </w:r>
      <w:bookmarkEnd w:id="12"/>
    </w:p>
    <w:p w14:paraId="3BE64C3D" w14:textId="77777777" w:rsidR="00F05936" w:rsidRPr="00544574" w:rsidRDefault="00544574">
      <w:pPr>
        <w:rPr>
          <w:rFonts w:ascii="Verdana" w:hAnsi="Verdana"/>
        </w:rPr>
      </w:pPr>
      <w:r w:rsidRPr="00544574">
        <w:rPr>
          <w:rFonts w:ascii="Verdana" w:hAnsi="Verdana"/>
          <w:b/>
        </w:rPr>
        <w:t>Chapter Snapshot</w:t>
      </w:r>
    </w:p>
    <w:p w14:paraId="0D078998" w14:textId="77777777" w:rsidR="00F05936" w:rsidRPr="00544574" w:rsidRDefault="00544574">
      <w:pPr>
        <w:pStyle w:val="ListBullet"/>
        <w:rPr>
          <w:rFonts w:ascii="Verdana" w:hAnsi="Verdana"/>
        </w:rPr>
      </w:pPr>
      <w:r w:rsidRPr="00544574">
        <w:rPr>
          <w:rFonts w:ascii="Verdana" w:hAnsi="Verdana"/>
        </w:rPr>
        <w:t>Back in class, Charlie shares the full chain of evidence from his notebook, step by step.</w:t>
      </w:r>
    </w:p>
    <w:p w14:paraId="75363FFE" w14:textId="77777777" w:rsidR="00F05936" w:rsidRPr="00544574" w:rsidRDefault="00544574">
      <w:pPr>
        <w:pStyle w:val="ListBullet"/>
        <w:rPr>
          <w:rFonts w:ascii="Verdana" w:hAnsi="Verdana"/>
        </w:rPr>
      </w:pPr>
      <w:r w:rsidRPr="00544574">
        <w:rPr>
          <w:rFonts w:ascii="Verdana" w:hAnsi="Verdana"/>
        </w:rPr>
        <w:t>He connects the glitter, the missing supply bin, the reading corner clues, the lavender-scented tissues, and the matching fancy writing.</w:t>
      </w:r>
    </w:p>
    <w:p w14:paraId="3D41E0D2" w14:textId="77777777" w:rsidR="00F05936" w:rsidRPr="00544574" w:rsidRDefault="00544574">
      <w:pPr>
        <w:pStyle w:val="ListBullet"/>
        <w:rPr>
          <w:rFonts w:ascii="Verdana" w:hAnsi="Verdana"/>
        </w:rPr>
      </w:pPr>
      <w:r w:rsidRPr="00544574">
        <w:rPr>
          <w:rFonts w:ascii="Verdana" w:hAnsi="Verdana"/>
        </w:rPr>
        <w:t>The class understands the person was not trying to be mean; everyone waits for the final answer.</w:t>
      </w:r>
    </w:p>
    <w:p w14:paraId="52F0B849" w14:textId="77777777" w:rsidR="00606DC4" w:rsidRPr="00544574" w:rsidRDefault="00606DC4" w:rsidP="00606DC4">
      <w:pPr>
        <w:pStyle w:val="ListBullet"/>
        <w:ind w:left="360" w:hanging="360"/>
        <w:rPr>
          <w:rFonts w:ascii="Verdana" w:hAnsi="Verdana"/>
        </w:rPr>
      </w:pPr>
    </w:p>
    <w:p w14:paraId="75661ADE" w14:textId="52C37287" w:rsidR="00F05936" w:rsidRPr="00544574" w:rsidRDefault="00544574">
      <w:pPr>
        <w:rPr>
          <w:rFonts w:ascii="Verdana" w:hAnsi="Verdana"/>
        </w:rPr>
      </w:pPr>
      <w:r w:rsidRPr="00544574">
        <w:rPr>
          <w:rFonts w:ascii="Verdana" w:hAnsi="Verdana"/>
          <w:b/>
        </w:rPr>
        <w:t>SEL Discussion Notes</w:t>
      </w:r>
    </w:p>
    <w:p w14:paraId="6921AA56" w14:textId="77777777" w:rsidR="00F05936" w:rsidRPr="00544574" w:rsidRDefault="00544574">
      <w:pPr>
        <w:pStyle w:val="ListBullet"/>
        <w:rPr>
          <w:rFonts w:ascii="Verdana" w:hAnsi="Verdana"/>
        </w:rPr>
      </w:pPr>
      <w:r w:rsidRPr="00544574">
        <w:rPr>
          <w:rFonts w:ascii="Verdana" w:hAnsi="Verdana"/>
        </w:rPr>
        <w:t>What makes Charlie nervous about speaking to the whole class?</w:t>
      </w:r>
    </w:p>
    <w:p w14:paraId="4B909077" w14:textId="77777777" w:rsidR="00F05936" w:rsidRPr="00544574" w:rsidRDefault="00544574">
      <w:pPr>
        <w:pStyle w:val="ListBullet"/>
        <w:rPr>
          <w:rFonts w:ascii="Verdana" w:hAnsi="Verdana"/>
        </w:rPr>
      </w:pPr>
      <w:r w:rsidRPr="00544574">
        <w:rPr>
          <w:rFonts w:ascii="Verdana" w:hAnsi="Verdana"/>
        </w:rPr>
        <w:t>How can classmates show support during a presentation?</w:t>
      </w:r>
    </w:p>
    <w:p w14:paraId="0402FC4D" w14:textId="77777777" w:rsidR="00F05936" w:rsidRPr="00544574" w:rsidRDefault="00544574">
      <w:pPr>
        <w:pStyle w:val="ListBullet"/>
        <w:rPr>
          <w:rFonts w:ascii="Verdana" w:hAnsi="Verdana"/>
        </w:rPr>
      </w:pPr>
      <w:r w:rsidRPr="00544574">
        <w:rPr>
          <w:rFonts w:ascii="Verdana" w:hAnsi="Verdana"/>
        </w:rPr>
        <w:t>What does it mean to be brave when you feel unsure?</w:t>
      </w:r>
    </w:p>
    <w:p w14:paraId="17271E55" w14:textId="77777777" w:rsidR="001E736E" w:rsidRPr="00544574" w:rsidRDefault="001E736E">
      <w:pPr>
        <w:rPr>
          <w:rFonts w:ascii="Verdana" w:hAnsi="Verdana"/>
          <w:b/>
        </w:rPr>
      </w:pPr>
    </w:p>
    <w:p w14:paraId="0195CC00" w14:textId="4995E962" w:rsidR="00F05936" w:rsidRPr="00544574" w:rsidRDefault="00544574">
      <w:pPr>
        <w:rPr>
          <w:rFonts w:ascii="Verdana" w:hAnsi="Verdana"/>
        </w:rPr>
      </w:pPr>
      <w:r w:rsidRPr="00544574">
        <w:rPr>
          <w:rFonts w:ascii="Verdana" w:hAnsi="Verdana"/>
          <w:b/>
        </w:rPr>
        <w:t>Writing Prompt</w:t>
      </w:r>
    </w:p>
    <w:p w14:paraId="6ABFCE0D" w14:textId="77777777" w:rsidR="00F05936" w:rsidRPr="00544574" w:rsidRDefault="00544574">
      <w:pPr>
        <w:rPr>
          <w:rFonts w:ascii="Verdana" w:hAnsi="Verdana"/>
        </w:rPr>
      </w:pPr>
      <w:r w:rsidRPr="00544574">
        <w:rPr>
          <w:rFonts w:ascii="Verdana" w:hAnsi="Verdana"/>
        </w:rPr>
        <w:t>Write a 6–8 sentence summary of the mystery so far. Include the first clue and the most important new clue.</w:t>
      </w:r>
    </w:p>
    <w:p w14:paraId="3A671D91" w14:textId="77777777" w:rsidR="001E736E" w:rsidRPr="00544574" w:rsidRDefault="001E736E">
      <w:pPr>
        <w:rPr>
          <w:rFonts w:ascii="Verdana" w:hAnsi="Verdana"/>
        </w:rPr>
      </w:pPr>
    </w:p>
    <w:p w14:paraId="0210C5EA" w14:textId="77777777" w:rsidR="001E736E" w:rsidRPr="00544574" w:rsidRDefault="001E736E" w:rsidP="001E736E">
      <w:pPr>
        <w:rPr>
          <w:rFonts w:ascii="Verdana" w:hAnsi="Verdana"/>
        </w:rPr>
      </w:pPr>
      <w:r w:rsidRPr="00544574">
        <w:rPr>
          <w:rFonts w:ascii="Verdana" w:hAnsi="Verdana"/>
          <w:b/>
        </w:rPr>
        <w:t>Class Activity: Evidence Timeline Board</w:t>
      </w:r>
    </w:p>
    <w:p w14:paraId="58855FD3" w14:textId="77777777" w:rsidR="001E736E" w:rsidRPr="00544574" w:rsidRDefault="001E736E" w:rsidP="001E736E">
      <w:pPr>
        <w:pStyle w:val="ListBullet"/>
        <w:rPr>
          <w:rFonts w:ascii="Verdana" w:hAnsi="Verdana"/>
        </w:rPr>
      </w:pPr>
      <w:r w:rsidRPr="00544574">
        <w:rPr>
          <w:rFonts w:ascii="Verdana" w:hAnsi="Verdana"/>
        </w:rPr>
        <w:t>Create an evidence timeline on chart paper; add key clues in order.</w:t>
      </w:r>
    </w:p>
    <w:p w14:paraId="0FB9F5E1" w14:textId="77777777" w:rsidR="001E736E" w:rsidRPr="00544574" w:rsidRDefault="001E736E" w:rsidP="001E736E">
      <w:pPr>
        <w:pStyle w:val="ListBullet"/>
        <w:rPr>
          <w:rFonts w:ascii="Verdana" w:hAnsi="Verdana"/>
        </w:rPr>
      </w:pPr>
      <w:r w:rsidRPr="00544574">
        <w:rPr>
          <w:rFonts w:ascii="Verdana" w:hAnsi="Verdana"/>
        </w:rPr>
        <w:t>Students draw arrows to show connections between clues (glitter, list, lavender, writing).</w:t>
      </w:r>
    </w:p>
    <w:p w14:paraId="6C1A6325" w14:textId="77777777" w:rsidR="001E736E" w:rsidRPr="00544574" w:rsidRDefault="001E736E" w:rsidP="001E736E">
      <w:pPr>
        <w:pStyle w:val="ListBullet"/>
        <w:rPr>
          <w:rFonts w:ascii="Verdana" w:hAnsi="Verdana"/>
        </w:rPr>
      </w:pPr>
      <w:r w:rsidRPr="00544574">
        <w:rPr>
          <w:rFonts w:ascii="Verdana" w:hAnsi="Verdana"/>
        </w:rPr>
        <w:t>As a class, agree on which clues are strongest and explain why.</w:t>
      </w:r>
    </w:p>
    <w:p w14:paraId="38D5EDCE" w14:textId="77777777" w:rsidR="001E736E" w:rsidRPr="00544574" w:rsidRDefault="001E736E">
      <w:pPr>
        <w:rPr>
          <w:rFonts w:ascii="Verdana" w:hAnsi="Verdana"/>
        </w:rPr>
      </w:pPr>
    </w:p>
    <w:p w14:paraId="253D98C1" w14:textId="1FE2FF83" w:rsidR="001E736E" w:rsidRPr="00544574" w:rsidRDefault="001E736E">
      <w:pPr>
        <w:rPr>
          <w:rFonts w:ascii="Verdana" w:hAnsi="Verdana"/>
        </w:rPr>
      </w:pPr>
      <w:r w:rsidRPr="00544574">
        <w:rPr>
          <w:rFonts w:ascii="Verdana" w:hAnsi="Verdana"/>
        </w:rPr>
        <w:br w:type="page"/>
      </w:r>
    </w:p>
    <w:p w14:paraId="4719DFAE" w14:textId="77777777" w:rsidR="00F05936" w:rsidRPr="001401F7" w:rsidRDefault="00544574" w:rsidP="001401F7">
      <w:pPr>
        <w:pStyle w:val="Heading1"/>
        <w:rPr>
          <w:rFonts w:ascii="Verdana" w:hAnsi="Verdana"/>
          <w:color w:val="000000" w:themeColor="text1"/>
        </w:rPr>
      </w:pPr>
      <w:bookmarkStart w:id="13" w:name="_Toc223812398"/>
      <w:r w:rsidRPr="001401F7">
        <w:rPr>
          <w:rFonts w:ascii="Verdana" w:hAnsi="Verdana"/>
          <w:color w:val="000000" w:themeColor="text1"/>
        </w:rPr>
        <w:lastRenderedPageBreak/>
        <w:t>Chapter 11: Secret Friend Steps Up</w:t>
      </w:r>
      <w:bookmarkEnd w:id="13"/>
    </w:p>
    <w:p w14:paraId="46A6FF8F" w14:textId="77777777" w:rsidR="00F05936" w:rsidRPr="00544574" w:rsidRDefault="00544574">
      <w:pPr>
        <w:rPr>
          <w:rFonts w:ascii="Verdana" w:hAnsi="Verdana"/>
        </w:rPr>
      </w:pPr>
      <w:r w:rsidRPr="00544574">
        <w:rPr>
          <w:rFonts w:ascii="Verdana" w:hAnsi="Verdana"/>
          <w:b/>
        </w:rPr>
        <w:t>Chapter Snapshot</w:t>
      </w:r>
    </w:p>
    <w:p w14:paraId="0FA6F9A1" w14:textId="77777777" w:rsidR="00F05936" w:rsidRPr="00544574" w:rsidRDefault="00544574" w:rsidP="00C3217E">
      <w:pPr>
        <w:pStyle w:val="ListBullet"/>
        <w:rPr>
          <w:rFonts w:ascii="Verdana" w:hAnsi="Verdana"/>
        </w:rPr>
      </w:pPr>
      <w:r w:rsidRPr="00544574">
        <w:rPr>
          <w:rFonts w:ascii="Verdana" w:hAnsi="Verdana"/>
        </w:rPr>
        <w:t>Lily steps forward and tells the truth: she made the “Secret Friend” cards and wrapped crayon bundles as gifts to help kindergarteners share.</w:t>
      </w:r>
    </w:p>
    <w:p w14:paraId="13C33F73" w14:textId="77777777" w:rsidR="00F05936" w:rsidRPr="00544574" w:rsidRDefault="00544574" w:rsidP="00C3217E">
      <w:pPr>
        <w:pStyle w:val="ListBullet"/>
        <w:rPr>
          <w:rFonts w:ascii="Verdana" w:hAnsi="Verdana"/>
        </w:rPr>
      </w:pPr>
      <w:r w:rsidRPr="00544574">
        <w:rPr>
          <w:rFonts w:ascii="Verdana" w:hAnsi="Verdana"/>
        </w:rPr>
        <w:t>She explains the lavender, glitter, and fancy tags, and admits she hid the supply bin in the coat closet.</w:t>
      </w:r>
    </w:p>
    <w:p w14:paraId="4465EDD4" w14:textId="77777777" w:rsidR="00F05936" w:rsidRPr="00544574" w:rsidRDefault="00544574">
      <w:pPr>
        <w:pStyle w:val="ListBullet"/>
        <w:rPr>
          <w:rFonts w:ascii="Verdana" w:hAnsi="Verdana"/>
        </w:rPr>
      </w:pPr>
      <w:r w:rsidRPr="00544574">
        <w:rPr>
          <w:rFonts w:ascii="Verdana" w:hAnsi="Verdana"/>
        </w:rPr>
        <w:t>The class responds with empathy and a plan; they start a Kindness Club, and Archer ends the day surrounded by laughter and belly rubs.</w:t>
      </w:r>
    </w:p>
    <w:p w14:paraId="2AFC8E5B" w14:textId="77777777" w:rsidR="00606DC4" w:rsidRPr="00544574" w:rsidRDefault="00606DC4" w:rsidP="00606DC4">
      <w:pPr>
        <w:pStyle w:val="ListBullet"/>
        <w:ind w:left="360" w:hanging="360"/>
        <w:rPr>
          <w:rFonts w:ascii="Verdana" w:hAnsi="Verdana"/>
        </w:rPr>
      </w:pPr>
    </w:p>
    <w:p w14:paraId="523ACF41" w14:textId="6E680A65" w:rsidR="00F05936" w:rsidRPr="00544574" w:rsidRDefault="00544574">
      <w:pPr>
        <w:rPr>
          <w:rFonts w:ascii="Verdana" w:hAnsi="Verdana"/>
        </w:rPr>
      </w:pPr>
      <w:r w:rsidRPr="00544574">
        <w:rPr>
          <w:rFonts w:ascii="Verdana" w:hAnsi="Verdana"/>
          <w:b/>
        </w:rPr>
        <w:t>SEL Discussion Notes</w:t>
      </w:r>
    </w:p>
    <w:p w14:paraId="352DE08F" w14:textId="77777777" w:rsidR="00F05936" w:rsidRPr="00544574" w:rsidRDefault="00544574">
      <w:pPr>
        <w:pStyle w:val="ListBullet"/>
        <w:rPr>
          <w:rFonts w:ascii="Verdana" w:hAnsi="Verdana"/>
        </w:rPr>
      </w:pPr>
      <w:r w:rsidRPr="00544574">
        <w:rPr>
          <w:rFonts w:ascii="Verdana" w:hAnsi="Verdana"/>
        </w:rPr>
        <w:t>Lily’s goal was kind, but her choice caused problems; how can both be true?</w:t>
      </w:r>
    </w:p>
    <w:p w14:paraId="3C0C8FA9" w14:textId="77777777" w:rsidR="00F05936" w:rsidRPr="00544574" w:rsidRDefault="00544574">
      <w:pPr>
        <w:pStyle w:val="ListBullet"/>
        <w:rPr>
          <w:rFonts w:ascii="Verdana" w:hAnsi="Verdana"/>
        </w:rPr>
      </w:pPr>
      <w:r w:rsidRPr="00544574">
        <w:rPr>
          <w:rFonts w:ascii="Verdana" w:hAnsi="Verdana"/>
        </w:rPr>
        <w:t>What makes telling the truth hard when you feel scared?</w:t>
      </w:r>
    </w:p>
    <w:p w14:paraId="48F02BB3" w14:textId="77777777" w:rsidR="00F05936" w:rsidRPr="00544574" w:rsidRDefault="00544574">
      <w:pPr>
        <w:pStyle w:val="ListBullet"/>
        <w:rPr>
          <w:rFonts w:ascii="Verdana" w:hAnsi="Verdana"/>
        </w:rPr>
      </w:pPr>
      <w:r w:rsidRPr="00544574">
        <w:rPr>
          <w:rFonts w:ascii="Verdana" w:hAnsi="Verdana"/>
        </w:rPr>
        <w:t>How does the class respond in a way that helps Lily learn and reconnect?</w:t>
      </w:r>
    </w:p>
    <w:p w14:paraId="579FA2D5" w14:textId="77777777" w:rsidR="001E736E" w:rsidRPr="00544574" w:rsidRDefault="001E736E">
      <w:pPr>
        <w:rPr>
          <w:rFonts w:ascii="Verdana" w:hAnsi="Verdana"/>
          <w:b/>
        </w:rPr>
      </w:pPr>
    </w:p>
    <w:p w14:paraId="40C93BAF" w14:textId="14F00940" w:rsidR="00F05936" w:rsidRPr="00544574" w:rsidRDefault="00544574">
      <w:pPr>
        <w:rPr>
          <w:rFonts w:ascii="Verdana" w:hAnsi="Verdana"/>
        </w:rPr>
      </w:pPr>
      <w:r w:rsidRPr="00544574">
        <w:rPr>
          <w:rFonts w:ascii="Verdana" w:hAnsi="Verdana"/>
          <w:b/>
        </w:rPr>
        <w:t>Writing Prompt</w:t>
      </w:r>
    </w:p>
    <w:p w14:paraId="03037142" w14:textId="77777777" w:rsidR="00F05936" w:rsidRPr="00544574" w:rsidRDefault="00544574">
      <w:pPr>
        <w:rPr>
          <w:rFonts w:ascii="Verdana" w:hAnsi="Verdana"/>
        </w:rPr>
      </w:pPr>
      <w:r w:rsidRPr="00544574">
        <w:rPr>
          <w:rFonts w:ascii="Verdana" w:hAnsi="Verdana"/>
        </w:rPr>
        <w:t>Write a letter from Lily to the class explaining what she did, why she did it, and what she will do differently next time.</w:t>
      </w:r>
    </w:p>
    <w:p w14:paraId="4464ABFF" w14:textId="77777777" w:rsidR="00F05936" w:rsidRPr="00544574" w:rsidRDefault="00F05936">
      <w:pPr>
        <w:rPr>
          <w:rFonts w:ascii="Verdana" w:hAnsi="Verdana"/>
        </w:rPr>
      </w:pPr>
    </w:p>
    <w:p w14:paraId="2BE63DF1" w14:textId="77777777" w:rsidR="001E736E" w:rsidRPr="00544574" w:rsidRDefault="001E736E" w:rsidP="001E736E">
      <w:pPr>
        <w:rPr>
          <w:rFonts w:ascii="Verdana" w:hAnsi="Verdana"/>
        </w:rPr>
      </w:pPr>
      <w:r w:rsidRPr="00544574">
        <w:rPr>
          <w:rFonts w:ascii="Verdana" w:hAnsi="Verdana"/>
          <w:b/>
        </w:rPr>
        <w:t>Class Activity: Making It Right</w:t>
      </w:r>
    </w:p>
    <w:p w14:paraId="3AE302A5" w14:textId="77777777" w:rsidR="001E736E" w:rsidRPr="00544574" w:rsidRDefault="001E736E" w:rsidP="001E736E">
      <w:pPr>
        <w:pStyle w:val="ListBullet"/>
        <w:rPr>
          <w:rFonts w:ascii="Verdana" w:hAnsi="Verdana"/>
        </w:rPr>
      </w:pPr>
      <w:r w:rsidRPr="00544574">
        <w:rPr>
          <w:rFonts w:ascii="Verdana" w:hAnsi="Verdana"/>
        </w:rPr>
        <w:t>Brainstorm ways to repair harm: return items, tell the truth, apologize, make a new plan, ask for help next time.</w:t>
      </w:r>
    </w:p>
    <w:p w14:paraId="31E94158" w14:textId="77777777" w:rsidR="001E736E" w:rsidRPr="00544574" w:rsidRDefault="001E736E" w:rsidP="001E736E">
      <w:pPr>
        <w:pStyle w:val="ListBullet"/>
        <w:rPr>
          <w:rFonts w:ascii="Verdana" w:hAnsi="Verdana"/>
        </w:rPr>
      </w:pPr>
      <w:r w:rsidRPr="00544574">
        <w:rPr>
          <w:rFonts w:ascii="Verdana" w:hAnsi="Verdana"/>
        </w:rPr>
        <w:t>Students create a simple “Kindness Club” charter poster with 3–5 promises.</w:t>
      </w:r>
    </w:p>
    <w:p w14:paraId="5C7C98CB" w14:textId="77777777" w:rsidR="001E736E" w:rsidRDefault="001E736E" w:rsidP="001E736E">
      <w:pPr>
        <w:pStyle w:val="ListBullet"/>
        <w:rPr>
          <w:rFonts w:ascii="Verdana" w:hAnsi="Verdana"/>
        </w:rPr>
      </w:pPr>
      <w:r w:rsidRPr="00544574">
        <w:rPr>
          <w:rFonts w:ascii="Verdana" w:hAnsi="Verdana"/>
        </w:rPr>
        <w:t>Optional: plan one small kindness project the class can do this week</w:t>
      </w:r>
      <w:r w:rsidRPr="00252BC0">
        <w:rPr>
          <w:rFonts w:ascii="Verdana" w:hAnsi="Verdana"/>
        </w:rPr>
        <w:t>.</w:t>
      </w:r>
    </w:p>
    <w:p w14:paraId="163D8DEC" w14:textId="77777777" w:rsidR="00544574" w:rsidRDefault="00544574" w:rsidP="00544574">
      <w:pPr>
        <w:pStyle w:val="ListBullet"/>
        <w:ind w:left="360" w:hanging="360"/>
        <w:rPr>
          <w:rFonts w:ascii="Verdana" w:hAnsi="Verdana"/>
        </w:rPr>
      </w:pPr>
    </w:p>
    <w:p w14:paraId="3ADC5000" w14:textId="30F5F634" w:rsidR="00544574" w:rsidRDefault="00544574">
      <w:pPr>
        <w:rPr>
          <w:rFonts w:ascii="Verdana" w:hAnsi="Verdana"/>
        </w:rPr>
      </w:pPr>
      <w:r>
        <w:rPr>
          <w:rFonts w:ascii="Verdana" w:hAnsi="Verdana"/>
        </w:rPr>
        <w:br w:type="page"/>
      </w:r>
    </w:p>
    <w:p w14:paraId="36230C72" w14:textId="2F3E6FD1" w:rsidR="00544574" w:rsidRPr="001401F7" w:rsidRDefault="001401F7" w:rsidP="001401F7">
      <w:pPr>
        <w:pStyle w:val="Heading1"/>
        <w:rPr>
          <w:rFonts w:ascii="Verdana" w:hAnsi="Verdana"/>
          <w:b w:val="0"/>
          <w:bCs w:val="0"/>
          <w:color w:val="000000" w:themeColor="text1"/>
        </w:rPr>
      </w:pPr>
      <w:bookmarkStart w:id="14" w:name="_Toc223812399"/>
      <w:r w:rsidRPr="001401F7">
        <w:rPr>
          <w:rFonts w:ascii="Verdana" w:hAnsi="Verdana"/>
          <w:color w:val="000000" w:themeColor="text1"/>
        </w:rPr>
        <w:lastRenderedPageBreak/>
        <w:t xml:space="preserve">Therapy Dogs in Real Life </w:t>
      </w:r>
      <w:r w:rsidRPr="001401F7">
        <w:rPr>
          <w:rFonts w:ascii="Verdana" w:hAnsi="Verdana"/>
          <w:b w:val="0"/>
          <w:bCs w:val="0"/>
          <w:color w:val="000000" w:themeColor="text1"/>
          <w:sz w:val="24"/>
          <w:szCs w:val="24"/>
        </w:rPr>
        <w:t>(</w:t>
      </w:r>
      <w:r w:rsidR="00544574" w:rsidRPr="001401F7">
        <w:rPr>
          <w:rFonts w:ascii="Verdana" w:hAnsi="Verdana"/>
          <w:b w:val="0"/>
          <w:bCs w:val="0"/>
          <w:color w:val="000000" w:themeColor="text1"/>
          <w:sz w:val="24"/>
          <w:szCs w:val="24"/>
        </w:rPr>
        <w:t>Want to Know More About Therapy Dogs?</w:t>
      </w:r>
      <w:r w:rsidRPr="001401F7">
        <w:rPr>
          <w:rFonts w:ascii="Verdana" w:hAnsi="Verdana"/>
          <w:b w:val="0"/>
          <w:bCs w:val="0"/>
          <w:color w:val="000000" w:themeColor="text1"/>
          <w:sz w:val="24"/>
          <w:szCs w:val="24"/>
        </w:rPr>
        <w:t>)</w:t>
      </w:r>
      <w:bookmarkEnd w:id="14"/>
    </w:p>
    <w:p w14:paraId="125821A5" w14:textId="04EC7BA0" w:rsidR="00544574" w:rsidRDefault="00544574" w:rsidP="00544574">
      <w:pPr>
        <w:rPr>
          <w:rFonts w:ascii="Verdana" w:hAnsi="Verdana"/>
          <w:b/>
        </w:rPr>
      </w:pPr>
      <w:r>
        <w:rPr>
          <w:rFonts w:ascii="Verdana" w:hAnsi="Verdana"/>
          <w:b/>
        </w:rPr>
        <w:t>Section</w:t>
      </w:r>
      <w:r w:rsidRPr="00544574">
        <w:rPr>
          <w:rFonts w:ascii="Verdana" w:hAnsi="Verdana"/>
          <w:b/>
        </w:rPr>
        <w:t xml:space="preserve"> Snapshot</w:t>
      </w:r>
      <w:r>
        <w:rPr>
          <w:rFonts w:ascii="Verdana" w:hAnsi="Verdana"/>
          <w:b/>
        </w:rPr>
        <w:t>:</w:t>
      </w:r>
    </w:p>
    <w:p w14:paraId="2356E19B" w14:textId="31BB4588" w:rsidR="00C3217E" w:rsidRPr="00C3217E" w:rsidRDefault="00C3217E" w:rsidP="00C3217E">
      <w:pPr>
        <w:pStyle w:val="ListBullet"/>
        <w:numPr>
          <w:ilvl w:val="0"/>
          <w:numId w:val="12"/>
        </w:numPr>
        <w:rPr>
          <w:rFonts w:ascii="Verdana" w:hAnsi="Verdana"/>
        </w:rPr>
      </w:pPr>
      <w:r w:rsidRPr="00C3217E">
        <w:rPr>
          <w:rFonts w:ascii="Verdana" w:hAnsi="Verdana"/>
        </w:rPr>
        <w:t xml:space="preserve">Archer is a real therapy dog, and Katie Baron is his </w:t>
      </w:r>
      <w:r>
        <w:rPr>
          <w:rFonts w:ascii="Verdana" w:hAnsi="Verdana"/>
        </w:rPr>
        <w:t>owner</w:t>
      </w:r>
      <w:r w:rsidRPr="00C3217E">
        <w:rPr>
          <w:rFonts w:ascii="Verdana" w:hAnsi="Verdana"/>
        </w:rPr>
        <w:t>, therapy dog teammate, and the author of the book.</w:t>
      </w:r>
    </w:p>
    <w:p w14:paraId="5719ABFB" w14:textId="042F7F45" w:rsidR="00C3217E" w:rsidRPr="00C3217E" w:rsidRDefault="00C3217E" w:rsidP="00C3217E">
      <w:pPr>
        <w:pStyle w:val="ListBullet"/>
        <w:numPr>
          <w:ilvl w:val="0"/>
          <w:numId w:val="12"/>
        </w:numPr>
        <w:rPr>
          <w:rFonts w:ascii="Verdana" w:hAnsi="Verdana"/>
        </w:rPr>
      </w:pPr>
      <w:r w:rsidRPr="00C3217E">
        <w:rPr>
          <w:rFonts w:ascii="Verdana" w:hAnsi="Verdana"/>
        </w:rPr>
        <w:t xml:space="preserve">The book is fiction, so Archer’s school role in the story is different from </w:t>
      </w:r>
      <w:r w:rsidR="002E2699">
        <w:rPr>
          <w:rFonts w:ascii="Verdana" w:hAnsi="Verdana"/>
        </w:rPr>
        <w:t>real life</w:t>
      </w:r>
      <w:r w:rsidRPr="00C3217E">
        <w:rPr>
          <w:rFonts w:ascii="Verdana" w:hAnsi="Verdana"/>
        </w:rPr>
        <w:t xml:space="preserve"> therapy dog work.</w:t>
      </w:r>
    </w:p>
    <w:p w14:paraId="0EE7B0A0" w14:textId="45641231" w:rsidR="00C3217E" w:rsidRPr="00C3217E" w:rsidRDefault="00C3217E" w:rsidP="00C3217E">
      <w:pPr>
        <w:pStyle w:val="ListBullet"/>
        <w:numPr>
          <w:ilvl w:val="0"/>
          <w:numId w:val="12"/>
        </w:numPr>
        <w:rPr>
          <w:rFonts w:ascii="Verdana" w:hAnsi="Verdana"/>
        </w:rPr>
      </w:pPr>
      <w:r w:rsidRPr="00C3217E">
        <w:rPr>
          <w:rFonts w:ascii="Verdana" w:hAnsi="Verdana"/>
        </w:rPr>
        <w:t>Real therapy dog visits follow rules: Archer stays on leash, works with Katie, and visits are usually short (about an hour), not all day in one classroom.</w:t>
      </w:r>
    </w:p>
    <w:p w14:paraId="696FA7F0" w14:textId="4DD268DA" w:rsidR="00C3217E" w:rsidRPr="00C3217E" w:rsidRDefault="00C3217E" w:rsidP="00C3217E">
      <w:pPr>
        <w:pStyle w:val="ListBullet"/>
        <w:numPr>
          <w:ilvl w:val="0"/>
          <w:numId w:val="12"/>
        </w:numPr>
        <w:rPr>
          <w:rFonts w:ascii="Verdana" w:hAnsi="Verdana"/>
        </w:rPr>
      </w:pPr>
      <w:r w:rsidRPr="00C3217E">
        <w:rPr>
          <w:rFonts w:ascii="Verdana" w:hAnsi="Verdana"/>
        </w:rPr>
        <w:t>Therapy dogs and facility dogs are different, and Archer and Katie also have special First Responder Therapy Dog certification to support first responders after difficult emergencies.</w:t>
      </w:r>
    </w:p>
    <w:p w14:paraId="66E867BA" w14:textId="77777777" w:rsidR="00544574" w:rsidRPr="00544574" w:rsidRDefault="00544574" w:rsidP="00544574">
      <w:pPr>
        <w:pStyle w:val="ListBullet"/>
        <w:ind w:left="360" w:hanging="360"/>
        <w:rPr>
          <w:rFonts w:ascii="Verdana" w:hAnsi="Verdana"/>
        </w:rPr>
      </w:pPr>
    </w:p>
    <w:p w14:paraId="7CE02980" w14:textId="77777777" w:rsidR="00544574" w:rsidRPr="00544574" w:rsidRDefault="00544574" w:rsidP="00544574">
      <w:pPr>
        <w:rPr>
          <w:rFonts w:ascii="Verdana" w:hAnsi="Verdana"/>
        </w:rPr>
      </w:pPr>
      <w:r w:rsidRPr="00544574">
        <w:rPr>
          <w:rFonts w:ascii="Verdana" w:hAnsi="Verdana"/>
          <w:b/>
        </w:rPr>
        <w:t>Student Detective Notebook: Quick Key</w:t>
      </w:r>
    </w:p>
    <w:p w14:paraId="0681F4E6" w14:textId="112871DE" w:rsidR="00C3217E" w:rsidRPr="00C3217E" w:rsidRDefault="00C3217E" w:rsidP="00C3217E">
      <w:pPr>
        <w:pStyle w:val="ListBullet"/>
        <w:tabs>
          <w:tab w:val="num" w:pos="360"/>
        </w:tabs>
        <w:ind w:left="360" w:hanging="360"/>
        <w:rPr>
          <w:rFonts w:ascii="Verdana" w:hAnsi="Verdana"/>
        </w:rPr>
      </w:pPr>
      <w:r w:rsidRPr="00C3217E">
        <w:rPr>
          <w:rFonts w:ascii="Verdana" w:hAnsi="Verdana"/>
        </w:rPr>
        <w:t>Evidence Hunt 1</w:t>
      </w:r>
      <w:r w:rsidR="00B56BA1">
        <w:rPr>
          <w:rFonts w:ascii="Verdana" w:hAnsi="Verdana"/>
        </w:rPr>
        <w:t>: New Jersey</w:t>
      </w:r>
      <w:r w:rsidRPr="00C3217E">
        <w:rPr>
          <w:rFonts w:ascii="Verdana" w:hAnsi="Verdana"/>
        </w:rPr>
        <w:t>.</w:t>
      </w:r>
    </w:p>
    <w:p w14:paraId="429CDB3E" w14:textId="28407D9E" w:rsidR="00C3217E" w:rsidRPr="00C3217E" w:rsidRDefault="00C3217E" w:rsidP="00C3217E">
      <w:pPr>
        <w:pStyle w:val="ListBullet"/>
        <w:tabs>
          <w:tab w:val="num" w:pos="360"/>
        </w:tabs>
        <w:ind w:left="360" w:hanging="360"/>
        <w:rPr>
          <w:rFonts w:ascii="Verdana" w:hAnsi="Verdana"/>
        </w:rPr>
      </w:pPr>
      <w:r w:rsidRPr="00C3217E">
        <w:rPr>
          <w:rFonts w:ascii="Verdana" w:hAnsi="Verdana"/>
        </w:rPr>
        <w:t xml:space="preserve">Evidence Hunt 2: Accept answers that mention training, </w:t>
      </w:r>
      <w:r w:rsidR="00B56BA1">
        <w:rPr>
          <w:rFonts w:ascii="Verdana" w:hAnsi="Verdana"/>
        </w:rPr>
        <w:t>practice, take a test</w:t>
      </w:r>
      <w:r w:rsidRPr="00C3217E">
        <w:rPr>
          <w:rFonts w:ascii="Verdana" w:hAnsi="Verdana"/>
        </w:rPr>
        <w:t xml:space="preserve"> </w:t>
      </w:r>
    </w:p>
    <w:p w14:paraId="1693C280" w14:textId="70A30757" w:rsidR="00C3217E" w:rsidRPr="00B56BA1" w:rsidRDefault="00C3217E" w:rsidP="00C3217E">
      <w:pPr>
        <w:pStyle w:val="ListBullet"/>
        <w:tabs>
          <w:tab w:val="num" w:pos="360"/>
        </w:tabs>
        <w:ind w:left="360" w:hanging="360"/>
        <w:rPr>
          <w:rFonts w:ascii="Verdana" w:hAnsi="Verdana"/>
        </w:rPr>
      </w:pPr>
      <w:r w:rsidRPr="00B56BA1">
        <w:rPr>
          <w:rFonts w:ascii="Verdana" w:hAnsi="Verdana"/>
        </w:rPr>
        <w:t>Evidence Hunt 3: schools, libraries, nursing homes, hospitals</w:t>
      </w:r>
    </w:p>
    <w:p w14:paraId="1362C65F" w14:textId="479C21A1" w:rsidR="00373174" w:rsidRPr="00373174" w:rsidRDefault="00C3217E" w:rsidP="00C3217E">
      <w:pPr>
        <w:pStyle w:val="ListBullet"/>
        <w:rPr>
          <w:rFonts w:ascii="Verdana" w:hAnsi="Verdana"/>
          <w:sz w:val="2"/>
          <w:szCs w:val="2"/>
        </w:rPr>
      </w:pPr>
      <w:r w:rsidRPr="00C3217E">
        <w:rPr>
          <w:rFonts w:ascii="Verdana" w:hAnsi="Verdana"/>
        </w:rPr>
        <w:t>Fiction vs real life answer ke</w:t>
      </w:r>
      <w:r>
        <w:rPr>
          <w:rFonts w:ascii="Verdana" w:hAnsi="Verdana"/>
        </w:rPr>
        <w:t>y</w:t>
      </w:r>
      <w:r w:rsidRPr="00C3217E">
        <w:rPr>
          <w:rFonts w:ascii="Verdana" w:hAnsi="Verdana"/>
        </w:rPr>
        <w:t xml:space="preserve">: </w:t>
      </w:r>
      <w:r w:rsidRPr="00F6457A">
        <w:rPr>
          <w:rFonts w:ascii="Verdana" w:hAnsi="Verdana"/>
          <w:b/>
          <w:bCs/>
        </w:rPr>
        <w:t xml:space="preserve">YES, NO, </w:t>
      </w:r>
      <w:r w:rsidR="00373174" w:rsidRPr="00F6457A">
        <w:rPr>
          <w:rFonts w:ascii="Verdana" w:hAnsi="Verdana"/>
          <w:b/>
          <w:bCs/>
        </w:rPr>
        <w:t>NO</w:t>
      </w:r>
      <w:r w:rsidRPr="00F6457A">
        <w:rPr>
          <w:rFonts w:ascii="Verdana" w:hAnsi="Verdana"/>
          <w:b/>
          <w:bCs/>
        </w:rPr>
        <w:t xml:space="preserve">, YES, YES, </w:t>
      </w:r>
      <w:r w:rsidR="00373174" w:rsidRPr="00F6457A">
        <w:rPr>
          <w:rFonts w:ascii="Verdana" w:hAnsi="Verdana"/>
          <w:b/>
          <w:bCs/>
        </w:rPr>
        <w:t>NO</w:t>
      </w:r>
      <w:r w:rsidRPr="00C3217E">
        <w:rPr>
          <w:rFonts w:ascii="Verdana" w:hAnsi="Verdana"/>
        </w:rPr>
        <w:t xml:space="preserve">. </w:t>
      </w:r>
      <w:r w:rsidR="00373174">
        <w:rPr>
          <w:rFonts w:ascii="Verdana" w:hAnsi="Verdana"/>
        </w:rPr>
        <w:br/>
      </w:r>
    </w:p>
    <w:p w14:paraId="5829D31F" w14:textId="51495B45" w:rsidR="00373174" w:rsidRPr="00373174" w:rsidRDefault="00373174" w:rsidP="00373174">
      <w:pPr>
        <w:pStyle w:val="ListBullet"/>
        <w:tabs>
          <w:tab w:val="num" w:pos="1080"/>
        </w:tabs>
        <w:ind w:left="720"/>
        <w:rPr>
          <w:rFonts w:ascii="Verdana" w:hAnsi="Verdana"/>
        </w:rPr>
      </w:pPr>
      <w:r w:rsidRPr="00373174">
        <w:rPr>
          <w:rFonts w:ascii="Verdana" w:hAnsi="Verdana"/>
        </w:rPr>
        <w:t xml:space="preserve">In real life, Archer is always on leash. </w:t>
      </w:r>
      <w:r w:rsidRPr="00373174">
        <w:rPr>
          <w:rFonts w:ascii="Verdana" w:hAnsi="Verdana"/>
          <w:b/>
          <w:bCs/>
        </w:rPr>
        <w:t>YES</w:t>
      </w:r>
    </w:p>
    <w:p w14:paraId="579532C3" w14:textId="063F453B" w:rsidR="00373174" w:rsidRPr="00373174" w:rsidRDefault="00373174" w:rsidP="00373174">
      <w:pPr>
        <w:pStyle w:val="ListBullet"/>
        <w:tabs>
          <w:tab w:val="num" w:pos="1080"/>
        </w:tabs>
        <w:ind w:left="720"/>
        <w:rPr>
          <w:rFonts w:ascii="Verdana" w:hAnsi="Verdana"/>
        </w:rPr>
      </w:pPr>
      <w:r w:rsidRPr="00373174">
        <w:rPr>
          <w:rFonts w:ascii="Verdana" w:hAnsi="Verdana"/>
        </w:rPr>
        <w:t xml:space="preserve">In real life, Archer spends all day, every day in one classroom. </w:t>
      </w:r>
      <w:r w:rsidRPr="00373174">
        <w:rPr>
          <w:rFonts w:ascii="Verdana" w:hAnsi="Verdana"/>
          <w:b/>
          <w:bCs/>
        </w:rPr>
        <w:t>NO</w:t>
      </w:r>
    </w:p>
    <w:p w14:paraId="11C94F44" w14:textId="444F8FC5" w:rsidR="00373174" w:rsidRPr="00373174" w:rsidRDefault="00373174" w:rsidP="00373174">
      <w:pPr>
        <w:pStyle w:val="ListBullet"/>
        <w:tabs>
          <w:tab w:val="num" w:pos="1080"/>
        </w:tabs>
        <w:ind w:left="720"/>
        <w:rPr>
          <w:rFonts w:ascii="Verdana" w:hAnsi="Verdana"/>
        </w:rPr>
      </w:pPr>
      <w:r w:rsidRPr="00373174">
        <w:rPr>
          <w:rFonts w:ascii="Verdana" w:hAnsi="Verdana"/>
        </w:rPr>
        <w:t xml:space="preserve">In real life, Archer wears his vest on every therapy dog visit. </w:t>
      </w:r>
      <w:r w:rsidRPr="00373174">
        <w:rPr>
          <w:rFonts w:ascii="Verdana" w:hAnsi="Verdana"/>
          <w:b/>
          <w:bCs/>
        </w:rPr>
        <w:t>NO</w:t>
      </w:r>
    </w:p>
    <w:p w14:paraId="72F290CF" w14:textId="3B4B6045" w:rsidR="00373174" w:rsidRPr="00373174" w:rsidRDefault="00373174" w:rsidP="00373174">
      <w:pPr>
        <w:pStyle w:val="ListBullet"/>
        <w:tabs>
          <w:tab w:val="num" w:pos="1080"/>
        </w:tabs>
        <w:ind w:left="720"/>
        <w:rPr>
          <w:rFonts w:ascii="Verdana" w:hAnsi="Verdana"/>
        </w:rPr>
      </w:pPr>
      <w:r w:rsidRPr="00373174">
        <w:rPr>
          <w:rFonts w:ascii="Verdana" w:hAnsi="Verdana"/>
        </w:rPr>
        <w:t xml:space="preserve">In real life, Archer usually wears a bandana on therapy dog visits. </w:t>
      </w:r>
      <w:r w:rsidRPr="00373174">
        <w:rPr>
          <w:rFonts w:ascii="Verdana" w:hAnsi="Verdana"/>
          <w:b/>
          <w:bCs/>
        </w:rPr>
        <w:t>YES</w:t>
      </w:r>
      <w:r w:rsidRPr="00373174">
        <w:rPr>
          <w:rFonts w:ascii="Verdana" w:hAnsi="Verdana"/>
        </w:rPr>
        <w:t xml:space="preserve"> </w:t>
      </w:r>
    </w:p>
    <w:p w14:paraId="5EAA3C60" w14:textId="55B8F987" w:rsidR="00373174" w:rsidRPr="00373174" w:rsidRDefault="00373174" w:rsidP="00373174">
      <w:pPr>
        <w:pStyle w:val="ListBullet"/>
        <w:tabs>
          <w:tab w:val="num" w:pos="1080"/>
        </w:tabs>
        <w:ind w:left="720"/>
        <w:rPr>
          <w:rFonts w:ascii="Verdana" w:hAnsi="Verdana"/>
        </w:rPr>
      </w:pPr>
      <w:r w:rsidRPr="00373174">
        <w:rPr>
          <w:rFonts w:ascii="Verdana" w:hAnsi="Verdana"/>
        </w:rPr>
        <w:t xml:space="preserve">In real life, A therapy dog visit typically lasts about an hour. </w:t>
      </w:r>
      <w:r w:rsidRPr="00373174">
        <w:rPr>
          <w:rFonts w:ascii="Verdana" w:hAnsi="Verdana"/>
          <w:b/>
          <w:bCs/>
        </w:rPr>
        <w:t>YES</w:t>
      </w:r>
      <w:r w:rsidRPr="00373174">
        <w:rPr>
          <w:rFonts w:ascii="Verdana" w:hAnsi="Verdana"/>
        </w:rPr>
        <w:t xml:space="preserve"> </w:t>
      </w:r>
    </w:p>
    <w:p w14:paraId="3D996E55" w14:textId="2ADC2FAD" w:rsidR="00C3217E" w:rsidRPr="00373174" w:rsidRDefault="00373174" w:rsidP="00373174">
      <w:pPr>
        <w:pStyle w:val="ListBullet"/>
        <w:tabs>
          <w:tab w:val="num" w:pos="1080"/>
        </w:tabs>
        <w:ind w:left="720"/>
        <w:rPr>
          <w:rFonts w:ascii="Verdana" w:hAnsi="Verdana"/>
        </w:rPr>
      </w:pPr>
      <w:r w:rsidRPr="00373174">
        <w:rPr>
          <w:rFonts w:ascii="Verdana" w:hAnsi="Verdana"/>
        </w:rPr>
        <w:t xml:space="preserve">In real life, Archer and Katie visit multiple </w:t>
      </w:r>
      <w:r w:rsidR="0039137C">
        <w:rPr>
          <w:rFonts w:ascii="Verdana" w:hAnsi="Verdana"/>
        </w:rPr>
        <w:t>locations</w:t>
      </w:r>
      <w:r w:rsidRPr="00373174">
        <w:rPr>
          <w:rFonts w:ascii="Verdana" w:hAnsi="Verdana"/>
        </w:rPr>
        <w:t xml:space="preserve"> each day. </w:t>
      </w:r>
      <w:r w:rsidRPr="00373174">
        <w:rPr>
          <w:rFonts w:ascii="Verdana" w:hAnsi="Verdana"/>
          <w:b/>
          <w:bCs/>
        </w:rPr>
        <w:t>NO</w:t>
      </w:r>
    </w:p>
    <w:p w14:paraId="2178D718" w14:textId="40458607" w:rsidR="00C3217E" w:rsidRPr="00544574" w:rsidRDefault="00C3217E" w:rsidP="00C3217E">
      <w:pPr>
        <w:pStyle w:val="ListBullet"/>
        <w:tabs>
          <w:tab w:val="num" w:pos="360"/>
        </w:tabs>
        <w:ind w:left="360" w:hanging="360"/>
        <w:rPr>
          <w:rFonts w:ascii="Verdana" w:hAnsi="Verdana"/>
        </w:rPr>
      </w:pPr>
      <w:r w:rsidRPr="001C32E4">
        <w:rPr>
          <w:rFonts w:ascii="Verdana" w:hAnsi="Verdana"/>
        </w:rPr>
        <w:t>Word Detective Logs</w:t>
      </w:r>
      <w:r w:rsidR="001C32E4" w:rsidRPr="001C32E4">
        <w:rPr>
          <w:rFonts w:ascii="Verdana" w:hAnsi="Verdana"/>
        </w:rPr>
        <w:t xml:space="preserve"> (2 words)</w:t>
      </w:r>
    </w:p>
    <w:p w14:paraId="0DB19F05" w14:textId="77777777" w:rsidR="00C3217E" w:rsidRDefault="00C3217E" w:rsidP="00544574">
      <w:pPr>
        <w:rPr>
          <w:rFonts w:ascii="Verdana" w:hAnsi="Verdana"/>
          <w:b/>
        </w:rPr>
      </w:pPr>
    </w:p>
    <w:p w14:paraId="509D9FBD" w14:textId="46BE4D8B" w:rsidR="00544574" w:rsidRPr="00544574" w:rsidRDefault="00544574" w:rsidP="00544574">
      <w:pPr>
        <w:rPr>
          <w:rFonts w:ascii="Verdana" w:hAnsi="Verdana"/>
        </w:rPr>
      </w:pPr>
      <w:r w:rsidRPr="00FA1578">
        <w:rPr>
          <w:rFonts w:ascii="Verdana" w:hAnsi="Verdana"/>
          <w:b/>
        </w:rPr>
        <w:t>SEL Discussion Notes</w:t>
      </w:r>
    </w:p>
    <w:p w14:paraId="3FC2F36D" w14:textId="14AA4B66" w:rsidR="00DF0F85" w:rsidRPr="00DF0F85" w:rsidRDefault="00DF0F85" w:rsidP="00DF0F85">
      <w:pPr>
        <w:pStyle w:val="ListParagraph"/>
        <w:numPr>
          <w:ilvl w:val="0"/>
          <w:numId w:val="26"/>
        </w:numPr>
        <w:spacing w:line="240" w:lineRule="auto"/>
        <w:rPr>
          <w:rFonts w:ascii="Verdana" w:hAnsi="Verdana"/>
          <w:bCs/>
        </w:rPr>
      </w:pPr>
      <w:r w:rsidRPr="00DF0F85">
        <w:rPr>
          <w:rFonts w:ascii="Verdana" w:hAnsi="Verdana"/>
          <w:bCs/>
        </w:rPr>
        <w:t>What kinds of feelings might someone have before or during a therapy dog visit?</w:t>
      </w:r>
    </w:p>
    <w:p w14:paraId="350168C8" w14:textId="0E4E7898" w:rsidR="00DF0F85" w:rsidRPr="00DF0F85" w:rsidRDefault="00DF0F85" w:rsidP="00DF0F85">
      <w:pPr>
        <w:pStyle w:val="ListParagraph"/>
        <w:numPr>
          <w:ilvl w:val="0"/>
          <w:numId w:val="26"/>
        </w:numPr>
        <w:spacing w:line="240" w:lineRule="auto"/>
        <w:rPr>
          <w:rFonts w:ascii="Verdana" w:hAnsi="Verdana"/>
          <w:bCs/>
        </w:rPr>
      </w:pPr>
      <w:r w:rsidRPr="00DF0F85">
        <w:rPr>
          <w:rFonts w:ascii="Verdana" w:hAnsi="Verdana"/>
          <w:bCs/>
        </w:rPr>
        <w:t>How do you think Archer is helping when he visits libraries, schools, hospitals, and nursing homes?</w:t>
      </w:r>
    </w:p>
    <w:p w14:paraId="121D97F3" w14:textId="4051D0CC" w:rsidR="00DF0F85" w:rsidRPr="00DF0F85" w:rsidRDefault="00DF0F85" w:rsidP="00DF0F85">
      <w:pPr>
        <w:pStyle w:val="ListParagraph"/>
        <w:numPr>
          <w:ilvl w:val="0"/>
          <w:numId w:val="26"/>
        </w:numPr>
        <w:spacing w:line="240" w:lineRule="auto"/>
        <w:rPr>
          <w:rFonts w:ascii="Verdana" w:hAnsi="Verdana"/>
          <w:bCs/>
        </w:rPr>
      </w:pPr>
      <w:r w:rsidRPr="00DF0F85">
        <w:rPr>
          <w:rFonts w:ascii="Verdana" w:hAnsi="Verdana"/>
          <w:bCs/>
        </w:rPr>
        <w:t>Why might first responders need comfort after a hard day, and how could Archer help?</w:t>
      </w:r>
    </w:p>
    <w:p w14:paraId="0C9A029B" w14:textId="77777777" w:rsidR="00A45649" w:rsidRPr="00A45649" w:rsidRDefault="00A45649" w:rsidP="00544574">
      <w:pPr>
        <w:rPr>
          <w:rFonts w:ascii="Verdana" w:hAnsi="Verdana"/>
          <w:bCs/>
        </w:rPr>
      </w:pPr>
    </w:p>
    <w:p w14:paraId="45E1840D" w14:textId="77777777" w:rsidR="00544574" w:rsidRPr="00544574" w:rsidRDefault="00544574" w:rsidP="00544574">
      <w:pPr>
        <w:rPr>
          <w:rFonts w:ascii="Verdana" w:hAnsi="Verdana"/>
        </w:rPr>
      </w:pPr>
      <w:r w:rsidRPr="00544574">
        <w:rPr>
          <w:rFonts w:ascii="Verdana" w:hAnsi="Verdana"/>
          <w:b/>
        </w:rPr>
        <w:t>Writing Prompt</w:t>
      </w:r>
    </w:p>
    <w:p w14:paraId="7647C9FB" w14:textId="4580A412" w:rsidR="002A5E2C" w:rsidRDefault="00A45649">
      <w:pPr>
        <w:rPr>
          <w:rFonts w:ascii="Verdana" w:hAnsi="Verdana"/>
        </w:rPr>
      </w:pPr>
      <w:r w:rsidRPr="00A45649">
        <w:rPr>
          <w:rFonts w:ascii="Verdana" w:hAnsi="Verdana"/>
        </w:rPr>
        <w:t>How is Archer the same in the story and in real life? How is he different?</w:t>
      </w:r>
      <w:r w:rsidR="002A5E2C">
        <w:rPr>
          <w:rFonts w:ascii="Verdana" w:hAnsi="Verdana"/>
        </w:rPr>
        <w:br w:type="page"/>
      </w:r>
    </w:p>
    <w:p w14:paraId="29C2DE89" w14:textId="29E94D50" w:rsidR="002A5E2C" w:rsidRPr="002A5E2C" w:rsidRDefault="00544574" w:rsidP="002A5E2C">
      <w:pPr>
        <w:rPr>
          <w:rFonts w:ascii="Verdana" w:hAnsi="Verdana"/>
        </w:rPr>
      </w:pPr>
      <w:r w:rsidRPr="00544574">
        <w:rPr>
          <w:rFonts w:ascii="Verdana" w:hAnsi="Verdana"/>
          <w:b/>
        </w:rPr>
        <w:lastRenderedPageBreak/>
        <w:t xml:space="preserve">Class Activity: </w:t>
      </w:r>
      <w:r w:rsidR="002A5E2C" w:rsidRPr="002A5E2C">
        <w:rPr>
          <w:rFonts w:ascii="Verdana" w:hAnsi="Verdana"/>
          <w:b/>
          <w:bCs/>
        </w:rPr>
        <w:t>Therapy Dog Team Mission: Real or Fiction? (10–15 minutes)</w:t>
      </w:r>
    </w:p>
    <w:p w14:paraId="33DFFE65" w14:textId="2D536082" w:rsidR="002A5E2C" w:rsidRPr="002A5E2C" w:rsidRDefault="002A5E2C" w:rsidP="002A5E2C">
      <w:pPr>
        <w:pStyle w:val="ListBullet"/>
        <w:tabs>
          <w:tab w:val="num" w:pos="720"/>
        </w:tabs>
        <w:ind w:left="720"/>
        <w:rPr>
          <w:rFonts w:ascii="Verdana" w:hAnsi="Verdana"/>
        </w:rPr>
      </w:pPr>
      <w:r w:rsidRPr="002A5E2C">
        <w:rPr>
          <w:rFonts w:ascii="Verdana" w:hAnsi="Verdana"/>
          <w:b/>
          <w:bCs/>
        </w:rPr>
        <w:t>Goal:</w:t>
      </w:r>
      <w:r w:rsidRPr="002A5E2C">
        <w:rPr>
          <w:rFonts w:ascii="Verdana" w:hAnsi="Verdana"/>
        </w:rPr>
        <w:t xml:space="preserve"> Help students understand the difference between Archer’s </w:t>
      </w:r>
      <w:r w:rsidR="002E2699">
        <w:rPr>
          <w:rFonts w:ascii="Verdana" w:hAnsi="Verdana"/>
        </w:rPr>
        <w:t xml:space="preserve">fictional </w:t>
      </w:r>
      <w:r w:rsidRPr="002A5E2C">
        <w:rPr>
          <w:rFonts w:ascii="Verdana" w:hAnsi="Verdana"/>
        </w:rPr>
        <w:t>story adventures and real life therapy dog work.</w:t>
      </w:r>
    </w:p>
    <w:p w14:paraId="5152A6F5" w14:textId="77777777" w:rsidR="002A5E2C" w:rsidRPr="002A5E2C" w:rsidRDefault="002A5E2C" w:rsidP="002A5E2C">
      <w:pPr>
        <w:pStyle w:val="ListBullet"/>
        <w:ind w:left="720"/>
        <w:rPr>
          <w:rFonts w:ascii="Verdana" w:hAnsi="Verdana"/>
        </w:rPr>
      </w:pPr>
    </w:p>
    <w:p w14:paraId="332F2D40" w14:textId="77777777" w:rsidR="002A5E2C" w:rsidRPr="002A5E2C" w:rsidRDefault="002A5E2C" w:rsidP="002A5E2C">
      <w:pPr>
        <w:pStyle w:val="ListBullet"/>
        <w:tabs>
          <w:tab w:val="num" w:pos="720"/>
        </w:tabs>
        <w:ind w:left="720" w:hanging="360"/>
        <w:rPr>
          <w:rFonts w:ascii="Verdana" w:hAnsi="Verdana"/>
          <w:b/>
          <w:bCs/>
        </w:rPr>
      </w:pPr>
      <w:r w:rsidRPr="002A5E2C">
        <w:rPr>
          <w:rFonts w:ascii="Verdana" w:hAnsi="Verdana"/>
          <w:b/>
          <w:bCs/>
        </w:rPr>
        <w:t>Materials</w:t>
      </w:r>
    </w:p>
    <w:p w14:paraId="33E7D1CF" w14:textId="74AB455F" w:rsidR="002A5E2C" w:rsidRPr="002A5E2C" w:rsidRDefault="002A5E2C" w:rsidP="002A5E2C">
      <w:pPr>
        <w:pStyle w:val="ListBullet"/>
        <w:numPr>
          <w:ilvl w:val="0"/>
          <w:numId w:val="13"/>
        </w:numPr>
        <w:tabs>
          <w:tab w:val="clear" w:pos="720"/>
          <w:tab w:val="num" w:pos="1080"/>
        </w:tabs>
        <w:ind w:left="1080"/>
        <w:rPr>
          <w:rFonts w:ascii="Verdana" w:hAnsi="Verdana"/>
        </w:rPr>
      </w:pPr>
      <w:r>
        <w:rPr>
          <w:rFonts w:ascii="Verdana" w:hAnsi="Verdana"/>
        </w:rPr>
        <w:t>Real or Fiction Statement List</w:t>
      </w:r>
      <w:r w:rsidRPr="002A5E2C">
        <w:rPr>
          <w:rFonts w:ascii="Verdana" w:hAnsi="Verdana"/>
        </w:rPr>
        <w:t xml:space="preserve"> (teacher reads alo</w:t>
      </w:r>
      <w:r>
        <w:rPr>
          <w:rFonts w:ascii="Verdana" w:hAnsi="Verdana"/>
        </w:rPr>
        <w:t>ud</w:t>
      </w:r>
      <w:r w:rsidRPr="002A5E2C">
        <w:rPr>
          <w:rFonts w:ascii="Verdana" w:hAnsi="Verdana"/>
        </w:rPr>
        <w:t>)</w:t>
      </w:r>
    </w:p>
    <w:p w14:paraId="5F68B8B5" w14:textId="2F068795" w:rsidR="002A5E2C" w:rsidRPr="002A5E2C" w:rsidRDefault="002E2699" w:rsidP="002A5E2C">
      <w:pPr>
        <w:pStyle w:val="ListBullet"/>
        <w:numPr>
          <w:ilvl w:val="0"/>
          <w:numId w:val="13"/>
        </w:numPr>
        <w:tabs>
          <w:tab w:val="clear" w:pos="720"/>
          <w:tab w:val="num" w:pos="1080"/>
        </w:tabs>
        <w:ind w:left="1080"/>
        <w:rPr>
          <w:rFonts w:ascii="Verdana" w:hAnsi="Verdana"/>
        </w:rPr>
      </w:pPr>
      <w:r>
        <w:rPr>
          <w:rFonts w:ascii="Verdana" w:hAnsi="Verdana"/>
        </w:rPr>
        <w:t>S</w:t>
      </w:r>
      <w:r w:rsidR="002A5E2C" w:rsidRPr="002A5E2C">
        <w:rPr>
          <w:rFonts w:ascii="Verdana" w:hAnsi="Verdana"/>
        </w:rPr>
        <w:t>igns/areas in the room:</w:t>
      </w:r>
    </w:p>
    <w:p w14:paraId="4F82CEAC" w14:textId="77777777" w:rsidR="002A5E2C" w:rsidRPr="002A5E2C" w:rsidRDefault="002A5E2C" w:rsidP="002A5E2C">
      <w:pPr>
        <w:pStyle w:val="ListBullet"/>
        <w:numPr>
          <w:ilvl w:val="1"/>
          <w:numId w:val="13"/>
        </w:numPr>
        <w:tabs>
          <w:tab w:val="clear" w:pos="1440"/>
          <w:tab w:val="num" w:pos="1800"/>
        </w:tabs>
        <w:ind w:left="1800"/>
        <w:rPr>
          <w:rFonts w:ascii="Verdana" w:hAnsi="Verdana"/>
        </w:rPr>
      </w:pPr>
      <w:r w:rsidRPr="002A5E2C">
        <w:rPr>
          <w:rFonts w:ascii="Verdana" w:hAnsi="Verdana"/>
          <w:b/>
          <w:bCs/>
        </w:rPr>
        <w:t>FICTION (The Crayon Caper)</w:t>
      </w:r>
    </w:p>
    <w:p w14:paraId="38E67FC9" w14:textId="77777777" w:rsidR="002A5E2C" w:rsidRPr="002A5E2C" w:rsidRDefault="002A5E2C" w:rsidP="002A5E2C">
      <w:pPr>
        <w:pStyle w:val="ListBullet"/>
        <w:numPr>
          <w:ilvl w:val="1"/>
          <w:numId w:val="13"/>
        </w:numPr>
        <w:tabs>
          <w:tab w:val="clear" w:pos="1440"/>
          <w:tab w:val="num" w:pos="1800"/>
        </w:tabs>
        <w:ind w:left="1800"/>
        <w:rPr>
          <w:rFonts w:ascii="Verdana" w:hAnsi="Verdana"/>
        </w:rPr>
      </w:pPr>
      <w:r w:rsidRPr="002A5E2C">
        <w:rPr>
          <w:rFonts w:ascii="Verdana" w:hAnsi="Verdana"/>
          <w:b/>
          <w:bCs/>
        </w:rPr>
        <w:t>REAL LIFE (Therapy Dog Visits)</w:t>
      </w:r>
    </w:p>
    <w:p w14:paraId="63F6337B" w14:textId="18C61AD5" w:rsidR="002A5E2C" w:rsidRPr="002E2699" w:rsidRDefault="002A5E2C" w:rsidP="002A5E2C">
      <w:pPr>
        <w:pStyle w:val="ListBullet"/>
        <w:numPr>
          <w:ilvl w:val="1"/>
          <w:numId w:val="13"/>
        </w:numPr>
        <w:tabs>
          <w:tab w:val="clear" w:pos="1440"/>
          <w:tab w:val="num" w:pos="1800"/>
        </w:tabs>
        <w:ind w:left="1800"/>
        <w:rPr>
          <w:rFonts w:ascii="Verdana" w:hAnsi="Verdana"/>
        </w:rPr>
      </w:pPr>
      <w:r w:rsidRPr="002A5E2C">
        <w:rPr>
          <w:rFonts w:ascii="Verdana" w:hAnsi="Verdana"/>
          <w:b/>
          <w:bCs/>
        </w:rPr>
        <w:t>BOTH</w:t>
      </w:r>
      <w:r w:rsidR="002E2699">
        <w:rPr>
          <w:rFonts w:ascii="Verdana" w:hAnsi="Verdana"/>
          <w:b/>
          <w:bCs/>
        </w:rPr>
        <w:t xml:space="preserve"> </w:t>
      </w:r>
      <w:r w:rsidR="002E2699" w:rsidRPr="002E2699">
        <w:rPr>
          <w:rFonts w:ascii="Verdana" w:hAnsi="Verdana"/>
        </w:rPr>
        <w:t>(this doesn’t have to be its own sign, it could just be the space between the other 2 signs)</w:t>
      </w:r>
    </w:p>
    <w:p w14:paraId="74341A25" w14:textId="77777777" w:rsidR="002A5E2C" w:rsidRPr="002A5E2C" w:rsidRDefault="002A5E2C" w:rsidP="002A5E2C">
      <w:pPr>
        <w:pStyle w:val="ListBullet"/>
        <w:ind w:left="720"/>
        <w:rPr>
          <w:rFonts w:ascii="Verdana" w:hAnsi="Verdana"/>
        </w:rPr>
      </w:pPr>
    </w:p>
    <w:p w14:paraId="7721DBA8" w14:textId="77777777" w:rsidR="002A5E2C" w:rsidRPr="002A5E2C" w:rsidRDefault="002A5E2C" w:rsidP="002A5E2C">
      <w:pPr>
        <w:pStyle w:val="ListBullet"/>
        <w:tabs>
          <w:tab w:val="num" w:pos="720"/>
        </w:tabs>
        <w:ind w:left="720" w:hanging="360"/>
        <w:rPr>
          <w:rFonts w:ascii="Verdana" w:hAnsi="Verdana"/>
          <w:b/>
          <w:bCs/>
        </w:rPr>
      </w:pPr>
      <w:r w:rsidRPr="002A5E2C">
        <w:rPr>
          <w:rFonts w:ascii="Verdana" w:hAnsi="Verdana"/>
          <w:b/>
          <w:bCs/>
        </w:rPr>
        <w:t>How to Play</w:t>
      </w:r>
    </w:p>
    <w:p w14:paraId="68F4C466" w14:textId="77777777" w:rsidR="002A5E2C" w:rsidRPr="002A5E2C" w:rsidRDefault="002A5E2C" w:rsidP="002A5E2C">
      <w:pPr>
        <w:pStyle w:val="ListBullet"/>
        <w:numPr>
          <w:ilvl w:val="0"/>
          <w:numId w:val="14"/>
        </w:numPr>
        <w:tabs>
          <w:tab w:val="clear" w:pos="720"/>
          <w:tab w:val="num" w:pos="1080"/>
        </w:tabs>
        <w:ind w:left="1080"/>
        <w:rPr>
          <w:rFonts w:ascii="Verdana" w:hAnsi="Verdana"/>
        </w:rPr>
      </w:pPr>
      <w:r w:rsidRPr="002A5E2C">
        <w:rPr>
          <w:rFonts w:ascii="Verdana" w:hAnsi="Verdana"/>
        </w:rPr>
        <w:t>Tell students they are “Therapy Dog Detectives.”</w:t>
      </w:r>
    </w:p>
    <w:p w14:paraId="111F6D60" w14:textId="21AEBA76" w:rsidR="002A5E2C" w:rsidRPr="002A5E2C" w:rsidRDefault="002E2699" w:rsidP="002A5E2C">
      <w:pPr>
        <w:pStyle w:val="ListBullet"/>
        <w:numPr>
          <w:ilvl w:val="0"/>
          <w:numId w:val="14"/>
        </w:numPr>
        <w:tabs>
          <w:tab w:val="clear" w:pos="720"/>
          <w:tab w:val="num" w:pos="1080"/>
        </w:tabs>
        <w:ind w:left="1080"/>
        <w:rPr>
          <w:rFonts w:ascii="Verdana" w:hAnsi="Verdana"/>
        </w:rPr>
      </w:pPr>
      <w:r>
        <w:rPr>
          <w:rFonts w:ascii="Verdana" w:hAnsi="Verdana"/>
        </w:rPr>
        <w:t>Adult r</w:t>
      </w:r>
      <w:r w:rsidR="002A5E2C" w:rsidRPr="002A5E2C">
        <w:rPr>
          <w:rFonts w:ascii="Verdana" w:hAnsi="Verdana"/>
        </w:rPr>
        <w:t>ead</w:t>
      </w:r>
      <w:r>
        <w:rPr>
          <w:rFonts w:ascii="Verdana" w:hAnsi="Verdana"/>
        </w:rPr>
        <w:t>s</w:t>
      </w:r>
      <w:r w:rsidR="002A5E2C" w:rsidRPr="002A5E2C">
        <w:rPr>
          <w:rFonts w:ascii="Verdana" w:hAnsi="Verdana"/>
        </w:rPr>
        <w:t xml:space="preserve"> one statement </w:t>
      </w:r>
      <w:r>
        <w:rPr>
          <w:rFonts w:ascii="Verdana" w:hAnsi="Verdana"/>
        </w:rPr>
        <w:t xml:space="preserve">from next page </w:t>
      </w:r>
      <w:r w:rsidR="002A5E2C" w:rsidRPr="002A5E2C">
        <w:rPr>
          <w:rFonts w:ascii="Verdana" w:hAnsi="Verdana"/>
        </w:rPr>
        <w:t>at a time</w:t>
      </w:r>
      <w:r>
        <w:rPr>
          <w:rFonts w:ascii="Verdana" w:hAnsi="Verdana"/>
        </w:rPr>
        <w:t xml:space="preserve"> (don’t reveal the answer)</w:t>
      </w:r>
      <w:r w:rsidR="002A5E2C" w:rsidRPr="002A5E2C">
        <w:rPr>
          <w:rFonts w:ascii="Verdana" w:hAnsi="Verdana"/>
        </w:rPr>
        <w:t>.</w:t>
      </w:r>
      <w:r>
        <w:rPr>
          <w:rFonts w:ascii="Verdana" w:hAnsi="Verdana"/>
        </w:rPr>
        <w:br/>
        <w:t>Option: Print out statements, cut apart, mix them up, and draw at random.</w:t>
      </w:r>
    </w:p>
    <w:p w14:paraId="7DB3BA10" w14:textId="77777777" w:rsidR="002A5E2C" w:rsidRPr="002A5E2C" w:rsidRDefault="002A5E2C" w:rsidP="002A5E2C">
      <w:pPr>
        <w:pStyle w:val="ListBullet"/>
        <w:numPr>
          <w:ilvl w:val="0"/>
          <w:numId w:val="14"/>
        </w:numPr>
        <w:tabs>
          <w:tab w:val="clear" w:pos="720"/>
          <w:tab w:val="num" w:pos="1080"/>
        </w:tabs>
        <w:ind w:left="1080"/>
        <w:rPr>
          <w:rFonts w:ascii="Verdana" w:hAnsi="Verdana"/>
        </w:rPr>
      </w:pPr>
      <w:r w:rsidRPr="002A5E2C">
        <w:rPr>
          <w:rFonts w:ascii="Verdana" w:hAnsi="Verdana"/>
        </w:rPr>
        <w:t xml:space="preserve">Students move to the room area that matches their answer: </w:t>
      </w:r>
      <w:r w:rsidRPr="002A5E2C">
        <w:rPr>
          <w:rFonts w:ascii="Verdana" w:hAnsi="Verdana"/>
          <w:b/>
          <w:bCs/>
        </w:rPr>
        <w:t>Fiction</w:t>
      </w:r>
      <w:r w:rsidRPr="002A5E2C">
        <w:rPr>
          <w:rFonts w:ascii="Verdana" w:hAnsi="Verdana"/>
        </w:rPr>
        <w:t xml:space="preserve">, </w:t>
      </w:r>
      <w:r w:rsidRPr="002A5E2C">
        <w:rPr>
          <w:rFonts w:ascii="Verdana" w:hAnsi="Verdana"/>
          <w:b/>
          <w:bCs/>
        </w:rPr>
        <w:t>Real Life</w:t>
      </w:r>
      <w:r w:rsidRPr="002A5E2C">
        <w:rPr>
          <w:rFonts w:ascii="Verdana" w:hAnsi="Verdana"/>
        </w:rPr>
        <w:t xml:space="preserve">, or </w:t>
      </w:r>
      <w:r w:rsidRPr="002A5E2C">
        <w:rPr>
          <w:rFonts w:ascii="Verdana" w:hAnsi="Verdana"/>
          <w:b/>
          <w:bCs/>
        </w:rPr>
        <w:t>Both</w:t>
      </w:r>
      <w:r w:rsidRPr="002A5E2C">
        <w:rPr>
          <w:rFonts w:ascii="Verdana" w:hAnsi="Verdana"/>
        </w:rPr>
        <w:t>.</w:t>
      </w:r>
    </w:p>
    <w:p w14:paraId="72F5EEDF" w14:textId="77777777" w:rsidR="002A5E2C" w:rsidRPr="002A5E2C" w:rsidRDefault="002A5E2C" w:rsidP="002A5E2C">
      <w:pPr>
        <w:pStyle w:val="ListBullet"/>
        <w:numPr>
          <w:ilvl w:val="0"/>
          <w:numId w:val="14"/>
        </w:numPr>
        <w:tabs>
          <w:tab w:val="clear" w:pos="720"/>
          <w:tab w:val="num" w:pos="1080"/>
        </w:tabs>
        <w:ind w:left="1080"/>
        <w:rPr>
          <w:rFonts w:ascii="Verdana" w:hAnsi="Verdana"/>
        </w:rPr>
      </w:pPr>
      <w:r w:rsidRPr="002A5E2C">
        <w:rPr>
          <w:rFonts w:ascii="Verdana" w:hAnsi="Verdana"/>
        </w:rPr>
        <w:t>Call on 1–2 students to explain their thinking using evidence from the book section or notebook.</w:t>
      </w:r>
    </w:p>
    <w:p w14:paraId="5FD9D2FA" w14:textId="7A3D2CBF" w:rsidR="002A5E2C" w:rsidRDefault="002A5E2C" w:rsidP="002A5E2C">
      <w:pPr>
        <w:pStyle w:val="ListBullet"/>
        <w:numPr>
          <w:ilvl w:val="0"/>
          <w:numId w:val="14"/>
        </w:numPr>
        <w:tabs>
          <w:tab w:val="clear" w:pos="720"/>
          <w:tab w:val="num" w:pos="1080"/>
        </w:tabs>
        <w:ind w:left="1080"/>
        <w:rPr>
          <w:rFonts w:ascii="Verdana" w:hAnsi="Verdana"/>
        </w:rPr>
      </w:pPr>
      <w:r w:rsidRPr="002A5E2C">
        <w:rPr>
          <w:rFonts w:ascii="Verdana" w:hAnsi="Verdana"/>
        </w:rPr>
        <w:t>Reveal the answer and give a quick clarification</w:t>
      </w:r>
      <w:r>
        <w:rPr>
          <w:rFonts w:ascii="Verdana" w:hAnsi="Verdana"/>
        </w:rPr>
        <w:t>, if needed</w:t>
      </w:r>
      <w:r w:rsidRPr="002A5E2C">
        <w:rPr>
          <w:rFonts w:ascii="Verdana" w:hAnsi="Verdana"/>
        </w:rPr>
        <w:t>.</w:t>
      </w:r>
    </w:p>
    <w:p w14:paraId="7BB544FC" w14:textId="77777777" w:rsidR="002E2699" w:rsidRDefault="002E2699" w:rsidP="002E2699">
      <w:pPr>
        <w:pStyle w:val="ListBullet"/>
        <w:ind w:left="360" w:hanging="360"/>
        <w:rPr>
          <w:rFonts w:ascii="Verdana" w:hAnsi="Verdana"/>
        </w:rPr>
      </w:pPr>
    </w:p>
    <w:p w14:paraId="4783B04C" w14:textId="31A1B2AE" w:rsidR="002E2699" w:rsidRPr="002E2699" w:rsidRDefault="002E2699" w:rsidP="002E2699">
      <w:pPr>
        <w:pStyle w:val="ListBullet"/>
        <w:tabs>
          <w:tab w:val="num" w:pos="720"/>
        </w:tabs>
        <w:ind w:left="720" w:hanging="360"/>
        <w:rPr>
          <w:rFonts w:ascii="Verdana" w:hAnsi="Verdana"/>
          <w:b/>
          <w:bCs/>
        </w:rPr>
      </w:pPr>
      <w:r>
        <w:rPr>
          <w:rFonts w:ascii="Verdana" w:hAnsi="Verdana"/>
          <w:b/>
          <w:bCs/>
        </w:rPr>
        <w:t>Benefits</w:t>
      </w:r>
    </w:p>
    <w:p w14:paraId="220F2C1A" w14:textId="77777777" w:rsidR="002E2699" w:rsidRPr="002E2699" w:rsidRDefault="002E2699" w:rsidP="002E2699">
      <w:pPr>
        <w:pStyle w:val="ListBullet"/>
        <w:numPr>
          <w:ilvl w:val="0"/>
          <w:numId w:val="23"/>
        </w:numPr>
        <w:rPr>
          <w:rFonts w:ascii="Verdana" w:hAnsi="Verdana"/>
        </w:rPr>
      </w:pPr>
      <w:r w:rsidRPr="002E2699">
        <w:rPr>
          <w:rFonts w:ascii="Verdana" w:hAnsi="Verdana"/>
        </w:rPr>
        <w:t>It gets kids moving.</w:t>
      </w:r>
    </w:p>
    <w:p w14:paraId="3B1BA8C7" w14:textId="77777777" w:rsidR="002E2699" w:rsidRPr="002E2699" w:rsidRDefault="002E2699" w:rsidP="002E2699">
      <w:pPr>
        <w:pStyle w:val="ListBullet"/>
        <w:numPr>
          <w:ilvl w:val="0"/>
          <w:numId w:val="23"/>
        </w:numPr>
        <w:rPr>
          <w:rFonts w:ascii="Verdana" w:hAnsi="Verdana"/>
        </w:rPr>
      </w:pPr>
      <w:r w:rsidRPr="002E2699">
        <w:rPr>
          <w:rFonts w:ascii="Verdana" w:hAnsi="Verdana"/>
        </w:rPr>
        <w:t>It reinforces nonfiction comprehension.</w:t>
      </w:r>
    </w:p>
    <w:p w14:paraId="2F26B123" w14:textId="0B6CEBC8" w:rsidR="002E2699" w:rsidRPr="002E2699" w:rsidRDefault="002E2699" w:rsidP="002E2699">
      <w:pPr>
        <w:pStyle w:val="ListBullet"/>
        <w:numPr>
          <w:ilvl w:val="0"/>
          <w:numId w:val="23"/>
        </w:numPr>
        <w:rPr>
          <w:rFonts w:ascii="Verdana" w:hAnsi="Verdana"/>
        </w:rPr>
      </w:pPr>
      <w:r w:rsidRPr="002E2699">
        <w:rPr>
          <w:rFonts w:ascii="Verdana" w:hAnsi="Verdana"/>
        </w:rPr>
        <w:t>It directly teaches the fiction vs. real</w:t>
      </w:r>
      <w:r>
        <w:rPr>
          <w:rFonts w:ascii="Verdana" w:hAnsi="Verdana"/>
        </w:rPr>
        <w:t xml:space="preserve"> </w:t>
      </w:r>
      <w:r w:rsidRPr="002E2699">
        <w:rPr>
          <w:rFonts w:ascii="Verdana" w:hAnsi="Verdana"/>
        </w:rPr>
        <w:t>life distinction in a memorable way.</w:t>
      </w:r>
    </w:p>
    <w:p w14:paraId="33699139" w14:textId="77777777" w:rsidR="002E2699" w:rsidRDefault="002E2699" w:rsidP="002E2699">
      <w:pPr>
        <w:pStyle w:val="ListBullet"/>
        <w:ind w:left="360" w:hanging="360"/>
        <w:rPr>
          <w:rFonts w:ascii="Verdana" w:hAnsi="Verdana"/>
        </w:rPr>
      </w:pPr>
    </w:p>
    <w:p w14:paraId="093F6141" w14:textId="77777777" w:rsidR="002E2699" w:rsidRDefault="002E2699">
      <w:pPr>
        <w:rPr>
          <w:rFonts w:ascii="Verdana" w:hAnsi="Verdana"/>
        </w:rPr>
      </w:pPr>
      <w:r>
        <w:rPr>
          <w:rFonts w:ascii="Verdana" w:hAnsi="Verdana"/>
        </w:rPr>
        <w:br w:type="page"/>
      </w:r>
    </w:p>
    <w:p w14:paraId="79FCB7FE" w14:textId="65585846" w:rsidR="00E16717" w:rsidRPr="00E16717" w:rsidRDefault="002E2699" w:rsidP="002E2699">
      <w:pPr>
        <w:pStyle w:val="ListBullet"/>
        <w:jc w:val="center"/>
        <w:rPr>
          <w:rFonts w:ascii="Verdana" w:hAnsi="Verdana"/>
          <w:b/>
          <w:bCs/>
        </w:rPr>
      </w:pPr>
      <w:r>
        <w:rPr>
          <w:rFonts w:ascii="Verdana" w:hAnsi="Verdana"/>
          <w:b/>
          <w:bCs/>
        </w:rPr>
        <w:lastRenderedPageBreak/>
        <w:t xml:space="preserve">Therapy Dog Team Mission </w:t>
      </w:r>
      <w:r w:rsidR="002A5E2C" w:rsidRPr="00E16717">
        <w:rPr>
          <w:rFonts w:ascii="Verdana" w:hAnsi="Verdana"/>
          <w:b/>
          <w:bCs/>
        </w:rPr>
        <w:t>Real or Fiction Statements</w:t>
      </w:r>
      <w:r w:rsidR="00E16717" w:rsidRPr="00E16717">
        <w:rPr>
          <w:rFonts w:ascii="Verdana" w:hAnsi="Verdana"/>
          <w:b/>
          <w:bCs/>
        </w:rPr>
        <w:t xml:space="preserve"> + Answer Key</w:t>
      </w:r>
    </w:p>
    <w:p w14:paraId="298D8824" w14:textId="0271CF41" w:rsidR="00765DB9" w:rsidRPr="002F0CD1" w:rsidRDefault="00765DB9" w:rsidP="002E2699">
      <w:pPr>
        <w:pStyle w:val="NormalWeb"/>
        <w:numPr>
          <w:ilvl w:val="0"/>
          <w:numId w:val="21"/>
        </w:numPr>
        <w:spacing w:before="0" w:beforeAutospacing="0" w:after="120" w:afterAutospacing="0"/>
        <w:rPr>
          <w:rFonts w:ascii="Verdana" w:hAnsi="Verdana"/>
          <w:sz w:val="22"/>
          <w:szCs w:val="22"/>
        </w:rPr>
      </w:pPr>
      <w:r w:rsidRPr="00722FB9">
        <w:rPr>
          <w:rStyle w:val="Strong"/>
          <w:rFonts w:ascii="Verdana" w:hAnsi="Verdana"/>
          <w:b w:val="0"/>
          <w:bCs w:val="0"/>
          <w:sz w:val="22"/>
          <w:szCs w:val="22"/>
        </w:rPr>
        <w:t>Archer helps people feel comforted and encouraged.</w:t>
      </w:r>
      <w:r w:rsidRPr="00722FB9">
        <w:rPr>
          <w:rFonts w:ascii="Verdana" w:hAnsi="Verdana"/>
          <w:b/>
          <w:bCs/>
          <w:sz w:val="22"/>
          <w:szCs w:val="22"/>
        </w:rPr>
        <w:br/>
      </w:r>
      <w:r w:rsidRPr="00722FB9">
        <w:rPr>
          <w:rStyle w:val="Strong"/>
          <w:rFonts w:ascii="Verdana" w:hAnsi="Verdana"/>
          <w:sz w:val="22"/>
          <w:szCs w:val="22"/>
        </w:rPr>
        <w:t>Answer:</w:t>
      </w:r>
      <w:r w:rsidRPr="00722FB9">
        <w:rPr>
          <w:rFonts w:ascii="Verdana" w:hAnsi="Verdana"/>
          <w:sz w:val="22"/>
          <w:szCs w:val="22"/>
        </w:rPr>
        <w:t xml:space="preserve"> </w:t>
      </w:r>
      <w:r w:rsidRPr="00722FB9">
        <w:rPr>
          <w:rStyle w:val="Strong"/>
          <w:rFonts w:ascii="Verdana" w:hAnsi="Verdana"/>
          <w:sz w:val="22"/>
          <w:szCs w:val="22"/>
        </w:rPr>
        <w:t>Both</w:t>
      </w:r>
      <w:r w:rsidR="00722FB9" w:rsidRPr="00722FB9">
        <w:rPr>
          <w:rStyle w:val="Strong"/>
          <w:rFonts w:ascii="Verdana" w:hAnsi="Verdana"/>
          <w:sz w:val="22"/>
          <w:szCs w:val="22"/>
        </w:rPr>
        <w:t xml:space="preserve"> </w:t>
      </w:r>
      <w:r w:rsidR="00722FB9" w:rsidRPr="00722FB9">
        <w:rPr>
          <w:rStyle w:val="Strong"/>
          <w:rFonts w:ascii="Verdana" w:hAnsi="Verdana"/>
          <w:b w:val="0"/>
          <w:bCs w:val="0"/>
          <w:sz w:val="22"/>
          <w:szCs w:val="22"/>
        </w:rPr>
        <w:t xml:space="preserve">(Ch </w:t>
      </w:r>
      <w:r w:rsidR="00622633">
        <w:rPr>
          <w:rStyle w:val="Strong"/>
          <w:rFonts w:ascii="Verdana" w:hAnsi="Verdana"/>
          <w:b w:val="0"/>
          <w:bCs w:val="0"/>
          <w:sz w:val="22"/>
          <w:szCs w:val="22"/>
        </w:rPr>
        <w:t>1</w:t>
      </w:r>
      <w:r w:rsidR="00722FB9" w:rsidRPr="00722FB9">
        <w:rPr>
          <w:rStyle w:val="Strong"/>
          <w:rFonts w:ascii="Verdana" w:hAnsi="Verdana"/>
          <w:b w:val="0"/>
          <w:bCs w:val="0"/>
          <w:sz w:val="22"/>
          <w:szCs w:val="22"/>
        </w:rPr>
        <w:t xml:space="preserve">, </w:t>
      </w:r>
      <w:proofErr w:type="spellStart"/>
      <w:r w:rsidR="00722FB9" w:rsidRPr="00722FB9">
        <w:rPr>
          <w:rStyle w:val="Strong"/>
          <w:rFonts w:ascii="Verdana" w:hAnsi="Verdana"/>
          <w:b w:val="0"/>
          <w:bCs w:val="0"/>
          <w:sz w:val="22"/>
          <w:szCs w:val="22"/>
        </w:rPr>
        <w:t>pg</w:t>
      </w:r>
      <w:proofErr w:type="spellEnd"/>
      <w:r w:rsidR="00722FB9" w:rsidRPr="00722FB9">
        <w:rPr>
          <w:rStyle w:val="Strong"/>
          <w:rFonts w:ascii="Verdana" w:hAnsi="Verdana"/>
          <w:b w:val="0"/>
          <w:bCs w:val="0"/>
          <w:sz w:val="22"/>
          <w:szCs w:val="22"/>
        </w:rPr>
        <w:t xml:space="preserve"> </w:t>
      </w:r>
      <w:r w:rsidR="00622633">
        <w:rPr>
          <w:rStyle w:val="Strong"/>
          <w:rFonts w:ascii="Verdana" w:hAnsi="Verdana"/>
          <w:b w:val="0"/>
          <w:bCs w:val="0"/>
          <w:sz w:val="22"/>
          <w:szCs w:val="22"/>
        </w:rPr>
        <w:t>1</w:t>
      </w:r>
      <w:r w:rsidR="00722FB9" w:rsidRPr="00722FB9">
        <w:rPr>
          <w:rStyle w:val="Strong"/>
          <w:rFonts w:ascii="Verdana" w:hAnsi="Verdana"/>
          <w:b w:val="0"/>
          <w:bCs w:val="0"/>
          <w:sz w:val="22"/>
          <w:szCs w:val="22"/>
        </w:rPr>
        <w:t xml:space="preserve"> Archer</w:t>
      </w:r>
      <w:r w:rsidR="00622633">
        <w:rPr>
          <w:rStyle w:val="Strong"/>
          <w:rFonts w:ascii="Verdana" w:hAnsi="Verdana"/>
          <w:b w:val="0"/>
          <w:bCs w:val="0"/>
          <w:sz w:val="22"/>
          <w:szCs w:val="22"/>
        </w:rPr>
        <w:t xml:space="preserve"> helps students feel calm and ready to learn)</w:t>
      </w:r>
    </w:p>
    <w:p w14:paraId="35AC89B2" w14:textId="77729E57" w:rsidR="00765DB9" w:rsidRPr="002E2699" w:rsidRDefault="00765DB9" w:rsidP="002E2699">
      <w:pPr>
        <w:pStyle w:val="NormalWeb"/>
        <w:numPr>
          <w:ilvl w:val="0"/>
          <w:numId w:val="21"/>
        </w:numPr>
        <w:spacing w:before="0" w:beforeAutospacing="0" w:after="120" w:afterAutospacing="0"/>
        <w:rPr>
          <w:rFonts w:ascii="Verdana" w:hAnsi="Verdana"/>
          <w:sz w:val="22"/>
          <w:szCs w:val="22"/>
        </w:rPr>
      </w:pPr>
      <w:r w:rsidRPr="00FB3E17">
        <w:rPr>
          <w:rStyle w:val="Strong"/>
          <w:rFonts w:ascii="Verdana" w:hAnsi="Verdana"/>
          <w:b w:val="0"/>
          <w:bCs w:val="0"/>
          <w:sz w:val="22"/>
          <w:szCs w:val="22"/>
        </w:rPr>
        <w:t>Archer and Katie trained for two years and passed a test to become a therapy dog team.</w:t>
      </w:r>
      <w:r w:rsidRPr="00FB3E17">
        <w:rPr>
          <w:rFonts w:ascii="Verdana" w:hAnsi="Verdana"/>
          <w:b/>
          <w:bCs/>
          <w:sz w:val="22"/>
          <w:szCs w:val="22"/>
        </w:rPr>
        <w:br/>
      </w:r>
      <w:r w:rsidRPr="002E2699">
        <w:rPr>
          <w:rStyle w:val="Strong"/>
          <w:rFonts w:ascii="Verdana" w:hAnsi="Verdana"/>
          <w:sz w:val="22"/>
          <w:szCs w:val="22"/>
        </w:rPr>
        <w:t>Answer:</w:t>
      </w:r>
      <w:r w:rsidRPr="002E2699">
        <w:rPr>
          <w:rFonts w:ascii="Verdana" w:hAnsi="Verdana"/>
          <w:sz w:val="22"/>
          <w:szCs w:val="22"/>
        </w:rPr>
        <w:t xml:space="preserve"> </w:t>
      </w:r>
      <w:r w:rsidRPr="002E2699">
        <w:rPr>
          <w:rStyle w:val="Strong"/>
          <w:rFonts w:ascii="Verdana" w:hAnsi="Verdana"/>
          <w:sz w:val="22"/>
          <w:szCs w:val="22"/>
        </w:rPr>
        <w:t>Real Life</w:t>
      </w:r>
    </w:p>
    <w:p w14:paraId="372B497B" w14:textId="09220955" w:rsidR="00765DB9" w:rsidRPr="002E2699" w:rsidRDefault="00765DB9" w:rsidP="002E2699">
      <w:pPr>
        <w:pStyle w:val="NormalWeb"/>
        <w:numPr>
          <w:ilvl w:val="0"/>
          <w:numId w:val="21"/>
        </w:numPr>
        <w:spacing w:before="0" w:beforeAutospacing="0" w:after="120" w:afterAutospacing="0"/>
        <w:rPr>
          <w:rFonts w:ascii="Verdana" w:hAnsi="Verdana"/>
          <w:sz w:val="22"/>
          <w:szCs w:val="22"/>
        </w:rPr>
      </w:pPr>
      <w:r w:rsidRPr="00AC2303">
        <w:rPr>
          <w:rStyle w:val="Strong"/>
          <w:rFonts w:ascii="Verdana" w:hAnsi="Verdana"/>
          <w:b w:val="0"/>
          <w:bCs w:val="0"/>
          <w:sz w:val="22"/>
          <w:szCs w:val="22"/>
        </w:rPr>
        <w:t>Archer follows clues in a classroom mystery.</w:t>
      </w:r>
      <w:r w:rsidRPr="00FB3E17">
        <w:rPr>
          <w:rFonts w:ascii="Verdana" w:hAnsi="Verdana"/>
          <w:b/>
          <w:bCs/>
          <w:sz w:val="22"/>
          <w:szCs w:val="22"/>
        </w:rPr>
        <w:br/>
      </w:r>
      <w:r w:rsidRPr="002E2699">
        <w:rPr>
          <w:rStyle w:val="Strong"/>
          <w:rFonts w:ascii="Verdana" w:hAnsi="Verdana"/>
          <w:sz w:val="22"/>
          <w:szCs w:val="22"/>
        </w:rPr>
        <w:t>Answer:</w:t>
      </w:r>
      <w:r w:rsidRPr="002E2699">
        <w:rPr>
          <w:rFonts w:ascii="Verdana" w:hAnsi="Verdana"/>
          <w:sz w:val="22"/>
          <w:szCs w:val="22"/>
        </w:rPr>
        <w:t xml:space="preserve"> </w:t>
      </w:r>
      <w:r w:rsidRPr="002E2699">
        <w:rPr>
          <w:rStyle w:val="Strong"/>
          <w:rFonts w:ascii="Verdana" w:hAnsi="Verdana"/>
          <w:sz w:val="22"/>
          <w:szCs w:val="22"/>
        </w:rPr>
        <w:t>Fiction</w:t>
      </w:r>
    </w:p>
    <w:p w14:paraId="12AEC908" w14:textId="2E706803" w:rsidR="00765DB9" w:rsidRPr="002E2699" w:rsidRDefault="00765DB9" w:rsidP="002E2699">
      <w:pPr>
        <w:pStyle w:val="NormalWeb"/>
        <w:numPr>
          <w:ilvl w:val="0"/>
          <w:numId w:val="21"/>
        </w:numPr>
        <w:spacing w:before="0" w:beforeAutospacing="0" w:after="120" w:afterAutospacing="0"/>
        <w:rPr>
          <w:rFonts w:ascii="Verdana" w:hAnsi="Verdana"/>
          <w:sz w:val="22"/>
          <w:szCs w:val="22"/>
        </w:rPr>
      </w:pPr>
      <w:r w:rsidRPr="00FB3E17">
        <w:rPr>
          <w:rStyle w:val="Strong"/>
          <w:rFonts w:ascii="Verdana" w:hAnsi="Verdana"/>
          <w:b w:val="0"/>
          <w:bCs w:val="0"/>
          <w:sz w:val="22"/>
          <w:szCs w:val="22"/>
        </w:rPr>
        <w:t>Archer usually wears a bandana during therapy dog visits.</w:t>
      </w:r>
      <w:r w:rsidRPr="00FB3E17">
        <w:rPr>
          <w:rFonts w:ascii="Verdana" w:hAnsi="Verdana"/>
          <w:b/>
          <w:bCs/>
          <w:sz w:val="22"/>
          <w:szCs w:val="22"/>
        </w:rPr>
        <w:br/>
      </w:r>
      <w:r w:rsidRPr="002E2699">
        <w:rPr>
          <w:rStyle w:val="Strong"/>
          <w:rFonts w:ascii="Verdana" w:hAnsi="Verdana"/>
          <w:sz w:val="22"/>
          <w:szCs w:val="22"/>
        </w:rPr>
        <w:t>Answer:</w:t>
      </w:r>
      <w:r w:rsidRPr="002E2699">
        <w:rPr>
          <w:rFonts w:ascii="Verdana" w:hAnsi="Verdana"/>
          <w:sz w:val="22"/>
          <w:szCs w:val="22"/>
        </w:rPr>
        <w:t xml:space="preserve"> </w:t>
      </w:r>
      <w:r w:rsidRPr="002E2699">
        <w:rPr>
          <w:rStyle w:val="Strong"/>
          <w:rFonts w:ascii="Verdana" w:hAnsi="Verdana"/>
          <w:sz w:val="22"/>
          <w:szCs w:val="22"/>
        </w:rPr>
        <w:t>Real Life</w:t>
      </w:r>
      <w:r w:rsidR="00722FB9">
        <w:rPr>
          <w:rStyle w:val="Strong"/>
          <w:rFonts w:ascii="Verdana" w:hAnsi="Verdana"/>
          <w:sz w:val="22"/>
          <w:szCs w:val="22"/>
        </w:rPr>
        <w:t xml:space="preserve"> </w:t>
      </w:r>
      <w:r w:rsidR="00722FB9" w:rsidRPr="00722FB9">
        <w:rPr>
          <w:rStyle w:val="Strong"/>
          <w:rFonts w:ascii="Verdana" w:hAnsi="Verdana"/>
          <w:b w:val="0"/>
          <w:bCs w:val="0"/>
          <w:sz w:val="22"/>
          <w:szCs w:val="22"/>
        </w:rPr>
        <w:t>(or</w:t>
      </w:r>
      <w:r w:rsidR="00722FB9">
        <w:rPr>
          <w:rStyle w:val="Strong"/>
          <w:rFonts w:ascii="Verdana" w:hAnsi="Verdana"/>
          <w:sz w:val="22"/>
          <w:szCs w:val="22"/>
        </w:rPr>
        <w:t xml:space="preserve"> Both </w:t>
      </w:r>
      <w:r w:rsidR="00722FB9" w:rsidRPr="00722FB9">
        <w:rPr>
          <w:rStyle w:val="Strong"/>
          <w:rFonts w:ascii="Verdana" w:hAnsi="Verdana"/>
          <w:b w:val="0"/>
          <w:bCs w:val="0"/>
          <w:sz w:val="22"/>
          <w:szCs w:val="22"/>
        </w:rPr>
        <w:t>if they look at the illustrations)</w:t>
      </w:r>
    </w:p>
    <w:p w14:paraId="6285D4DD" w14:textId="77777777" w:rsidR="00AC2303" w:rsidRPr="00AC2303" w:rsidRDefault="00AC2303" w:rsidP="002E2699">
      <w:pPr>
        <w:pStyle w:val="NormalWeb"/>
        <w:numPr>
          <w:ilvl w:val="0"/>
          <w:numId w:val="21"/>
        </w:numPr>
        <w:spacing w:before="0" w:beforeAutospacing="0" w:after="120" w:afterAutospacing="0"/>
        <w:rPr>
          <w:rFonts w:ascii="Verdana" w:hAnsi="Verdana"/>
          <w:sz w:val="22"/>
          <w:szCs w:val="22"/>
        </w:rPr>
      </w:pPr>
      <w:r w:rsidRPr="00AC2303">
        <w:rPr>
          <w:rFonts w:ascii="Verdana" w:hAnsi="Verdana"/>
          <w:sz w:val="22"/>
          <w:szCs w:val="22"/>
        </w:rPr>
        <w:t>Archer stays close while the class talks about kindness and how to treat others.</w:t>
      </w:r>
      <w:r w:rsidRPr="00AC2303">
        <w:rPr>
          <w:rFonts w:ascii="Verdana" w:hAnsi="Verdana"/>
          <w:sz w:val="22"/>
          <w:szCs w:val="22"/>
        </w:rPr>
        <w:br/>
      </w:r>
      <w:r w:rsidRPr="00AC2303">
        <w:rPr>
          <w:rFonts w:ascii="Verdana" w:hAnsi="Verdana"/>
          <w:b/>
          <w:bCs/>
          <w:sz w:val="22"/>
          <w:szCs w:val="22"/>
        </w:rPr>
        <w:t>Answer:</w:t>
      </w:r>
      <w:r w:rsidRPr="00AC2303">
        <w:rPr>
          <w:rFonts w:ascii="Verdana" w:hAnsi="Verdana"/>
          <w:sz w:val="22"/>
          <w:szCs w:val="22"/>
        </w:rPr>
        <w:t xml:space="preserve"> </w:t>
      </w:r>
      <w:r w:rsidRPr="00AC2303">
        <w:rPr>
          <w:rFonts w:ascii="Verdana" w:hAnsi="Verdana"/>
          <w:b/>
          <w:bCs/>
          <w:sz w:val="22"/>
          <w:szCs w:val="22"/>
        </w:rPr>
        <w:t xml:space="preserve">Fiction </w:t>
      </w:r>
    </w:p>
    <w:p w14:paraId="2B4907A6" w14:textId="6553FFB6" w:rsidR="00765DB9" w:rsidRPr="002E2699" w:rsidRDefault="00765DB9" w:rsidP="002E2699">
      <w:pPr>
        <w:pStyle w:val="NormalWeb"/>
        <w:numPr>
          <w:ilvl w:val="0"/>
          <w:numId w:val="21"/>
        </w:numPr>
        <w:spacing w:before="0" w:beforeAutospacing="0" w:after="120" w:afterAutospacing="0"/>
        <w:rPr>
          <w:rFonts w:ascii="Verdana" w:hAnsi="Verdana"/>
          <w:sz w:val="22"/>
          <w:szCs w:val="22"/>
        </w:rPr>
      </w:pPr>
      <w:r w:rsidRPr="00FB3E17">
        <w:rPr>
          <w:rStyle w:val="Strong"/>
          <w:rFonts w:ascii="Verdana" w:hAnsi="Verdana"/>
          <w:b w:val="0"/>
          <w:bCs w:val="0"/>
          <w:sz w:val="22"/>
          <w:szCs w:val="22"/>
        </w:rPr>
        <w:t>Archer spends time in school.</w:t>
      </w:r>
      <w:r w:rsidRPr="00FB3E17">
        <w:rPr>
          <w:rFonts w:ascii="Verdana" w:hAnsi="Verdana"/>
          <w:b/>
          <w:bCs/>
          <w:sz w:val="22"/>
          <w:szCs w:val="22"/>
        </w:rPr>
        <w:br/>
      </w:r>
      <w:r w:rsidRPr="002E2699">
        <w:rPr>
          <w:rStyle w:val="Strong"/>
          <w:rFonts w:ascii="Verdana" w:hAnsi="Verdana"/>
          <w:sz w:val="22"/>
          <w:szCs w:val="22"/>
        </w:rPr>
        <w:t>Answer:</w:t>
      </w:r>
      <w:r w:rsidRPr="002E2699">
        <w:rPr>
          <w:rFonts w:ascii="Verdana" w:hAnsi="Verdana"/>
          <w:sz w:val="22"/>
          <w:szCs w:val="22"/>
        </w:rPr>
        <w:t xml:space="preserve"> </w:t>
      </w:r>
      <w:r w:rsidRPr="002E2699">
        <w:rPr>
          <w:rStyle w:val="Strong"/>
          <w:rFonts w:ascii="Verdana" w:hAnsi="Verdana"/>
          <w:sz w:val="22"/>
          <w:szCs w:val="22"/>
        </w:rPr>
        <w:t>Both</w:t>
      </w:r>
    </w:p>
    <w:p w14:paraId="2BB7230E" w14:textId="1D7FD2A5" w:rsidR="00765DB9" w:rsidRPr="00F95395" w:rsidRDefault="00765DB9" w:rsidP="002E2699">
      <w:pPr>
        <w:pStyle w:val="NormalWeb"/>
        <w:numPr>
          <w:ilvl w:val="0"/>
          <w:numId w:val="21"/>
        </w:numPr>
        <w:spacing w:before="0" w:beforeAutospacing="0" w:after="120" w:afterAutospacing="0"/>
        <w:rPr>
          <w:rFonts w:ascii="Verdana" w:hAnsi="Verdana"/>
          <w:sz w:val="22"/>
          <w:szCs w:val="22"/>
        </w:rPr>
      </w:pPr>
      <w:r w:rsidRPr="00FB3E17">
        <w:rPr>
          <w:rStyle w:val="Strong"/>
          <w:rFonts w:ascii="Verdana" w:hAnsi="Verdana"/>
          <w:b w:val="0"/>
          <w:bCs w:val="0"/>
          <w:sz w:val="22"/>
          <w:szCs w:val="22"/>
        </w:rPr>
        <w:t>Therapy dog organizations may have different rules.</w:t>
      </w:r>
      <w:r w:rsidRPr="00FB3E17">
        <w:rPr>
          <w:rFonts w:ascii="Verdana" w:hAnsi="Verdana"/>
          <w:b/>
          <w:bCs/>
          <w:sz w:val="22"/>
          <w:szCs w:val="22"/>
        </w:rPr>
        <w:br/>
      </w:r>
      <w:r w:rsidRPr="00F95395">
        <w:rPr>
          <w:rStyle w:val="Strong"/>
          <w:rFonts w:ascii="Verdana" w:hAnsi="Verdana"/>
          <w:sz w:val="22"/>
          <w:szCs w:val="22"/>
        </w:rPr>
        <w:t>Answer:</w:t>
      </w:r>
      <w:r w:rsidRPr="00F95395">
        <w:rPr>
          <w:rFonts w:ascii="Verdana" w:hAnsi="Verdana"/>
          <w:sz w:val="22"/>
          <w:szCs w:val="22"/>
        </w:rPr>
        <w:t xml:space="preserve"> </w:t>
      </w:r>
      <w:r w:rsidRPr="00F95395">
        <w:rPr>
          <w:rStyle w:val="Strong"/>
          <w:rFonts w:ascii="Verdana" w:hAnsi="Verdana"/>
          <w:sz w:val="22"/>
          <w:szCs w:val="22"/>
        </w:rPr>
        <w:t>Real Life</w:t>
      </w:r>
    </w:p>
    <w:p w14:paraId="2BC888F5" w14:textId="09C0D2C4" w:rsidR="00765DB9" w:rsidRPr="00F95395" w:rsidRDefault="00765DB9" w:rsidP="002E2699">
      <w:pPr>
        <w:pStyle w:val="NormalWeb"/>
        <w:numPr>
          <w:ilvl w:val="0"/>
          <w:numId w:val="21"/>
        </w:numPr>
        <w:spacing w:before="0" w:beforeAutospacing="0" w:after="120" w:afterAutospacing="0"/>
        <w:rPr>
          <w:rFonts w:ascii="Verdana" w:hAnsi="Verdana"/>
          <w:sz w:val="22"/>
          <w:szCs w:val="22"/>
        </w:rPr>
      </w:pPr>
      <w:r w:rsidRPr="00FB3E17">
        <w:rPr>
          <w:rStyle w:val="Strong"/>
          <w:rFonts w:ascii="Verdana" w:hAnsi="Verdana"/>
          <w:b w:val="0"/>
          <w:bCs w:val="0"/>
          <w:sz w:val="22"/>
          <w:szCs w:val="22"/>
        </w:rPr>
        <w:t>Archer lives in New Jersey with Katie Baron.</w:t>
      </w:r>
      <w:r w:rsidRPr="00FB3E17">
        <w:rPr>
          <w:rFonts w:ascii="Verdana" w:hAnsi="Verdana"/>
          <w:b/>
          <w:bCs/>
          <w:sz w:val="22"/>
          <w:szCs w:val="22"/>
        </w:rPr>
        <w:br/>
      </w:r>
      <w:r w:rsidRPr="00F95395">
        <w:rPr>
          <w:rStyle w:val="Strong"/>
          <w:rFonts w:ascii="Verdana" w:hAnsi="Verdana"/>
          <w:sz w:val="22"/>
          <w:szCs w:val="22"/>
        </w:rPr>
        <w:t>Answer:</w:t>
      </w:r>
      <w:r w:rsidRPr="00F95395">
        <w:rPr>
          <w:rFonts w:ascii="Verdana" w:hAnsi="Verdana"/>
          <w:sz w:val="22"/>
          <w:szCs w:val="22"/>
        </w:rPr>
        <w:t xml:space="preserve"> </w:t>
      </w:r>
      <w:r w:rsidRPr="00F95395">
        <w:rPr>
          <w:rStyle w:val="Strong"/>
          <w:rFonts w:ascii="Verdana" w:hAnsi="Verdana"/>
          <w:sz w:val="22"/>
          <w:szCs w:val="22"/>
        </w:rPr>
        <w:t>Real Life</w:t>
      </w:r>
    </w:p>
    <w:p w14:paraId="473AF3AC" w14:textId="6A0875AC" w:rsidR="00765DB9" w:rsidRPr="00F95395" w:rsidRDefault="00765DB9" w:rsidP="002E2699">
      <w:pPr>
        <w:pStyle w:val="NormalWeb"/>
        <w:numPr>
          <w:ilvl w:val="0"/>
          <w:numId w:val="21"/>
        </w:numPr>
        <w:spacing w:before="0" w:beforeAutospacing="0" w:after="120" w:afterAutospacing="0"/>
        <w:rPr>
          <w:rFonts w:ascii="Verdana" w:hAnsi="Verdana"/>
          <w:sz w:val="22"/>
          <w:szCs w:val="22"/>
        </w:rPr>
      </w:pPr>
      <w:r w:rsidRPr="00FB3E17">
        <w:rPr>
          <w:rStyle w:val="Strong"/>
          <w:rFonts w:ascii="Verdana" w:hAnsi="Verdana"/>
          <w:b w:val="0"/>
          <w:bCs w:val="0"/>
          <w:sz w:val="22"/>
          <w:szCs w:val="22"/>
        </w:rPr>
        <w:t>Archer helps Charlie track what happened in the classroom.</w:t>
      </w:r>
      <w:r w:rsidRPr="00FB3E17">
        <w:rPr>
          <w:rFonts w:ascii="Verdana" w:hAnsi="Verdana"/>
          <w:b/>
          <w:bCs/>
          <w:sz w:val="22"/>
          <w:szCs w:val="22"/>
        </w:rPr>
        <w:br/>
      </w:r>
      <w:r w:rsidRPr="00F95395">
        <w:rPr>
          <w:rStyle w:val="Strong"/>
          <w:rFonts w:ascii="Verdana" w:hAnsi="Verdana"/>
          <w:sz w:val="22"/>
          <w:szCs w:val="22"/>
        </w:rPr>
        <w:t>Answer:</w:t>
      </w:r>
      <w:r w:rsidRPr="00F95395">
        <w:rPr>
          <w:rFonts w:ascii="Verdana" w:hAnsi="Verdana"/>
          <w:sz w:val="22"/>
          <w:szCs w:val="22"/>
        </w:rPr>
        <w:t xml:space="preserve"> </w:t>
      </w:r>
      <w:r w:rsidRPr="00F95395">
        <w:rPr>
          <w:rStyle w:val="Strong"/>
          <w:rFonts w:ascii="Verdana" w:hAnsi="Verdana"/>
          <w:sz w:val="22"/>
          <w:szCs w:val="22"/>
        </w:rPr>
        <w:t>Fiction</w:t>
      </w:r>
    </w:p>
    <w:p w14:paraId="3BA2F111" w14:textId="3C195B4E" w:rsidR="00765DB9" w:rsidRPr="00F95395" w:rsidRDefault="00765DB9" w:rsidP="002E2699">
      <w:pPr>
        <w:pStyle w:val="NormalWeb"/>
        <w:numPr>
          <w:ilvl w:val="0"/>
          <w:numId w:val="21"/>
        </w:numPr>
        <w:spacing w:before="0" w:beforeAutospacing="0" w:after="120" w:afterAutospacing="0"/>
        <w:ind w:hanging="450"/>
        <w:rPr>
          <w:rFonts w:ascii="Verdana" w:hAnsi="Verdana"/>
          <w:sz w:val="22"/>
          <w:szCs w:val="22"/>
        </w:rPr>
      </w:pPr>
      <w:r w:rsidRPr="00FB3E17">
        <w:rPr>
          <w:rStyle w:val="Strong"/>
          <w:rFonts w:ascii="Verdana" w:hAnsi="Verdana"/>
          <w:b w:val="0"/>
          <w:bCs w:val="0"/>
          <w:sz w:val="22"/>
          <w:szCs w:val="22"/>
        </w:rPr>
        <w:t>A therapy dog visit may last about an hour.</w:t>
      </w:r>
      <w:r w:rsidRPr="00FB3E17">
        <w:rPr>
          <w:rFonts w:ascii="Verdana" w:hAnsi="Verdana"/>
          <w:b/>
          <w:bCs/>
          <w:sz w:val="22"/>
          <w:szCs w:val="22"/>
        </w:rPr>
        <w:br/>
      </w:r>
      <w:r w:rsidRPr="00F95395">
        <w:rPr>
          <w:rStyle w:val="Strong"/>
          <w:rFonts w:ascii="Verdana" w:hAnsi="Verdana"/>
          <w:sz w:val="22"/>
          <w:szCs w:val="22"/>
        </w:rPr>
        <w:t>Answer:</w:t>
      </w:r>
      <w:r w:rsidRPr="00F95395">
        <w:rPr>
          <w:rFonts w:ascii="Verdana" w:hAnsi="Verdana"/>
          <w:sz w:val="22"/>
          <w:szCs w:val="22"/>
        </w:rPr>
        <w:t xml:space="preserve"> </w:t>
      </w:r>
      <w:r w:rsidRPr="00F95395">
        <w:rPr>
          <w:rStyle w:val="Strong"/>
          <w:rFonts w:ascii="Verdana" w:hAnsi="Verdana"/>
          <w:sz w:val="22"/>
          <w:szCs w:val="22"/>
        </w:rPr>
        <w:t>Real Life</w:t>
      </w:r>
    </w:p>
    <w:p w14:paraId="7506DC02" w14:textId="641BE000" w:rsidR="00765DB9" w:rsidRPr="00AC2303" w:rsidRDefault="00AC2303" w:rsidP="002E2699">
      <w:pPr>
        <w:pStyle w:val="NormalWeb"/>
        <w:numPr>
          <w:ilvl w:val="0"/>
          <w:numId w:val="21"/>
        </w:numPr>
        <w:spacing w:before="0" w:beforeAutospacing="0" w:after="120" w:afterAutospacing="0"/>
        <w:ind w:hanging="450"/>
        <w:rPr>
          <w:rFonts w:ascii="Verdana" w:hAnsi="Verdana"/>
          <w:sz w:val="22"/>
          <w:szCs w:val="22"/>
        </w:rPr>
      </w:pPr>
      <w:r w:rsidRPr="00AC2303">
        <w:rPr>
          <w:rStyle w:val="Strong"/>
          <w:rFonts w:ascii="Verdana" w:hAnsi="Verdana"/>
          <w:b w:val="0"/>
          <w:bCs w:val="0"/>
          <w:sz w:val="22"/>
          <w:szCs w:val="22"/>
        </w:rPr>
        <w:t>Sniffing out clues is part of a therapy dog’s job</w:t>
      </w:r>
      <w:r w:rsidR="00765DB9" w:rsidRPr="00AC2303">
        <w:rPr>
          <w:rStyle w:val="Strong"/>
          <w:rFonts w:ascii="Verdana" w:hAnsi="Verdana"/>
          <w:b w:val="0"/>
          <w:bCs w:val="0"/>
          <w:sz w:val="22"/>
          <w:szCs w:val="22"/>
        </w:rPr>
        <w:t>.</w:t>
      </w:r>
      <w:r w:rsidR="00765DB9" w:rsidRPr="00AC2303">
        <w:rPr>
          <w:rFonts w:ascii="Verdana" w:hAnsi="Verdana"/>
          <w:b/>
          <w:bCs/>
          <w:sz w:val="22"/>
          <w:szCs w:val="22"/>
        </w:rPr>
        <w:br/>
      </w:r>
      <w:r w:rsidR="00765DB9" w:rsidRPr="00AC2303">
        <w:rPr>
          <w:rStyle w:val="Strong"/>
          <w:rFonts w:ascii="Verdana" w:hAnsi="Verdana"/>
          <w:sz w:val="22"/>
          <w:szCs w:val="22"/>
        </w:rPr>
        <w:t>Answer:</w:t>
      </w:r>
      <w:r w:rsidR="00765DB9" w:rsidRPr="00AC2303">
        <w:rPr>
          <w:rFonts w:ascii="Verdana" w:hAnsi="Verdana"/>
          <w:sz w:val="22"/>
          <w:szCs w:val="22"/>
        </w:rPr>
        <w:t xml:space="preserve"> </w:t>
      </w:r>
      <w:r w:rsidR="00765DB9" w:rsidRPr="00AC2303">
        <w:rPr>
          <w:rStyle w:val="Strong"/>
          <w:rFonts w:ascii="Verdana" w:hAnsi="Verdana"/>
          <w:sz w:val="22"/>
          <w:szCs w:val="22"/>
        </w:rPr>
        <w:t>Fiction</w:t>
      </w:r>
    </w:p>
    <w:p w14:paraId="233339D5" w14:textId="0FA61409" w:rsidR="00765DB9" w:rsidRPr="002F0CD1" w:rsidRDefault="00765DB9" w:rsidP="002E2699">
      <w:pPr>
        <w:pStyle w:val="NormalWeb"/>
        <w:numPr>
          <w:ilvl w:val="0"/>
          <w:numId w:val="21"/>
        </w:numPr>
        <w:spacing w:before="0" w:beforeAutospacing="0" w:after="120" w:afterAutospacing="0"/>
        <w:ind w:hanging="450"/>
        <w:rPr>
          <w:rFonts w:ascii="Verdana" w:hAnsi="Verdana"/>
          <w:sz w:val="22"/>
          <w:szCs w:val="22"/>
        </w:rPr>
      </w:pPr>
      <w:r w:rsidRPr="00FB3E17">
        <w:rPr>
          <w:rStyle w:val="Strong"/>
          <w:rFonts w:ascii="Verdana" w:hAnsi="Verdana"/>
          <w:b w:val="0"/>
          <w:bCs w:val="0"/>
          <w:sz w:val="22"/>
          <w:szCs w:val="22"/>
        </w:rPr>
        <w:t xml:space="preserve">Archer </w:t>
      </w:r>
      <w:r w:rsidR="00FA1578">
        <w:rPr>
          <w:rStyle w:val="Strong"/>
          <w:rFonts w:ascii="Verdana" w:hAnsi="Verdana"/>
          <w:b w:val="0"/>
          <w:bCs w:val="0"/>
          <w:sz w:val="22"/>
          <w:szCs w:val="22"/>
        </w:rPr>
        <w:t>helps</w:t>
      </w:r>
      <w:r w:rsidRPr="00FB3E17">
        <w:rPr>
          <w:rStyle w:val="Strong"/>
          <w:rFonts w:ascii="Verdana" w:hAnsi="Verdana"/>
          <w:b w:val="0"/>
          <w:bCs w:val="0"/>
          <w:sz w:val="22"/>
          <w:szCs w:val="22"/>
        </w:rPr>
        <w:t xml:space="preserve"> support first responders after difficult emergencies.</w:t>
      </w:r>
      <w:r w:rsidRPr="00FB3E17">
        <w:rPr>
          <w:rFonts w:ascii="Verdana" w:hAnsi="Verdana"/>
          <w:b/>
          <w:bCs/>
          <w:sz w:val="22"/>
          <w:szCs w:val="22"/>
        </w:rPr>
        <w:br/>
      </w:r>
      <w:r w:rsidRPr="00F95395">
        <w:rPr>
          <w:rStyle w:val="Strong"/>
          <w:rFonts w:ascii="Verdana" w:hAnsi="Verdana"/>
          <w:sz w:val="22"/>
          <w:szCs w:val="22"/>
        </w:rPr>
        <w:t>Answer:</w:t>
      </w:r>
      <w:r w:rsidRPr="00F95395">
        <w:rPr>
          <w:rFonts w:ascii="Verdana" w:hAnsi="Verdana"/>
          <w:sz w:val="22"/>
          <w:szCs w:val="22"/>
        </w:rPr>
        <w:t xml:space="preserve"> </w:t>
      </w:r>
      <w:r w:rsidRPr="002F0CD1">
        <w:rPr>
          <w:rStyle w:val="Strong"/>
          <w:rFonts w:ascii="Verdana" w:hAnsi="Verdana"/>
          <w:sz w:val="22"/>
          <w:szCs w:val="22"/>
        </w:rPr>
        <w:t>Real Life</w:t>
      </w:r>
    </w:p>
    <w:p w14:paraId="7F3E52A7" w14:textId="152C279E" w:rsidR="00765DB9" w:rsidRPr="002F0CD1" w:rsidRDefault="00765DB9" w:rsidP="002E2699">
      <w:pPr>
        <w:pStyle w:val="NormalWeb"/>
        <w:numPr>
          <w:ilvl w:val="0"/>
          <w:numId w:val="21"/>
        </w:numPr>
        <w:spacing w:before="0" w:beforeAutospacing="0" w:after="120" w:afterAutospacing="0"/>
        <w:ind w:hanging="450"/>
        <w:rPr>
          <w:rFonts w:ascii="Verdana" w:hAnsi="Verdana"/>
          <w:sz w:val="22"/>
          <w:szCs w:val="22"/>
        </w:rPr>
      </w:pPr>
      <w:r w:rsidRPr="002F0CD1">
        <w:rPr>
          <w:rStyle w:val="Strong"/>
          <w:rFonts w:ascii="Verdana" w:hAnsi="Verdana"/>
          <w:b w:val="0"/>
          <w:bCs w:val="0"/>
          <w:sz w:val="22"/>
          <w:szCs w:val="22"/>
        </w:rPr>
        <w:t>Archer</w:t>
      </w:r>
      <w:r w:rsidR="00FA1578" w:rsidRPr="002F0CD1">
        <w:rPr>
          <w:rStyle w:val="Strong"/>
          <w:rFonts w:ascii="Verdana" w:hAnsi="Verdana"/>
          <w:b w:val="0"/>
          <w:bCs w:val="0"/>
          <w:sz w:val="22"/>
          <w:szCs w:val="22"/>
        </w:rPr>
        <w:t xml:space="preserve"> helps</w:t>
      </w:r>
      <w:r w:rsidRPr="002F0CD1">
        <w:rPr>
          <w:rStyle w:val="Strong"/>
          <w:rFonts w:ascii="Verdana" w:hAnsi="Verdana"/>
          <w:b w:val="0"/>
          <w:bCs w:val="0"/>
          <w:sz w:val="22"/>
          <w:szCs w:val="22"/>
        </w:rPr>
        <w:t xml:space="preserve"> people during hard moments.</w:t>
      </w:r>
      <w:r w:rsidRPr="002F0CD1">
        <w:rPr>
          <w:rFonts w:ascii="Verdana" w:hAnsi="Verdana"/>
          <w:b/>
          <w:bCs/>
          <w:sz w:val="22"/>
          <w:szCs w:val="22"/>
        </w:rPr>
        <w:br/>
      </w:r>
      <w:r w:rsidRPr="002F0CD1">
        <w:rPr>
          <w:rStyle w:val="Strong"/>
          <w:rFonts w:ascii="Verdana" w:hAnsi="Verdana"/>
          <w:sz w:val="22"/>
          <w:szCs w:val="22"/>
        </w:rPr>
        <w:t>Answer:</w:t>
      </w:r>
      <w:r w:rsidRPr="002F0CD1">
        <w:rPr>
          <w:rFonts w:ascii="Verdana" w:hAnsi="Verdana"/>
          <w:sz w:val="22"/>
          <w:szCs w:val="22"/>
        </w:rPr>
        <w:t xml:space="preserve"> </w:t>
      </w:r>
      <w:r w:rsidRPr="002F0CD1">
        <w:rPr>
          <w:rStyle w:val="Strong"/>
          <w:rFonts w:ascii="Verdana" w:hAnsi="Verdana"/>
          <w:sz w:val="22"/>
          <w:szCs w:val="22"/>
        </w:rPr>
        <w:t>Both</w:t>
      </w:r>
      <w:r w:rsidR="00622633" w:rsidRPr="002F0CD1">
        <w:rPr>
          <w:rStyle w:val="Strong"/>
          <w:rFonts w:ascii="Verdana" w:hAnsi="Verdana"/>
          <w:sz w:val="22"/>
          <w:szCs w:val="22"/>
        </w:rPr>
        <w:t xml:space="preserve"> </w:t>
      </w:r>
      <w:r w:rsidR="00622633" w:rsidRPr="002F0CD1">
        <w:rPr>
          <w:rStyle w:val="Strong"/>
          <w:rFonts w:ascii="Verdana" w:hAnsi="Verdana"/>
          <w:b w:val="0"/>
          <w:bCs w:val="0"/>
          <w:sz w:val="22"/>
          <w:szCs w:val="22"/>
        </w:rPr>
        <w:t xml:space="preserve">(Ch 6, </w:t>
      </w:r>
      <w:proofErr w:type="spellStart"/>
      <w:r w:rsidR="00622633" w:rsidRPr="002F0CD1">
        <w:rPr>
          <w:rStyle w:val="Strong"/>
          <w:rFonts w:ascii="Verdana" w:hAnsi="Verdana"/>
          <w:b w:val="0"/>
          <w:bCs w:val="0"/>
          <w:sz w:val="22"/>
          <w:szCs w:val="22"/>
        </w:rPr>
        <w:t>pg</w:t>
      </w:r>
      <w:proofErr w:type="spellEnd"/>
      <w:r w:rsidR="00622633" w:rsidRPr="002F0CD1">
        <w:rPr>
          <w:rStyle w:val="Strong"/>
          <w:rFonts w:ascii="Verdana" w:hAnsi="Verdana"/>
          <w:b w:val="0"/>
          <w:bCs w:val="0"/>
          <w:sz w:val="22"/>
          <w:szCs w:val="22"/>
        </w:rPr>
        <w:t xml:space="preserve"> 23 Archer helps Charlie calm down</w:t>
      </w:r>
      <w:r w:rsidR="00601EE0">
        <w:rPr>
          <w:rStyle w:val="Strong"/>
          <w:rFonts w:ascii="Verdana" w:hAnsi="Verdana"/>
          <w:b w:val="0"/>
          <w:bCs w:val="0"/>
          <w:sz w:val="22"/>
          <w:szCs w:val="22"/>
        </w:rPr>
        <w:t xml:space="preserve">; Ch 11, </w:t>
      </w:r>
      <w:proofErr w:type="spellStart"/>
      <w:r w:rsidR="00601EE0">
        <w:rPr>
          <w:rStyle w:val="Strong"/>
          <w:rFonts w:ascii="Verdana" w:hAnsi="Verdana"/>
          <w:b w:val="0"/>
          <w:bCs w:val="0"/>
          <w:sz w:val="22"/>
          <w:szCs w:val="22"/>
        </w:rPr>
        <w:t>pg</w:t>
      </w:r>
      <w:proofErr w:type="spellEnd"/>
      <w:r w:rsidR="00601EE0">
        <w:rPr>
          <w:rStyle w:val="Strong"/>
          <w:rFonts w:ascii="Verdana" w:hAnsi="Verdana"/>
          <w:b w:val="0"/>
          <w:bCs w:val="0"/>
          <w:sz w:val="22"/>
          <w:szCs w:val="22"/>
        </w:rPr>
        <w:t xml:space="preserve"> 39 Archer sits next to Lily when she’s in front of the class</w:t>
      </w:r>
      <w:r w:rsidR="00622633" w:rsidRPr="002F0CD1">
        <w:rPr>
          <w:rStyle w:val="Strong"/>
          <w:rFonts w:ascii="Verdana" w:hAnsi="Verdana"/>
          <w:b w:val="0"/>
          <w:bCs w:val="0"/>
          <w:sz w:val="22"/>
          <w:szCs w:val="22"/>
        </w:rPr>
        <w:t>)</w:t>
      </w:r>
    </w:p>
    <w:p w14:paraId="14F5CC4D" w14:textId="66BC8AEA" w:rsidR="00765DB9" w:rsidRPr="00F95395" w:rsidRDefault="00765DB9" w:rsidP="002E2699">
      <w:pPr>
        <w:pStyle w:val="NormalWeb"/>
        <w:numPr>
          <w:ilvl w:val="0"/>
          <w:numId w:val="21"/>
        </w:numPr>
        <w:spacing w:before="0" w:beforeAutospacing="0" w:after="120" w:afterAutospacing="0"/>
        <w:ind w:hanging="450"/>
        <w:rPr>
          <w:rFonts w:ascii="Verdana" w:hAnsi="Verdana"/>
          <w:sz w:val="22"/>
          <w:szCs w:val="22"/>
        </w:rPr>
      </w:pPr>
      <w:r w:rsidRPr="002F0CD1">
        <w:rPr>
          <w:rStyle w:val="Strong"/>
          <w:rFonts w:ascii="Verdana" w:hAnsi="Verdana"/>
          <w:b w:val="0"/>
          <w:bCs w:val="0"/>
          <w:sz w:val="22"/>
          <w:szCs w:val="22"/>
        </w:rPr>
        <w:t>During therapy dog</w:t>
      </w:r>
      <w:r w:rsidRPr="00FB3E17">
        <w:rPr>
          <w:rStyle w:val="Strong"/>
          <w:rFonts w:ascii="Verdana" w:hAnsi="Verdana"/>
          <w:b w:val="0"/>
          <w:bCs w:val="0"/>
          <w:sz w:val="22"/>
          <w:szCs w:val="22"/>
        </w:rPr>
        <w:t xml:space="preserve"> visits, Archer works on leash.</w:t>
      </w:r>
      <w:r w:rsidRPr="00FB3E17">
        <w:rPr>
          <w:rFonts w:ascii="Verdana" w:hAnsi="Verdana"/>
          <w:b/>
          <w:bCs/>
          <w:sz w:val="22"/>
          <w:szCs w:val="22"/>
        </w:rPr>
        <w:br/>
      </w:r>
      <w:r w:rsidRPr="00F95395">
        <w:rPr>
          <w:rStyle w:val="Strong"/>
          <w:rFonts w:ascii="Verdana" w:hAnsi="Verdana"/>
          <w:sz w:val="22"/>
          <w:szCs w:val="22"/>
        </w:rPr>
        <w:t>Answer:</w:t>
      </w:r>
      <w:r w:rsidRPr="00F95395">
        <w:rPr>
          <w:rFonts w:ascii="Verdana" w:hAnsi="Verdana"/>
          <w:sz w:val="22"/>
          <w:szCs w:val="22"/>
        </w:rPr>
        <w:t xml:space="preserve"> </w:t>
      </w:r>
      <w:r w:rsidRPr="00F95395">
        <w:rPr>
          <w:rStyle w:val="Strong"/>
          <w:rFonts w:ascii="Verdana" w:hAnsi="Verdana"/>
          <w:sz w:val="22"/>
          <w:szCs w:val="22"/>
        </w:rPr>
        <w:t>Real Life</w:t>
      </w:r>
    </w:p>
    <w:p w14:paraId="34AB74B9" w14:textId="205B17E8" w:rsidR="00765DB9" w:rsidRPr="00F95395" w:rsidRDefault="00557DAB" w:rsidP="002E2699">
      <w:pPr>
        <w:pStyle w:val="NormalWeb"/>
        <w:numPr>
          <w:ilvl w:val="0"/>
          <w:numId w:val="21"/>
        </w:numPr>
        <w:spacing w:before="0" w:beforeAutospacing="0" w:after="120" w:afterAutospacing="0"/>
        <w:ind w:hanging="450"/>
        <w:rPr>
          <w:rFonts w:ascii="Verdana" w:hAnsi="Verdana"/>
          <w:sz w:val="22"/>
          <w:szCs w:val="22"/>
        </w:rPr>
      </w:pPr>
      <w:r>
        <w:rPr>
          <w:rStyle w:val="Strong"/>
          <w:rFonts w:ascii="Verdana" w:hAnsi="Verdana"/>
          <w:b w:val="0"/>
          <w:bCs w:val="0"/>
          <w:sz w:val="22"/>
          <w:szCs w:val="22"/>
        </w:rPr>
        <w:t>Archer goes anywhere he wants to in school.</w:t>
      </w:r>
      <w:r w:rsidR="00765DB9" w:rsidRPr="00FB3E17">
        <w:rPr>
          <w:rFonts w:ascii="Verdana" w:hAnsi="Verdana"/>
          <w:b/>
          <w:bCs/>
          <w:sz w:val="22"/>
          <w:szCs w:val="22"/>
        </w:rPr>
        <w:br/>
      </w:r>
      <w:r w:rsidR="00765DB9" w:rsidRPr="00F95395">
        <w:rPr>
          <w:rStyle w:val="Strong"/>
          <w:rFonts w:ascii="Verdana" w:hAnsi="Verdana"/>
          <w:sz w:val="22"/>
          <w:szCs w:val="22"/>
        </w:rPr>
        <w:t>Answer:</w:t>
      </w:r>
      <w:r w:rsidR="00765DB9" w:rsidRPr="00F95395">
        <w:rPr>
          <w:rFonts w:ascii="Verdana" w:hAnsi="Verdana"/>
          <w:sz w:val="22"/>
          <w:szCs w:val="22"/>
        </w:rPr>
        <w:t xml:space="preserve"> </w:t>
      </w:r>
      <w:r w:rsidR="00765DB9" w:rsidRPr="00F95395">
        <w:rPr>
          <w:rStyle w:val="Strong"/>
          <w:rFonts w:ascii="Verdana" w:hAnsi="Verdana"/>
          <w:sz w:val="22"/>
          <w:szCs w:val="22"/>
        </w:rPr>
        <w:t>Fiction</w:t>
      </w:r>
    </w:p>
    <w:p w14:paraId="30A9B360" w14:textId="58C77DD1" w:rsidR="00765DB9" w:rsidRPr="00F95395" w:rsidRDefault="00765DB9" w:rsidP="002E2699">
      <w:pPr>
        <w:pStyle w:val="NormalWeb"/>
        <w:numPr>
          <w:ilvl w:val="0"/>
          <w:numId w:val="21"/>
        </w:numPr>
        <w:spacing w:before="0" w:beforeAutospacing="0" w:after="120" w:afterAutospacing="0"/>
        <w:ind w:hanging="450"/>
        <w:rPr>
          <w:rFonts w:ascii="Verdana" w:hAnsi="Verdana"/>
          <w:sz w:val="22"/>
          <w:szCs w:val="22"/>
        </w:rPr>
      </w:pPr>
      <w:r w:rsidRPr="00FB3E17">
        <w:rPr>
          <w:rStyle w:val="Strong"/>
          <w:rFonts w:ascii="Verdana" w:hAnsi="Verdana"/>
          <w:b w:val="0"/>
          <w:bCs w:val="0"/>
          <w:sz w:val="22"/>
          <w:szCs w:val="22"/>
        </w:rPr>
        <w:t>Facility dogs and therapy dogs are different kinds of working dogs.</w:t>
      </w:r>
      <w:r w:rsidRPr="00FB3E17">
        <w:rPr>
          <w:rFonts w:ascii="Verdana" w:hAnsi="Verdana"/>
          <w:b/>
          <w:bCs/>
          <w:sz w:val="22"/>
          <w:szCs w:val="22"/>
        </w:rPr>
        <w:br/>
      </w:r>
      <w:r w:rsidRPr="00F95395">
        <w:rPr>
          <w:rStyle w:val="Strong"/>
          <w:rFonts w:ascii="Verdana" w:hAnsi="Verdana"/>
          <w:sz w:val="22"/>
          <w:szCs w:val="22"/>
        </w:rPr>
        <w:t>Answer:</w:t>
      </w:r>
      <w:r w:rsidRPr="00F95395">
        <w:rPr>
          <w:rFonts w:ascii="Verdana" w:hAnsi="Verdana"/>
          <w:sz w:val="22"/>
          <w:szCs w:val="22"/>
        </w:rPr>
        <w:t xml:space="preserve"> </w:t>
      </w:r>
      <w:r w:rsidRPr="00F95395">
        <w:rPr>
          <w:rStyle w:val="Strong"/>
          <w:rFonts w:ascii="Verdana" w:hAnsi="Verdana"/>
          <w:sz w:val="22"/>
          <w:szCs w:val="22"/>
        </w:rPr>
        <w:t>Real Life</w:t>
      </w:r>
    </w:p>
    <w:p w14:paraId="79533F5D" w14:textId="0E30BCE2" w:rsidR="00765DB9" w:rsidRPr="00F95395" w:rsidRDefault="00765DB9" w:rsidP="002E2699">
      <w:pPr>
        <w:pStyle w:val="NormalWeb"/>
        <w:numPr>
          <w:ilvl w:val="0"/>
          <w:numId w:val="21"/>
        </w:numPr>
        <w:spacing w:before="0" w:beforeAutospacing="0" w:after="120" w:afterAutospacing="0"/>
        <w:ind w:hanging="450"/>
        <w:rPr>
          <w:rFonts w:ascii="Verdana" w:hAnsi="Verdana"/>
          <w:sz w:val="22"/>
          <w:szCs w:val="22"/>
        </w:rPr>
      </w:pPr>
      <w:r w:rsidRPr="00FB3E17">
        <w:rPr>
          <w:rStyle w:val="Strong"/>
          <w:rFonts w:ascii="Verdana" w:hAnsi="Verdana"/>
          <w:b w:val="0"/>
          <w:bCs w:val="0"/>
          <w:sz w:val="22"/>
          <w:szCs w:val="22"/>
        </w:rPr>
        <w:t xml:space="preserve">Katie is Archer’s </w:t>
      </w:r>
      <w:r w:rsidR="00722FB9">
        <w:rPr>
          <w:rStyle w:val="Strong"/>
          <w:rFonts w:ascii="Verdana" w:hAnsi="Verdana"/>
          <w:b w:val="0"/>
          <w:bCs w:val="0"/>
          <w:sz w:val="22"/>
          <w:szCs w:val="22"/>
        </w:rPr>
        <w:t>owner</w:t>
      </w:r>
      <w:r w:rsidRPr="00FB3E17">
        <w:rPr>
          <w:rStyle w:val="Strong"/>
          <w:rFonts w:ascii="Verdana" w:hAnsi="Verdana"/>
          <w:b w:val="0"/>
          <w:bCs w:val="0"/>
          <w:sz w:val="22"/>
          <w:szCs w:val="22"/>
        </w:rPr>
        <w:t xml:space="preserve"> and therapy dog teammate.</w:t>
      </w:r>
      <w:r w:rsidRPr="00FB3E17">
        <w:rPr>
          <w:rFonts w:ascii="Verdana" w:hAnsi="Verdana"/>
          <w:b/>
          <w:bCs/>
          <w:sz w:val="22"/>
          <w:szCs w:val="22"/>
        </w:rPr>
        <w:br/>
      </w:r>
      <w:r w:rsidRPr="00F95395">
        <w:rPr>
          <w:rStyle w:val="Strong"/>
          <w:rFonts w:ascii="Verdana" w:hAnsi="Verdana"/>
          <w:sz w:val="22"/>
          <w:szCs w:val="22"/>
        </w:rPr>
        <w:t>Answer:</w:t>
      </w:r>
      <w:r w:rsidRPr="00F95395">
        <w:rPr>
          <w:rFonts w:ascii="Verdana" w:hAnsi="Verdana"/>
          <w:sz w:val="22"/>
          <w:szCs w:val="22"/>
        </w:rPr>
        <w:t xml:space="preserve"> </w:t>
      </w:r>
      <w:r w:rsidRPr="00F95395">
        <w:rPr>
          <w:rStyle w:val="Strong"/>
          <w:rFonts w:ascii="Verdana" w:hAnsi="Verdana"/>
          <w:sz w:val="22"/>
          <w:szCs w:val="22"/>
        </w:rPr>
        <w:t>Real Life</w:t>
      </w:r>
    </w:p>
    <w:p w14:paraId="09B2DCA8" w14:textId="09A4F9C7" w:rsidR="00765DB9" w:rsidRPr="00F95395" w:rsidRDefault="00557DAB" w:rsidP="002E2699">
      <w:pPr>
        <w:pStyle w:val="NormalWeb"/>
        <w:numPr>
          <w:ilvl w:val="0"/>
          <w:numId w:val="21"/>
        </w:numPr>
        <w:spacing w:before="0" w:beforeAutospacing="0" w:after="120" w:afterAutospacing="0"/>
        <w:ind w:hanging="450"/>
        <w:rPr>
          <w:rFonts w:ascii="Verdana" w:hAnsi="Verdana"/>
          <w:sz w:val="22"/>
          <w:szCs w:val="22"/>
        </w:rPr>
      </w:pPr>
      <w:r w:rsidRPr="00557DAB">
        <w:rPr>
          <w:rFonts w:ascii="Verdana" w:hAnsi="Verdana"/>
          <w:sz w:val="22"/>
          <w:szCs w:val="22"/>
        </w:rPr>
        <w:t xml:space="preserve">Archer </w:t>
      </w:r>
      <w:r w:rsidR="00FE770F">
        <w:rPr>
          <w:rFonts w:ascii="Verdana" w:hAnsi="Verdana"/>
          <w:sz w:val="22"/>
          <w:szCs w:val="22"/>
        </w:rPr>
        <w:t xml:space="preserve">always </w:t>
      </w:r>
      <w:r w:rsidRPr="00557DAB">
        <w:rPr>
          <w:rFonts w:ascii="Verdana" w:hAnsi="Verdana"/>
          <w:sz w:val="22"/>
          <w:szCs w:val="22"/>
        </w:rPr>
        <w:t xml:space="preserve">wears his vest for therapy dog </w:t>
      </w:r>
      <w:r w:rsidR="00FE770F">
        <w:rPr>
          <w:rFonts w:ascii="Verdana" w:hAnsi="Verdana"/>
          <w:sz w:val="22"/>
          <w:szCs w:val="22"/>
        </w:rPr>
        <w:t>visits</w:t>
      </w:r>
      <w:r w:rsidRPr="00557DAB">
        <w:rPr>
          <w:rFonts w:ascii="Verdana" w:hAnsi="Verdana"/>
          <w:sz w:val="22"/>
          <w:szCs w:val="22"/>
        </w:rPr>
        <w:t>.</w:t>
      </w:r>
      <w:r w:rsidR="00765DB9" w:rsidRPr="00557DAB">
        <w:rPr>
          <w:rFonts w:ascii="Verdana" w:hAnsi="Verdana"/>
          <w:sz w:val="22"/>
          <w:szCs w:val="22"/>
        </w:rPr>
        <w:br/>
      </w:r>
      <w:r w:rsidR="00765DB9" w:rsidRPr="00F95395">
        <w:rPr>
          <w:rStyle w:val="Strong"/>
          <w:rFonts w:ascii="Verdana" w:hAnsi="Verdana"/>
          <w:sz w:val="22"/>
          <w:szCs w:val="22"/>
        </w:rPr>
        <w:t>Answer:</w:t>
      </w:r>
      <w:r w:rsidR="00765DB9" w:rsidRPr="00557DAB">
        <w:rPr>
          <w:rFonts w:ascii="Verdana" w:hAnsi="Verdana"/>
          <w:b/>
          <w:bCs/>
          <w:sz w:val="22"/>
          <w:szCs w:val="22"/>
        </w:rPr>
        <w:t xml:space="preserve"> </w:t>
      </w:r>
      <w:r w:rsidRPr="00557DAB">
        <w:rPr>
          <w:rFonts w:ascii="Verdana" w:hAnsi="Verdana"/>
          <w:b/>
          <w:bCs/>
          <w:sz w:val="22"/>
          <w:szCs w:val="22"/>
        </w:rPr>
        <w:t>Fiction</w:t>
      </w:r>
    </w:p>
    <w:p w14:paraId="2DC7D4E7" w14:textId="32199D4F" w:rsidR="00765DB9" w:rsidRPr="002F0CD1" w:rsidRDefault="00765DB9" w:rsidP="002E2699">
      <w:pPr>
        <w:pStyle w:val="NormalWeb"/>
        <w:numPr>
          <w:ilvl w:val="0"/>
          <w:numId w:val="21"/>
        </w:numPr>
        <w:spacing w:before="0" w:beforeAutospacing="0" w:after="120" w:afterAutospacing="0"/>
        <w:ind w:hanging="450"/>
        <w:rPr>
          <w:rFonts w:ascii="Verdana" w:hAnsi="Verdana"/>
          <w:sz w:val="22"/>
          <w:szCs w:val="22"/>
        </w:rPr>
      </w:pPr>
      <w:r w:rsidRPr="00FB3E17">
        <w:rPr>
          <w:rStyle w:val="Strong"/>
          <w:rFonts w:ascii="Verdana" w:hAnsi="Verdana"/>
          <w:b w:val="0"/>
          <w:bCs w:val="0"/>
          <w:sz w:val="22"/>
          <w:szCs w:val="22"/>
        </w:rPr>
        <w:t>Archer may visit several classrooms during one school visit.</w:t>
      </w:r>
      <w:r w:rsidRPr="00FB3E17">
        <w:rPr>
          <w:rFonts w:ascii="Verdana" w:hAnsi="Verdana"/>
          <w:b/>
          <w:bCs/>
          <w:sz w:val="22"/>
          <w:szCs w:val="22"/>
        </w:rPr>
        <w:br/>
      </w:r>
      <w:r w:rsidRPr="00F95395">
        <w:rPr>
          <w:rStyle w:val="Strong"/>
          <w:rFonts w:ascii="Verdana" w:hAnsi="Verdana"/>
          <w:sz w:val="22"/>
          <w:szCs w:val="22"/>
        </w:rPr>
        <w:t>Answer:</w:t>
      </w:r>
      <w:r w:rsidRPr="00F95395">
        <w:rPr>
          <w:rFonts w:ascii="Verdana" w:hAnsi="Verdana"/>
          <w:sz w:val="22"/>
          <w:szCs w:val="22"/>
        </w:rPr>
        <w:t xml:space="preserve"> </w:t>
      </w:r>
      <w:r w:rsidRPr="00F95395">
        <w:rPr>
          <w:rStyle w:val="Strong"/>
          <w:rFonts w:ascii="Verdana" w:hAnsi="Verdana"/>
          <w:sz w:val="22"/>
          <w:szCs w:val="22"/>
        </w:rPr>
        <w:t>Real Life</w:t>
      </w:r>
      <w:r w:rsidR="002F0CD1">
        <w:rPr>
          <w:rStyle w:val="Strong"/>
          <w:rFonts w:ascii="Verdana" w:hAnsi="Verdana"/>
          <w:sz w:val="22"/>
          <w:szCs w:val="22"/>
        </w:rPr>
        <w:t xml:space="preserve"> </w:t>
      </w:r>
      <w:r w:rsidR="002F0CD1" w:rsidRPr="002F0CD1">
        <w:rPr>
          <w:rStyle w:val="Strong"/>
          <w:rFonts w:ascii="Verdana" w:hAnsi="Verdana"/>
          <w:b w:val="0"/>
          <w:bCs w:val="0"/>
          <w:sz w:val="22"/>
          <w:szCs w:val="22"/>
        </w:rPr>
        <w:t>(</w:t>
      </w:r>
      <w:r w:rsidR="002F0CD1">
        <w:rPr>
          <w:rStyle w:val="Strong"/>
          <w:rFonts w:ascii="Verdana" w:hAnsi="Verdana"/>
          <w:b w:val="0"/>
          <w:bCs w:val="0"/>
          <w:sz w:val="22"/>
          <w:szCs w:val="22"/>
        </w:rPr>
        <w:t>or</w:t>
      </w:r>
      <w:r w:rsidR="002F0CD1" w:rsidRPr="002F0CD1">
        <w:rPr>
          <w:rStyle w:val="Strong"/>
          <w:rFonts w:ascii="Verdana" w:hAnsi="Verdana"/>
          <w:b w:val="0"/>
          <w:bCs w:val="0"/>
          <w:sz w:val="22"/>
          <w:szCs w:val="22"/>
        </w:rPr>
        <w:t xml:space="preserve"> </w:t>
      </w:r>
      <w:r w:rsidR="002F0CD1" w:rsidRPr="002F0CD1">
        <w:rPr>
          <w:rStyle w:val="Strong"/>
          <w:rFonts w:ascii="Verdana" w:hAnsi="Verdana"/>
          <w:sz w:val="22"/>
          <w:szCs w:val="22"/>
        </w:rPr>
        <w:t>Both</w:t>
      </w:r>
      <w:r w:rsidR="002F0CD1" w:rsidRPr="002F0CD1">
        <w:rPr>
          <w:rStyle w:val="Strong"/>
          <w:rFonts w:ascii="Verdana" w:hAnsi="Verdana"/>
          <w:b w:val="0"/>
          <w:bCs w:val="0"/>
          <w:sz w:val="22"/>
          <w:szCs w:val="22"/>
        </w:rPr>
        <w:t xml:space="preserve"> since Archer visits Mrs. Percy’s class, Mr. Hunt’s Class, and the Art Room)</w:t>
      </w:r>
    </w:p>
    <w:p w14:paraId="663F5A69" w14:textId="72FF470C" w:rsidR="00765DB9" w:rsidRPr="00F95395" w:rsidRDefault="00765DB9" w:rsidP="002E2699">
      <w:pPr>
        <w:pStyle w:val="NormalWeb"/>
        <w:numPr>
          <w:ilvl w:val="0"/>
          <w:numId w:val="21"/>
        </w:numPr>
        <w:spacing w:before="0" w:beforeAutospacing="0" w:after="120" w:afterAutospacing="0"/>
        <w:ind w:hanging="450"/>
        <w:rPr>
          <w:rFonts w:ascii="Verdana" w:hAnsi="Verdana"/>
          <w:sz w:val="22"/>
          <w:szCs w:val="22"/>
        </w:rPr>
      </w:pPr>
      <w:r w:rsidRPr="00FB3E17">
        <w:rPr>
          <w:rStyle w:val="Strong"/>
          <w:rFonts w:ascii="Verdana" w:hAnsi="Verdana"/>
          <w:b w:val="0"/>
          <w:bCs w:val="0"/>
          <w:sz w:val="22"/>
          <w:szCs w:val="22"/>
        </w:rPr>
        <w:t>Archer visits libraries, nursing homes, and hospitals.</w:t>
      </w:r>
      <w:r w:rsidRPr="00FB3E17">
        <w:rPr>
          <w:rFonts w:ascii="Verdana" w:hAnsi="Verdana"/>
          <w:b/>
          <w:bCs/>
          <w:sz w:val="22"/>
          <w:szCs w:val="22"/>
        </w:rPr>
        <w:br/>
      </w:r>
      <w:r w:rsidRPr="00F95395">
        <w:rPr>
          <w:rStyle w:val="Strong"/>
          <w:rFonts w:ascii="Verdana" w:hAnsi="Verdana"/>
          <w:sz w:val="22"/>
          <w:szCs w:val="22"/>
        </w:rPr>
        <w:t>Answer:</w:t>
      </w:r>
      <w:r w:rsidRPr="00F95395">
        <w:rPr>
          <w:rFonts w:ascii="Verdana" w:hAnsi="Verdana"/>
          <w:sz w:val="22"/>
          <w:szCs w:val="22"/>
        </w:rPr>
        <w:t xml:space="preserve"> </w:t>
      </w:r>
      <w:r w:rsidRPr="00F95395">
        <w:rPr>
          <w:rStyle w:val="Strong"/>
          <w:rFonts w:ascii="Verdana" w:hAnsi="Verdana"/>
          <w:sz w:val="22"/>
          <w:szCs w:val="22"/>
        </w:rPr>
        <w:t>Real Life</w:t>
      </w:r>
    </w:p>
    <w:sectPr w:rsidR="00765DB9" w:rsidRPr="00F95395" w:rsidSect="002E2699">
      <w:pgSz w:w="12240" w:h="15840"/>
      <w:pgMar w:top="72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5A109" w14:textId="77777777" w:rsidR="00685ECB" w:rsidRDefault="00685ECB" w:rsidP="00685ECB">
      <w:pPr>
        <w:spacing w:after="0" w:line="240" w:lineRule="auto"/>
      </w:pPr>
      <w:r>
        <w:separator/>
      </w:r>
    </w:p>
  </w:endnote>
  <w:endnote w:type="continuationSeparator" w:id="0">
    <w:p w14:paraId="4E4EEEE9" w14:textId="77777777" w:rsidR="00685ECB" w:rsidRDefault="00685ECB" w:rsidP="00685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81DC7" w14:textId="77777777" w:rsidR="00685ECB" w:rsidRDefault="00685ECB" w:rsidP="00685ECB">
      <w:pPr>
        <w:spacing w:after="0" w:line="240" w:lineRule="auto"/>
      </w:pPr>
      <w:r>
        <w:separator/>
      </w:r>
    </w:p>
  </w:footnote>
  <w:footnote w:type="continuationSeparator" w:id="0">
    <w:p w14:paraId="36C4B668" w14:textId="77777777" w:rsidR="00685ECB" w:rsidRDefault="00685ECB" w:rsidP="00685E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43E2F94"/>
    <w:lvl w:ilvl="0">
      <w:start w:val="1"/>
      <w:numFmt w:val="bullet"/>
      <w:pStyle w:val="ListBullet"/>
      <w:lvlText w:val="o"/>
      <w:lvlJc w:val="left"/>
      <w:pPr>
        <w:ind w:left="360" w:hanging="360"/>
      </w:pPr>
      <w:rPr>
        <w:rFonts w:ascii="Courier New" w:hAnsi="Courier New" w:cs="Courier New" w:hint="default"/>
      </w:rPr>
    </w:lvl>
  </w:abstractNum>
  <w:abstractNum w:abstractNumId="9" w15:restartNumberingAfterBreak="0">
    <w:nsid w:val="05746E52"/>
    <w:multiLevelType w:val="multilevel"/>
    <w:tmpl w:val="06E60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E36608"/>
    <w:multiLevelType w:val="hybridMultilevel"/>
    <w:tmpl w:val="1BCCB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B07F4C"/>
    <w:multiLevelType w:val="hybridMultilevel"/>
    <w:tmpl w:val="B8226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916326F"/>
    <w:multiLevelType w:val="hybridMultilevel"/>
    <w:tmpl w:val="20081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E5F7A1D"/>
    <w:multiLevelType w:val="hybridMultilevel"/>
    <w:tmpl w:val="D7A08F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F9F77E3"/>
    <w:multiLevelType w:val="multilevel"/>
    <w:tmpl w:val="FD60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C55D5D"/>
    <w:multiLevelType w:val="multilevel"/>
    <w:tmpl w:val="15E6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24458E"/>
    <w:multiLevelType w:val="hybridMultilevel"/>
    <w:tmpl w:val="B06E0CE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E4B5373"/>
    <w:multiLevelType w:val="multilevel"/>
    <w:tmpl w:val="5700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E8612E"/>
    <w:multiLevelType w:val="hybridMultilevel"/>
    <w:tmpl w:val="D098D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E831D5"/>
    <w:multiLevelType w:val="multilevel"/>
    <w:tmpl w:val="F140E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D83384"/>
    <w:multiLevelType w:val="hybridMultilevel"/>
    <w:tmpl w:val="1DE42006"/>
    <w:lvl w:ilvl="0" w:tplc="030EB14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613C26"/>
    <w:multiLevelType w:val="multilevel"/>
    <w:tmpl w:val="7D6A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5F2839"/>
    <w:multiLevelType w:val="multilevel"/>
    <w:tmpl w:val="982C7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9C0A16"/>
    <w:multiLevelType w:val="multilevel"/>
    <w:tmpl w:val="4050BB9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6210FB"/>
    <w:multiLevelType w:val="multilevel"/>
    <w:tmpl w:val="30E4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CC38DE"/>
    <w:multiLevelType w:val="multilevel"/>
    <w:tmpl w:val="A552AD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386C4EB3"/>
    <w:multiLevelType w:val="hybridMultilevel"/>
    <w:tmpl w:val="F9A28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F95DED"/>
    <w:multiLevelType w:val="multilevel"/>
    <w:tmpl w:val="8C52BB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5F399A"/>
    <w:multiLevelType w:val="hybridMultilevel"/>
    <w:tmpl w:val="14101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E72FB8"/>
    <w:multiLevelType w:val="multilevel"/>
    <w:tmpl w:val="C70A7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28B03B6"/>
    <w:multiLevelType w:val="hybridMultilevel"/>
    <w:tmpl w:val="F466A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AE78D0"/>
    <w:multiLevelType w:val="hybridMultilevel"/>
    <w:tmpl w:val="2E7EF5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4CF69CD"/>
    <w:multiLevelType w:val="hybridMultilevel"/>
    <w:tmpl w:val="6B7254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4F65775"/>
    <w:multiLevelType w:val="hybridMultilevel"/>
    <w:tmpl w:val="06400F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8DB48B1"/>
    <w:multiLevelType w:val="multilevel"/>
    <w:tmpl w:val="692AE264"/>
    <w:lvl w:ilvl="0">
      <w:start w:val="1"/>
      <w:numFmt w:val="decimal"/>
      <w:lvlText w:val="%1."/>
      <w:lvlJc w:val="left"/>
      <w:pPr>
        <w:tabs>
          <w:tab w:val="num" w:pos="1440"/>
        </w:tabs>
        <w:ind w:left="1440" w:hanging="360"/>
      </w:pPr>
      <w:rPr>
        <w:rFonts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5" w15:restartNumberingAfterBreak="0">
    <w:nsid w:val="49075560"/>
    <w:multiLevelType w:val="multilevel"/>
    <w:tmpl w:val="230A9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F5086"/>
    <w:multiLevelType w:val="multilevel"/>
    <w:tmpl w:val="E14A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DA7C09"/>
    <w:multiLevelType w:val="multilevel"/>
    <w:tmpl w:val="52E0BFEC"/>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569A1B98"/>
    <w:multiLevelType w:val="hybridMultilevel"/>
    <w:tmpl w:val="9258C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2D5ADE"/>
    <w:multiLevelType w:val="multilevel"/>
    <w:tmpl w:val="8BD05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0A610FF"/>
    <w:multiLevelType w:val="hybridMultilevel"/>
    <w:tmpl w:val="4D9A8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CA015A"/>
    <w:multiLevelType w:val="multilevel"/>
    <w:tmpl w:val="13E4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885576"/>
    <w:multiLevelType w:val="multilevel"/>
    <w:tmpl w:val="B43E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810591"/>
    <w:multiLevelType w:val="hybridMultilevel"/>
    <w:tmpl w:val="979E2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1D83ADC"/>
    <w:multiLevelType w:val="multilevel"/>
    <w:tmpl w:val="A5C26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DD7301"/>
    <w:multiLevelType w:val="multilevel"/>
    <w:tmpl w:val="82325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672C25"/>
    <w:multiLevelType w:val="hybridMultilevel"/>
    <w:tmpl w:val="A53A18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574BC3"/>
    <w:multiLevelType w:val="multilevel"/>
    <w:tmpl w:val="71B0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C02FCF"/>
    <w:multiLevelType w:val="multilevel"/>
    <w:tmpl w:val="C492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873C80"/>
    <w:multiLevelType w:val="hybridMultilevel"/>
    <w:tmpl w:val="70667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5431445">
    <w:abstractNumId w:val="8"/>
  </w:num>
  <w:num w:numId="2" w16cid:durableId="924146130">
    <w:abstractNumId w:val="6"/>
  </w:num>
  <w:num w:numId="3" w16cid:durableId="1135828238">
    <w:abstractNumId w:val="5"/>
  </w:num>
  <w:num w:numId="4" w16cid:durableId="2025589372">
    <w:abstractNumId w:val="4"/>
  </w:num>
  <w:num w:numId="5" w16cid:durableId="1815021610">
    <w:abstractNumId w:val="7"/>
  </w:num>
  <w:num w:numId="6" w16cid:durableId="1031764736">
    <w:abstractNumId w:val="3"/>
  </w:num>
  <w:num w:numId="7" w16cid:durableId="806823028">
    <w:abstractNumId w:val="2"/>
  </w:num>
  <w:num w:numId="8" w16cid:durableId="665327126">
    <w:abstractNumId w:val="1"/>
  </w:num>
  <w:num w:numId="9" w16cid:durableId="1639653001">
    <w:abstractNumId w:val="0"/>
  </w:num>
  <w:num w:numId="10" w16cid:durableId="1781100981">
    <w:abstractNumId w:val="46"/>
  </w:num>
  <w:num w:numId="11" w16cid:durableId="687408707">
    <w:abstractNumId w:val="38"/>
  </w:num>
  <w:num w:numId="12" w16cid:durableId="1273896131">
    <w:abstractNumId w:val="11"/>
  </w:num>
  <w:num w:numId="13" w16cid:durableId="162740363">
    <w:abstractNumId w:val="22"/>
  </w:num>
  <w:num w:numId="14" w16cid:durableId="735279696">
    <w:abstractNumId w:val="39"/>
  </w:num>
  <w:num w:numId="15" w16cid:durableId="231547581">
    <w:abstractNumId w:val="17"/>
  </w:num>
  <w:num w:numId="16" w16cid:durableId="2122215203">
    <w:abstractNumId w:val="42"/>
  </w:num>
  <w:num w:numId="17" w16cid:durableId="439033311">
    <w:abstractNumId w:val="23"/>
  </w:num>
  <w:num w:numId="18" w16cid:durableId="1753163081">
    <w:abstractNumId w:val="19"/>
  </w:num>
  <w:num w:numId="19" w16cid:durableId="2075160652">
    <w:abstractNumId w:val="21"/>
  </w:num>
  <w:num w:numId="20" w16cid:durableId="745877913">
    <w:abstractNumId w:val="47"/>
  </w:num>
  <w:num w:numId="21" w16cid:durableId="1652052898">
    <w:abstractNumId w:val="34"/>
  </w:num>
  <w:num w:numId="22" w16cid:durableId="1839344912">
    <w:abstractNumId w:val="14"/>
  </w:num>
  <w:num w:numId="23" w16cid:durableId="1010133953">
    <w:abstractNumId w:val="37"/>
  </w:num>
  <w:num w:numId="24" w16cid:durableId="510340110">
    <w:abstractNumId w:val="27"/>
  </w:num>
  <w:num w:numId="25" w16cid:durableId="584148335">
    <w:abstractNumId w:val="18"/>
  </w:num>
  <w:num w:numId="26" w16cid:durableId="1069502397">
    <w:abstractNumId w:val="32"/>
  </w:num>
  <w:num w:numId="27" w16cid:durableId="1362366190">
    <w:abstractNumId w:val="49"/>
  </w:num>
  <w:num w:numId="28" w16cid:durableId="1498306727">
    <w:abstractNumId w:val="35"/>
  </w:num>
  <w:num w:numId="29" w16cid:durableId="1495952545">
    <w:abstractNumId w:val="36"/>
  </w:num>
  <w:num w:numId="30" w16cid:durableId="1384907024">
    <w:abstractNumId w:val="48"/>
  </w:num>
  <w:num w:numId="31" w16cid:durableId="661205989">
    <w:abstractNumId w:val="12"/>
  </w:num>
  <w:num w:numId="32" w16cid:durableId="1656565850">
    <w:abstractNumId w:val="29"/>
  </w:num>
  <w:num w:numId="33" w16cid:durableId="1188911479">
    <w:abstractNumId w:val="24"/>
  </w:num>
  <w:num w:numId="34" w16cid:durableId="109591580">
    <w:abstractNumId w:val="33"/>
  </w:num>
  <w:num w:numId="35" w16cid:durableId="1153369304">
    <w:abstractNumId w:val="15"/>
  </w:num>
  <w:num w:numId="36" w16cid:durableId="1294363581">
    <w:abstractNumId w:val="41"/>
  </w:num>
  <w:num w:numId="37" w16cid:durableId="1497766839">
    <w:abstractNumId w:val="44"/>
  </w:num>
  <w:num w:numId="38" w16cid:durableId="394622429">
    <w:abstractNumId w:val="43"/>
  </w:num>
  <w:num w:numId="39" w16cid:durableId="275412655">
    <w:abstractNumId w:val="16"/>
  </w:num>
  <w:num w:numId="40" w16cid:durableId="502671145">
    <w:abstractNumId w:val="13"/>
  </w:num>
  <w:num w:numId="41" w16cid:durableId="1456756869">
    <w:abstractNumId w:val="28"/>
  </w:num>
  <w:num w:numId="42" w16cid:durableId="1236554445">
    <w:abstractNumId w:val="30"/>
  </w:num>
  <w:num w:numId="43" w16cid:durableId="1281375912">
    <w:abstractNumId w:val="45"/>
  </w:num>
  <w:num w:numId="44" w16cid:durableId="2976661">
    <w:abstractNumId w:val="9"/>
  </w:num>
  <w:num w:numId="45" w16cid:durableId="793257774">
    <w:abstractNumId w:val="25"/>
  </w:num>
  <w:num w:numId="46" w16cid:durableId="1420904137">
    <w:abstractNumId w:val="40"/>
  </w:num>
  <w:num w:numId="47" w16cid:durableId="1985812906">
    <w:abstractNumId w:val="31"/>
  </w:num>
  <w:num w:numId="48" w16cid:durableId="834537429">
    <w:abstractNumId w:val="26"/>
  </w:num>
  <w:num w:numId="49" w16cid:durableId="1023946307">
    <w:abstractNumId w:val="10"/>
  </w:num>
  <w:num w:numId="50" w16cid:durableId="16343625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5CD"/>
    <w:rsid w:val="00034616"/>
    <w:rsid w:val="000415B1"/>
    <w:rsid w:val="00050438"/>
    <w:rsid w:val="0006063C"/>
    <w:rsid w:val="000B5614"/>
    <w:rsid w:val="000D6A23"/>
    <w:rsid w:val="001401F7"/>
    <w:rsid w:val="00143E38"/>
    <w:rsid w:val="0015074B"/>
    <w:rsid w:val="001667FD"/>
    <w:rsid w:val="00167D47"/>
    <w:rsid w:val="0017775D"/>
    <w:rsid w:val="001836FC"/>
    <w:rsid w:val="00193586"/>
    <w:rsid w:val="001C32E4"/>
    <w:rsid w:val="001E6BF8"/>
    <w:rsid w:val="001E736E"/>
    <w:rsid w:val="00213697"/>
    <w:rsid w:val="0024251F"/>
    <w:rsid w:val="00242CEF"/>
    <w:rsid w:val="00252BC0"/>
    <w:rsid w:val="0025337F"/>
    <w:rsid w:val="00296153"/>
    <w:rsid w:val="0029639D"/>
    <w:rsid w:val="002A2047"/>
    <w:rsid w:val="002A5E2C"/>
    <w:rsid w:val="002E2699"/>
    <w:rsid w:val="002F0CD1"/>
    <w:rsid w:val="00314E3F"/>
    <w:rsid w:val="00326F90"/>
    <w:rsid w:val="00327858"/>
    <w:rsid w:val="00337A93"/>
    <w:rsid w:val="003526A3"/>
    <w:rsid w:val="00373174"/>
    <w:rsid w:val="0039137C"/>
    <w:rsid w:val="003A215D"/>
    <w:rsid w:val="003B2C7B"/>
    <w:rsid w:val="003C7AAA"/>
    <w:rsid w:val="00404790"/>
    <w:rsid w:val="0049569E"/>
    <w:rsid w:val="004A4440"/>
    <w:rsid w:val="0052794E"/>
    <w:rsid w:val="00544574"/>
    <w:rsid w:val="005467FD"/>
    <w:rsid w:val="0055407F"/>
    <w:rsid w:val="00557021"/>
    <w:rsid w:val="00557DAB"/>
    <w:rsid w:val="00566692"/>
    <w:rsid w:val="005A4FC4"/>
    <w:rsid w:val="005E6B84"/>
    <w:rsid w:val="00601EE0"/>
    <w:rsid w:val="00606DC4"/>
    <w:rsid w:val="00616CDA"/>
    <w:rsid w:val="00620045"/>
    <w:rsid w:val="00622633"/>
    <w:rsid w:val="006275E9"/>
    <w:rsid w:val="00672B42"/>
    <w:rsid w:val="00685ECB"/>
    <w:rsid w:val="006C19A9"/>
    <w:rsid w:val="006D63D8"/>
    <w:rsid w:val="006E6C91"/>
    <w:rsid w:val="00711D89"/>
    <w:rsid w:val="00722FB9"/>
    <w:rsid w:val="00734068"/>
    <w:rsid w:val="007657EB"/>
    <w:rsid w:val="00765DB9"/>
    <w:rsid w:val="00784A9A"/>
    <w:rsid w:val="007E5FCD"/>
    <w:rsid w:val="008063B1"/>
    <w:rsid w:val="008100D8"/>
    <w:rsid w:val="00810DCA"/>
    <w:rsid w:val="008409B0"/>
    <w:rsid w:val="00862B59"/>
    <w:rsid w:val="008723B8"/>
    <w:rsid w:val="00881C86"/>
    <w:rsid w:val="008B2298"/>
    <w:rsid w:val="008C14FE"/>
    <w:rsid w:val="008C2EE3"/>
    <w:rsid w:val="008C533D"/>
    <w:rsid w:val="0090586C"/>
    <w:rsid w:val="00905B79"/>
    <w:rsid w:val="00921701"/>
    <w:rsid w:val="00947AC0"/>
    <w:rsid w:val="00951C39"/>
    <w:rsid w:val="009926E7"/>
    <w:rsid w:val="009E2A92"/>
    <w:rsid w:val="00A10027"/>
    <w:rsid w:val="00A20811"/>
    <w:rsid w:val="00A45649"/>
    <w:rsid w:val="00A55F2B"/>
    <w:rsid w:val="00A65635"/>
    <w:rsid w:val="00AA1D8D"/>
    <w:rsid w:val="00AC2303"/>
    <w:rsid w:val="00AD4D39"/>
    <w:rsid w:val="00AE620D"/>
    <w:rsid w:val="00AF2076"/>
    <w:rsid w:val="00B47730"/>
    <w:rsid w:val="00B56BA1"/>
    <w:rsid w:val="00B95DB9"/>
    <w:rsid w:val="00BC6D5A"/>
    <w:rsid w:val="00BD5A78"/>
    <w:rsid w:val="00C3217E"/>
    <w:rsid w:val="00C5675F"/>
    <w:rsid w:val="00C74515"/>
    <w:rsid w:val="00CA537C"/>
    <w:rsid w:val="00CB0664"/>
    <w:rsid w:val="00CB1738"/>
    <w:rsid w:val="00CE531D"/>
    <w:rsid w:val="00CF71BB"/>
    <w:rsid w:val="00D03CA5"/>
    <w:rsid w:val="00D06723"/>
    <w:rsid w:val="00D437B6"/>
    <w:rsid w:val="00D54D2F"/>
    <w:rsid w:val="00DB3E5B"/>
    <w:rsid w:val="00DB7931"/>
    <w:rsid w:val="00DD5CD3"/>
    <w:rsid w:val="00DF09A9"/>
    <w:rsid w:val="00DF0F85"/>
    <w:rsid w:val="00DF3DCC"/>
    <w:rsid w:val="00E16717"/>
    <w:rsid w:val="00E33E9C"/>
    <w:rsid w:val="00E62D97"/>
    <w:rsid w:val="00E82977"/>
    <w:rsid w:val="00EB1E85"/>
    <w:rsid w:val="00EE2569"/>
    <w:rsid w:val="00EF06D4"/>
    <w:rsid w:val="00F05936"/>
    <w:rsid w:val="00F23C38"/>
    <w:rsid w:val="00F41343"/>
    <w:rsid w:val="00F57835"/>
    <w:rsid w:val="00F6457A"/>
    <w:rsid w:val="00F95395"/>
    <w:rsid w:val="00FA1578"/>
    <w:rsid w:val="00FB3E17"/>
    <w:rsid w:val="00FC1B99"/>
    <w:rsid w:val="00FC693F"/>
    <w:rsid w:val="00FD0AAC"/>
    <w:rsid w:val="00FE77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9678FC"/>
  <w14:defaultImageDpi w14:val="300"/>
  <w15:docId w15:val="{9CFC4355-7E83-43F9-A3DF-3F8BD642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723"/>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765DB9"/>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F57835"/>
    <w:pPr>
      <w:numPr>
        <w:numId w:val="50"/>
      </w:numPr>
      <w:tabs>
        <w:tab w:val="right" w:leader="dot" w:pos="10430"/>
      </w:tabs>
      <w:spacing w:after="0"/>
    </w:pPr>
  </w:style>
  <w:style w:type="character" w:styleId="Hyperlink">
    <w:name w:val="Hyperlink"/>
    <w:basedOn w:val="DefaultParagraphFont"/>
    <w:uiPriority w:val="99"/>
    <w:unhideWhenUsed/>
    <w:rsid w:val="001E6B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25</Pages>
  <Words>5059</Words>
  <Characters>28838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Kathleen Baron</cp:lastModifiedBy>
  <cp:revision>6</cp:revision>
  <dcterms:created xsi:type="dcterms:W3CDTF">2026-03-08T02:48:00Z</dcterms:created>
  <dcterms:modified xsi:type="dcterms:W3CDTF">2026-03-08T23:09:00Z</dcterms:modified>
  <cp:category/>
</cp:coreProperties>
</file>